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EA6D" w14:textId="77777777" w:rsidR="002357D7" w:rsidRPr="005D7C47" w:rsidRDefault="00000000">
      <w:pPr>
        <w:spacing w:after="60"/>
        <w:jc w:val="right"/>
        <w:rPr>
          <w:lang w:val="pl-PL"/>
        </w:rPr>
      </w:pPr>
      <w:r w:rsidRPr="005D7C47">
        <w:rPr>
          <w:b/>
          <w:lang w:val="pl-PL"/>
        </w:rPr>
        <w:t>ZAŁĄCZNIK NR 2b DO SWZ</w:t>
      </w:r>
    </w:p>
    <w:p w14:paraId="24FB05F4" w14:textId="77777777" w:rsidR="00DC34CD" w:rsidRDefault="00DC34CD">
      <w:pPr>
        <w:spacing w:before="120" w:after="60"/>
        <w:jc w:val="center"/>
        <w:rPr>
          <w:b/>
          <w:sz w:val="28"/>
          <w:lang w:val="pl-PL"/>
        </w:rPr>
      </w:pPr>
    </w:p>
    <w:p w14:paraId="62484D15" w14:textId="728CF760" w:rsidR="002357D7" w:rsidRDefault="00000000">
      <w:pPr>
        <w:spacing w:before="120" w:after="60"/>
        <w:jc w:val="center"/>
        <w:rPr>
          <w:b/>
          <w:sz w:val="28"/>
          <w:lang w:val="pl-PL"/>
        </w:rPr>
      </w:pPr>
      <w:r w:rsidRPr="005D7C47">
        <w:rPr>
          <w:b/>
          <w:sz w:val="28"/>
          <w:lang w:val="pl-PL"/>
        </w:rPr>
        <w:t>OŚWIADCZENIE PODWYKONAWCY</w:t>
      </w:r>
    </w:p>
    <w:p w14:paraId="64919DA7" w14:textId="77777777" w:rsidR="00DC34CD" w:rsidRPr="005D7C47" w:rsidRDefault="00DC34CD">
      <w:pPr>
        <w:spacing w:before="120" w:after="60"/>
        <w:jc w:val="center"/>
        <w:rPr>
          <w:lang w:val="pl-PL"/>
        </w:rPr>
      </w:pPr>
    </w:p>
    <w:p w14:paraId="0AC217A4" w14:textId="77777777" w:rsidR="002357D7" w:rsidRPr="005D7C47" w:rsidRDefault="00000000">
      <w:pPr>
        <w:spacing w:after="160"/>
        <w:jc w:val="center"/>
        <w:rPr>
          <w:lang w:val="pl-PL"/>
        </w:rPr>
      </w:pPr>
      <w:r w:rsidRPr="005D7C47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2357D7" w:rsidRPr="005D7C47" w14:paraId="5CFF2A4B" w14:textId="77777777">
        <w:trPr>
          <w:jc w:val="center"/>
        </w:trPr>
        <w:tc>
          <w:tcPr>
            <w:tcW w:w="5100" w:type="dxa"/>
            <w:vAlign w:val="center"/>
          </w:tcPr>
          <w:p w14:paraId="5311AF77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b/>
                <w:sz w:val="19"/>
                <w:lang w:val="pl-PL"/>
              </w:rPr>
              <w:t>Podwykonawca – pełna nazwa / firma</w:t>
            </w:r>
          </w:p>
        </w:tc>
        <w:tc>
          <w:tcPr>
            <w:tcW w:w="5100" w:type="dxa"/>
            <w:vAlign w:val="center"/>
          </w:tcPr>
          <w:p w14:paraId="68854D9B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2357D7" w:rsidRPr="005D7C47" w14:paraId="0AB60C39" w14:textId="77777777">
        <w:trPr>
          <w:jc w:val="center"/>
        </w:trPr>
        <w:tc>
          <w:tcPr>
            <w:tcW w:w="5100" w:type="dxa"/>
            <w:vAlign w:val="center"/>
          </w:tcPr>
          <w:p w14:paraId="44066A2B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4523D52E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2357D7" w:rsidRPr="005D7C47" w14:paraId="1EB02D0B" w14:textId="77777777">
        <w:trPr>
          <w:jc w:val="center"/>
        </w:trPr>
        <w:tc>
          <w:tcPr>
            <w:tcW w:w="5100" w:type="dxa"/>
            <w:vAlign w:val="center"/>
          </w:tcPr>
          <w:p w14:paraId="04FF9744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5C5AB3CA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2357D7" w:rsidRPr="005D7C47" w14:paraId="6696052A" w14:textId="77777777">
        <w:trPr>
          <w:jc w:val="center"/>
        </w:trPr>
        <w:tc>
          <w:tcPr>
            <w:tcW w:w="5100" w:type="dxa"/>
            <w:vAlign w:val="center"/>
          </w:tcPr>
          <w:p w14:paraId="67BCBE9C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4EE948AD" w14:textId="77777777" w:rsidR="002357D7" w:rsidRPr="005D7C47" w:rsidRDefault="00000000">
            <w:pPr>
              <w:spacing w:after="0"/>
              <w:rPr>
                <w:lang w:val="pl-PL"/>
              </w:rPr>
            </w:pPr>
            <w:r w:rsidRPr="005D7C47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245100D0" w14:textId="77777777" w:rsidR="002357D7" w:rsidRPr="005D7C47" w:rsidRDefault="00000000">
      <w:pPr>
        <w:spacing w:after="60"/>
        <w:rPr>
          <w:lang w:val="pl-PL"/>
        </w:rPr>
      </w:pPr>
      <w:r w:rsidRPr="005D7C47">
        <w:rPr>
          <w:sz w:val="20"/>
          <w:lang w:val="pl-PL"/>
        </w:rPr>
        <w:t>Nazwa Wykonawcy: ………………………………………………………………………………………………………………………</w:t>
      </w:r>
    </w:p>
    <w:p w14:paraId="5298FC42" w14:textId="77777777" w:rsidR="002357D7" w:rsidRPr="005D7C47" w:rsidRDefault="00000000">
      <w:pPr>
        <w:spacing w:after="60"/>
        <w:rPr>
          <w:lang w:val="pl-PL"/>
        </w:rPr>
      </w:pPr>
      <w:r w:rsidRPr="005D7C47">
        <w:rPr>
          <w:i/>
          <w:sz w:val="19"/>
          <w:lang w:val="pl-PL"/>
        </w:rPr>
        <w:t xml:space="preserve">Oświadczenie przedstawiane na żądanie Zamawiającego na podstawie art. 462 ust. 5 w związku z art. 125 ust. 1 ustawy </w:t>
      </w:r>
      <w:proofErr w:type="spellStart"/>
      <w:r w:rsidRPr="005D7C47">
        <w:rPr>
          <w:i/>
          <w:sz w:val="19"/>
          <w:lang w:val="pl-PL"/>
        </w:rPr>
        <w:t>Pzp</w:t>
      </w:r>
      <w:proofErr w:type="spellEnd"/>
      <w:r w:rsidRPr="005D7C47">
        <w:rPr>
          <w:i/>
          <w:sz w:val="19"/>
          <w:lang w:val="pl-PL"/>
        </w:rPr>
        <w:t>.</w:t>
      </w:r>
    </w:p>
    <w:p w14:paraId="521261DE" w14:textId="77777777" w:rsidR="002357D7" w:rsidRPr="005D7C47" w:rsidRDefault="00000000">
      <w:pPr>
        <w:spacing w:before="140" w:after="60"/>
        <w:rPr>
          <w:lang w:val="pl-PL"/>
        </w:rPr>
      </w:pPr>
      <w:r w:rsidRPr="005D7C47">
        <w:rPr>
          <w:b/>
          <w:lang w:val="pl-PL"/>
        </w:rPr>
        <w:t>I. OŚWIADCZENIE DOTYCZĄCE PODSTAW WYKLUCZENIA</w:t>
      </w:r>
    </w:p>
    <w:p w14:paraId="26415F16" w14:textId="77777777" w:rsidR="002357D7" w:rsidRPr="005D7C47" w:rsidRDefault="00000000">
      <w:pPr>
        <w:spacing w:after="40"/>
        <w:ind w:left="283"/>
        <w:rPr>
          <w:lang w:val="pl-PL"/>
        </w:rPr>
      </w:pPr>
      <w:proofErr w:type="gramStart"/>
      <w:r w:rsidRPr="005D7C47">
        <w:rPr>
          <w:sz w:val="20"/>
          <w:lang w:val="pl-PL"/>
        </w:rPr>
        <w:t>[ ]</w:t>
      </w:r>
      <w:proofErr w:type="gramEnd"/>
      <w:r w:rsidRPr="005D7C47">
        <w:rPr>
          <w:sz w:val="20"/>
          <w:lang w:val="pl-PL"/>
        </w:rPr>
        <w:t xml:space="preserve"> Oświadczam, że nie zachodzą wobec Podwykonawcy podstawy wykluczenia określone w art. 108 ust. 1 ustawy </w:t>
      </w:r>
      <w:proofErr w:type="spellStart"/>
      <w:r w:rsidRPr="005D7C47">
        <w:rPr>
          <w:sz w:val="20"/>
          <w:lang w:val="pl-PL"/>
        </w:rPr>
        <w:t>Pzp</w:t>
      </w:r>
      <w:proofErr w:type="spellEnd"/>
      <w:r w:rsidRPr="005D7C47">
        <w:rPr>
          <w:sz w:val="20"/>
          <w:lang w:val="pl-PL"/>
        </w:rPr>
        <w:t>.</w:t>
      </w:r>
    </w:p>
    <w:p w14:paraId="34E995E0" w14:textId="77777777" w:rsidR="002357D7" w:rsidRPr="005D7C47" w:rsidRDefault="00000000">
      <w:pPr>
        <w:spacing w:after="40"/>
        <w:ind w:left="283"/>
        <w:rPr>
          <w:lang w:val="pl-PL"/>
        </w:rPr>
      </w:pPr>
      <w:proofErr w:type="gramStart"/>
      <w:r w:rsidRPr="005D7C47">
        <w:rPr>
          <w:sz w:val="20"/>
          <w:lang w:val="pl-PL"/>
        </w:rPr>
        <w:t>[ ]</w:t>
      </w:r>
      <w:proofErr w:type="gramEnd"/>
      <w:r w:rsidRPr="005D7C47">
        <w:rPr>
          <w:sz w:val="20"/>
          <w:lang w:val="pl-PL"/>
        </w:rPr>
        <w:t xml:space="preserve"> Oświadczam, że nie zachodzą wobec Podwykonawcy podstawy wykluczenia określone w art. 109 ust. 1 pkt 1 i 4 ustawy </w:t>
      </w:r>
      <w:proofErr w:type="spellStart"/>
      <w:r w:rsidRPr="005D7C47">
        <w:rPr>
          <w:sz w:val="20"/>
          <w:lang w:val="pl-PL"/>
        </w:rPr>
        <w:t>Pzp</w:t>
      </w:r>
      <w:proofErr w:type="spellEnd"/>
      <w:r w:rsidRPr="005D7C47">
        <w:rPr>
          <w:sz w:val="20"/>
          <w:lang w:val="pl-PL"/>
        </w:rPr>
        <w:t>.</w:t>
      </w:r>
    </w:p>
    <w:p w14:paraId="002785C6" w14:textId="77777777" w:rsidR="002357D7" w:rsidRPr="005D7C47" w:rsidRDefault="00000000">
      <w:pPr>
        <w:spacing w:after="40"/>
        <w:ind w:left="283"/>
        <w:rPr>
          <w:lang w:val="pl-PL"/>
        </w:rPr>
      </w:pPr>
      <w:proofErr w:type="gramStart"/>
      <w:r w:rsidRPr="005D7C47">
        <w:rPr>
          <w:sz w:val="20"/>
          <w:lang w:val="pl-PL"/>
        </w:rPr>
        <w:t>[ ]</w:t>
      </w:r>
      <w:proofErr w:type="gramEnd"/>
      <w:r w:rsidRPr="005D7C47">
        <w:rPr>
          <w:sz w:val="20"/>
          <w:lang w:val="pl-PL"/>
        </w:rPr>
        <w:t xml:space="preserve"> Oświadczam, że nie zachodzą wobec Podwykonawcy przesłanki wykluczenia określone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D7C47">
        <w:rPr>
          <w:sz w:val="20"/>
          <w:lang w:val="pl-PL"/>
        </w:rPr>
        <w:t>t.j</w:t>
      </w:r>
      <w:proofErr w:type="spellEnd"/>
      <w:r w:rsidRPr="005D7C47">
        <w:rPr>
          <w:sz w:val="20"/>
          <w:lang w:val="pl-PL"/>
        </w:rPr>
        <w:t xml:space="preserve">. Dz.U. z 2025 r. poz. 514 z </w:t>
      </w:r>
      <w:proofErr w:type="spellStart"/>
      <w:r w:rsidRPr="005D7C47">
        <w:rPr>
          <w:sz w:val="20"/>
          <w:lang w:val="pl-PL"/>
        </w:rPr>
        <w:t>późn</w:t>
      </w:r>
      <w:proofErr w:type="spellEnd"/>
      <w:r w:rsidRPr="005D7C47">
        <w:rPr>
          <w:sz w:val="20"/>
          <w:lang w:val="pl-PL"/>
        </w:rPr>
        <w:t>. zm.).</w:t>
      </w:r>
    </w:p>
    <w:p w14:paraId="0743B6C7" w14:textId="77777777" w:rsidR="002357D7" w:rsidRPr="005D7C47" w:rsidRDefault="00000000">
      <w:pPr>
        <w:spacing w:after="60"/>
        <w:rPr>
          <w:lang w:val="pl-PL"/>
        </w:rPr>
      </w:pPr>
      <w:r w:rsidRPr="005D7C47">
        <w:rPr>
          <w:sz w:val="19"/>
          <w:lang w:val="pl-PL"/>
        </w:rPr>
        <w:t xml:space="preserve">Jeżeli zachodzi podstawa wykluczenia, lecz Podwykonawca korzysta z instytucji określonej w art. 110 ust. 2 ustawy </w:t>
      </w:r>
      <w:proofErr w:type="spellStart"/>
      <w:r w:rsidRPr="005D7C47">
        <w:rPr>
          <w:sz w:val="19"/>
          <w:lang w:val="pl-PL"/>
        </w:rPr>
        <w:t>Pzp</w:t>
      </w:r>
      <w:proofErr w:type="spellEnd"/>
      <w:r w:rsidRPr="005D7C47">
        <w:rPr>
          <w:sz w:val="19"/>
          <w:lang w:val="pl-PL"/>
        </w:rPr>
        <w:t>, należy wskazać podstawę i opisać podjęte środki naprawcze:</w:t>
      </w:r>
    </w:p>
    <w:p w14:paraId="4BC7AC76" w14:textId="77777777" w:rsidR="002357D7" w:rsidRPr="005D7C47" w:rsidRDefault="00000000">
      <w:pPr>
        <w:spacing w:after="60"/>
        <w:ind w:left="283"/>
        <w:rPr>
          <w:lang w:val="pl-PL"/>
        </w:rPr>
      </w:pPr>
      <w:r w:rsidRPr="005D7C47">
        <w:rPr>
          <w:sz w:val="19"/>
          <w:lang w:val="pl-PL"/>
        </w:rPr>
        <w:t>Podstawa / środki naprawcze: ………………………………………………………………………………………………………</w:t>
      </w:r>
    </w:p>
    <w:p w14:paraId="46300D9D" w14:textId="77777777" w:rsidR="002357D7" w:rsidRPr="005D7C47" w:rsidRDefault="00000000">
      <w:pPr>
        <w:spacing w:before="140" w:after="60"/>
        <w:rPr>
          <w:lang w:val="pl-PL"/>
        </w:rPr>
      </w:pPr>
      <w:r w:rsidRPr="005D7C47">
        <w:rPr>
          <w:b/>
          <w:lang w:val="pl-PL"/>
        </w:rPr>
        <w:t>II. INFORMACJA O DOSTĘPIE DO PODMIOTOWYCH ŚRODKÓW DOWODOWYCH</w:t>
      </w:r>
    </w:p>
    <w:p w14:paraId="3C871A06" w14:textId="77777777" w:rsidR="002357D7" w:rsidRPr="005D7C47" w:rsidRDefault="00000000">
      <w:pPr>
        <w:spacing w:after="60"/>
        <w:rPr>
          <w:lang w:val="pl-PL"/>
        </w:rPr>
      </w:pPr>
      <w:r w:rsidRPr="005D7C47">
        <w:rPr>
          <w:sz w:val="19"/>
          <w:lang w:val="pl-PL"/>
        </w:rPr>
        <w:t>Wskazuję dane umożliwiające uzyskanie podmiotowych środków dowodowych dotyczących Podwykonawcy za pomocą bezpłatnych i ogólnodostępnych baz danych (jeżeli dotyczy):</w:t>
      </w:r>
    </w:p>
    <w:p w14:paraId="25FE37CA" w14:textId="77777777" w:rsidR="002357D7" w:rsidRPr="005D7C47" w:rsidRDefault="00000000">
      <w:pPr>
        <w:spacing w:after="60"/>
        <w:ind w:left="227"/>
        <w:rPr>
          <w:lang w:val="pl-PL"/>
        </w:rPr>
      </w:pPr>
      <w:r w:rsidRPr="005D7C47">
        <w:rPr>
          <w:sz w:val="19"/>
          <w:lang w:val="pl-PL"/>
        </w:rPr>
        <w:t>…………………………………………………………………………………………………………………………………………</w:t>
      </w:r>
    </w:p>
    <w:p w14:paraId="24AF1188" w14:textId="77777777" w:rsidR="002357D7" w:rsidRPr="005D7C47" w:rsidRDefault="00000000">
      <w:pPr>
        <w:spacing w:before="140" w:after="60"/>
        <w:rPr>
          <w:lang w:val="pl-PL"/>
        </w:rPr>
      </w:pPr>
      <w:r w:rsidRPr="005D7C47">
        <w:rPr>
          <w:b/>
          <w:lang w:val="pl-PL"/>
        </w:rPr>
        <w:t>III. OŚWIADCZENIE KOŃCOWE</w:t>
      </w:r>
    </w:p>
    <w:p w14:paraId="6B405D61" w14:textId="77777777" w:rsidR="002357D7" w:rsidRPr="005D7C47" w:rsidRDefault="00000000">
      <w:pPr>
        <w:spacing w:after="60"/>
        <w:rPr>
          <w:lang w:val="pl-PL"/>
        </w:rPr>
      </w:pPr>
      <w:r w:rsidRPr="005D7C47">
        <w:rPr>
          <w:sz w:val="20"/>
          <w:lang w:val="pl-PL"/>
        </w:rPr>
        <w:t>Oświadczam, że wszystkie informacje podane w niniejszym oświadczeniu są aktualne i zgodne z prawdą oraz zostały przedstawione ze świadomością konsekwencji wprowadzenia Zamawiającego w błąd.</w:t>
      </w:r>
    </w:p>
    <w:p w14:paraId="1F4B3D50" w14:textId="77777777" w:rsidR="002357D7" w:rsidRPr="005D7C47" w:rsidRDefault="00000000">
      <w:pPr>
        <w:spacing w:after="60"/>
        <w:rPr>
          <w:lang w:val="pl-PL"/>
        </w:rPr>
      </w:pPr>
      <w:r w:rsidRPr="005D7C47">
        <w:rPr>
          <w:b/>
          <w:sz w:val="19"/>
          <w:lang w:val="pl-PL"/>
        </w:rPr>
        <w:t>UWAGA:</w:t>
      </w:r>
      <w:r w:rsidRPr="005D7C47">
        <w:rPr>
          <w:sz w:val="19"/>
          <w:lang w:val="pl-PL"/>
        </w:rPr>
        <w:t xml:space="preserve"> Załącznika nr 2b nie składa się wraz z ofertą. Jest on przedstawiany wyłącznie na żądanie Zamawiającego, jeżeli Zamawiający bada podstawy wykluczenia Podwykonawcy zgodnie z SWZ i art. 462 ust. 5 ustawy </w:t>
      </w:r>
      <w:proofErr w:type="spellStart"/>
      <w:r w:rsidRPr="005D7C47">
        <w:rPr>
          <w:sz w:val="19"/>
          <w:lang w:val="pl-PL"/>
        </w:rPr>
        <w:t>Pzp</w:t>
      </w:r>
      <w:proofErr w:type="spellEnd"/>
      <w:r w:rsidRPr="005D7C47">
        <w:rPr>
          <w:sz w:val="19"/>
          <w:lang w:val="pl-PL"/>
        </w:rPr>
        <w:t>.</w:t>
      </w:r>
    </w:p>
    <w:p w14:paraId="247BEF45" w14:textId="77777777" w:rsidR="002357D7" w:rsidRPr="005D7C47" w:rsidRDefault="002357D7">
      <w:pPr>
        <w:rPr>
          <w:lang w:val="pl-PL"/>
        </w:rPr>
      </w:pPr>
    </w:p>
    <w:p w14:paraId="4196EF4D" w14:textId="77777777" w:rsidR="002357D7" w:rsidRPr="005D7C47" w:rsidRDefault="00000000">
      <w:pPr>
        <w:spacing w:after="20"/>
        <w:jc w:val="right"/>
        <w:rPr>
          <w:lang w:val="pl-PL"/>
        </w:rPr>
      </w:pPr>
      <w:r w:rsidRPr="005D7C47">
        <w:rPr>
          <w:sz w:val="21"/>
          <w:lang w:val="pl-PL"/>
        </w:rPr>
        <w:t>…………………………………………………………………………</w:t>
      </w:r>
    </w:p>
    <w:p w14:paraId="56673084" w14:textId="77777777" w:rsidR="002357D7" w:rsidRPr="005D7C47" w:rsidRDefault="00000000">
      <w:pPr>
        <w:spacing w:after="20"/>
        <w:jc w:val="right"/>
        <w:rPr>
          <w:lang w:val="pl-PL"/>
        </w:rPr>
      </w:pPr>
      <w:r w:rsidRPr="005D7C47">
        <w:rPr>
          <w:i/>
          <w:sz w:val="19"/>
          <w:lang w:val="pl-PL"/>
        </w:rPr>
        <w:t>podpis osoby uprawnionej do reprezentowania Podwykonawcy</w:t>
      </w:r>
    </w:p>
    <w:p w14:paraId="4FBD2619" w14:textId="77777777" w:rsidR="002357D7" w:rsidRPr="005D7C47" w:rsidRDefault="00000000">
      <w:pPr>
        <w:jc w:val="right"/>
        <w:rPr>
          <w:lang w:val="pl-PL"/>
        </w:rPr>
      </w:pPr>
      <w:r w:rsidRPr="005D7C47">
        <w:rPr>
          <w:i/>
          <w:sz w:val="17"/>
          <w:lang w:val="pl-PL"/>
        </w:rPr>
        <w:t>(kwalifikowany podpis elektroniczny / podpis zaufany / podpis osobisty – zgodnie z SWZ)</w:t>
      </w:r>
    </w:p>
    <w:sectPr w:rsidR="002357D7" w:rsidRPr="005D7C47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BD7F" w14:textId="77777777" w:rsidR="00840B12" w:rsidRDefault="00840B12">
      <w:pPr>
        <w:spacing w:after="0" w:line="240" w:lineRule="auto"/>
      </w:pPr>
      <w:r>
        <w:separator/>
      </w:r>
    </w:p>
  </w:endnote>
  <w:endnote w:type="continuationSeparator" w:id="0">
    <w:p w14:paraId="773DA5A2" w14:textId="77777777" w:rsidR="00840B12" w:rsidRDefault="0084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358E" w14:textId="77777777" w:rsidR="002357D7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5D7C4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CC93" w14:textId="77777777" w:rsidR="00840B12" w:rsidRDefault="00840B12">
      <w:pPr>
        <w:spacing w:after="0" w:line="240" w:lineRule="auto"/>
      </w:pPr>
      <w:r>
        <w:separator/>
      </w:r>
    </w:p>
  </w:footnote>
  <w:footnote w:type="continuationSeparator" w:id="0">
    <w:p w14:paraId="47B6B25F" w14:textId="77777777" w:rsidR="00840B12" w:rsidRDefault="0084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87C16" w14:textId="77777777" w:rsidR="00DC34CD" w:rsidRDefault="00DC34CD" w:rsidP="00DC34CD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2E3D3295" w14:textId="77777777" w:rsidR="00DC34CD" w:rsidRDefault="00DC34CD" w:rsidP="00DC34CD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7CCA48C1" w14:textId="77777777" w:rsidR="00DC34CD" w:rsidRDefault="00DC34CD" w:rsidP="00DC34CD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5F8FEB99" w14:textId="567FE2DD" w:rsidR="002357D7" w:rsidRPr="00DC34CD" w:rsidRDefault="002357D7" w:rsidP="00DC3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901036">
    <w:abstractNumId w:val="8"/>
  </w:num>
  <w:num w:numId="2" w16cid:durableId="1720206022">
    <w:abstractNumId w:val="6"/>
  </w:num>
  <w:num w:numId="3" w16cid:durableId="1269577799">
    <w:abstractNumId w:val="5"/>
  </w:num>
  <w:num w:numId="4" w16cid:durableId="1983341344">
    <w:abstractNumId w:val="4"/>
  </w:num>
  <w:num w:numId="5" w16cid:durableId="1272855784">
    <w:abstractNumId w:val="7"/>
  </w:num>
  <w:num w:numId="6" w16cid:durableId="188303168">
    <w:abstractNumId w:val="3"/>
  </w:num>
  <w:num w:numId="7" w16cid:durableId="987519044">
    <w:abstractNumId w:val="2"/>
  </w:num>
  <w:num w:numId="8" w16cid:durableId="1296564287">
    <w:abstractNumId w:val="1"/>
  </w:num>
  <w:num w:numId="9" w16cid:durableId="53747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57D7"/>
    <w:rsid w:val="0029639D"/>
    <w:rsid w:val="002C6C2D"/>
    <w:rsid w:val="00326F90"/>
    <w:rsid w:val="004F5559"/>
    <w:rsid w:val="005D7C47"/>
    <w:rsid w:val="00840B12"/>
    <w:rsid w:val="00AA1D8D"/>
    <w:rsid w:val="00B47730"/>
    <w:rsid w:val="00CB0664"/>
    <w:rsid w:val="00DC34CD"/>
    <w:rsid w:val="00F124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50D31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2026-08-19T10:21:00Z</dcterms:created>
  <dcterms:modified xsi:type="dcterms:W3CDTF">2026-08-20T10:52:00Z</dcterms:modified>
  <cp:category/>
</cp:coreProperties>
</file>