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F7B16" w14:textId="77777777" w:rsidR="00030B53" w:rsidRPr="00131C76" w:rsidRDefault="00244828">
      <w:pPr>
        <w:jc w:val="right"/>
        <w:rPr>
          <w:lang w:val="pl-PL"/>
        </w:rPr>
      </w:pPr>
      <w:r w:rsidRPr="00131C76">
        <w:rPr>
          <w:b/>
          <w:lang w:val="pl-PL"/>
        </w:rPr>
        <w:t>ZAŁĄCZNIK NR 1</w:t>
      </w:r>
    </w:p>
    <w:p w14:paraId="7711DB59" w14:textId="77777777" w:rsidR="00030B53" w:rsidRPr="00131C76" w:rsidRDefault="00244828">
      <w:pPr>
        <w:spacing w:before="160" w:after="40"/>
        <w:jc w:val="center"/>
        <w:rPr>
          <w:lang w:val="pl-PL"/>
        </w:rPr>
      </w:pPr>
      <w:r w:rsidRPr="00131C76">
        <w:rPr>
          <w:b/>
          <w:sz w:val="32"/>
          <w:lang w:val="pl-PL"/>
        </w:rPr>
        <w:t>FORMULARZ OFERTOWY</w:t>
      </w:r>
    </w:p>
    <w:p w14:paraId="0318D5CE" w14:textId="77777777" w:rsidR="00030B53" w:rsidRPr="00131C76" w:rsidRDefault="00244828">
      <w:pPr>
        <w:jc w:val="center"/>
        <w:rPr>
          <w:lang w:val="pl-PL"/>
        </w:rPr>
      </w:pPr>
      <w:r w:rsidRPr="00131C76">
        <w:rPr>
          <w:lang w:val="pl-PL"/>
        </w:rPr>
        <w:t>na realizację zadania pn.</w:t>
      </w:r>
    </w:p>
    <w:p w14:paraId="6ACEE5AC" w14:textId="77777777" w:rsidR="00030B53" w:rsidRPr="00131C76" w:rsidRDefault="00244828">
      <w:pPr>
        <w:spacing w:after="80"/>
        <w:jc w:val="center"/>
        <w:rPr>
          <w:lang w:val="pl-PL"/>
        </w:rPr>
      </w:pPr>
      <w:r w:rsidRPr="00131C76">
        <w:rPr>
          <w:b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p w14:paraId="2E947584" w14:textId="77777777" w:rsidR="00030B53" w:rsidRPr="00131C76" w:rsidRDefault="00244828">
      <w:pPr>
        <w:spacing w:before="160" w:after="80"/>
        <w:rPr>
          <w:lang w:val="pl-PL"/>
        </w:rPr>
      </w:pPr>
      <w:r w:rsidRPr="00131C76">
        <w:rPr>
          <w:b/>
          <w:lang w:val="pl-PL"/>
        </w:rPr>
        <w:t>I. DANE WYKONAWCY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402"/>
        <w:gridCol w:w="5102"/>
      </w:tblGrid>
      <w:tr w:rsidR="00030B53" w:rsidRPr="00131C76" w14:paraId="53CA9DDC" w14:textId="77777777">
        <w:trPr>
          <w:tblHeader/>
          <w:jc w:val="center"/>
        </w:trPr>
        <w:tc>
          <w:tcPr>
            <w:tcW w:w="3324" w:type="dxa"/>
            <w:vAlign w:val="center"/>
          </w:tcPr>
          <w:p w14:paraId="106D0FB0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b/>
                <w:sz w:val="21"/>
                <w:lang w:val="pl-PL"/>
              </w:rPr>
              <w:t>Lp.</w:t>
            </w:r>
          </w:p>
        </w:tc>
        <w:tc>
          <w:tcPr>
            <w:tcW w:w="3324" w:type="dxa"/>
            <w:vAlign w:val="center"/>
          </w:tcPr>
          <w:p w14:paraId="42FF9865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b/>
                <w:sz w:val="21"/>
                <w:lang w:val="pl-PL"/>
              </w:rPr>
              <w:t>Dane</w:t>
            </w:r>
          </w:p>
        </w:tc>
        <w:tc>
          <w:tcPr>
            <w:tcW w:w="3324" w:type="dxa"/>
            <w:vAlign w:val="center"/>
          </w:tcPr>
          <w:p w14:paraId="62864324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b/>
                <w:sz w:val="21"/>
                <w:lang w:val="pl-PL"/>
              </w:rPr>
              <w:t>Treść</w:t>
            </w:r>
          </w:p>
        </w:tc>
      </w:tr>
      <w:tr w:rsidR="00030B53" w:rsidRPr="00131C76" w14:paraId="04836DAC" w14:textId="77777777">
        <w:trPr>
          <w:jc w:val="center"/>
        </w:trPr>
        <w:tc>
          <w:tcPr>
            <w:tcW w:w="567" w:type="dxa"/>
            <w:vAlign w:val="center"/>
          </w:tcPr>
          <w:p w14:paraId="1F16DC56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1.</w:t>
            </w:r>
          </w:p>
        </w:tc>
        <w:tc>
          <w:tcPr>
            <w:tcW w:w="3402" w:type="dxa"/>
            <w:vAlign w:val="center"/>
          </w:tcPr>
          <w:p w14:paraId="4B0F99CC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Nazwa (firma) Wykonawcy</w:t>
            </w:r>
          </w:p>
        </w:tc>
        <w:tc>
          <w:tcPr>
            <w:tcW w:w="5102" w:type="dxa"/>
            <w:vAlign w:val="center"/>
          </w:tcPr>
          <w:p w14:paraId="308BF6AF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030B53" w:rsidRPr="00131C76" w14:paraId="391B7BCA" w14:textId="77777777">
        <w:trPr>
          <w:jc w:val="center"/>
        </w:trPr>
        <w:tc>
          <w:tcPr>
            <w:tcW w:w="567" w:type="dxa"/>
            <w:vAlign w:val="center"/>
          </w:tcPr>
          <w:p w14:paraId="411307A5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2.</w:t>
            </w:r>
          </w:p>
        </w:tc>
        <w:tc>
          <w:tcPr>
            <w:tcW w:w="3402" w:type="dxa"/>
            <w:vAlign w:val="center"/>
          </w:tcPr>
          <w:p w14:paraId="12192C92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Adres / siedziba Wykonawcy</w:t>
            </w:r>
          </w:p>
        </w:tc>
        <w:tc>
          <w:tcPr>
            <w:tcW w:w="5102" w:type="dxa"/>
            <w:vAlign w:val="center"/>
          </w:tcPr>
          <w:p w14:paraId="6ACF9888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030B53" w:rsidRPr="00131C76" w14:paraId="3167F667" w14:textId="77777777">
        <w:trPr>
          <w:jc w:val="center"/>
        </w:trPr>
        <w:tc>
          <w:tcPr>
            <w:tcW w:w="567" w:type="dxa"/>
            <w:vAlign w:val="center"/>
          </w:tcPr>
          <w:p w14:paraId="6E68BAE3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3.</w:t>
            </w:r>
          </w:p>
        </w:tc>
        <w:tc>
          <w:tcPr>
            <w:tcW w:w="3402" w:type="dxa"/>
            <w:vAlign w:val="center"/>
          </w:tcPr>
          <w:p w14:paraId="42D693BF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NIP</w:t>
            </w:r>
          </w:p>
        </w:tc>
        <w:tc>
          <w:tcPr>
            <w:tcW w:w="5102" w:type="dxa"/>
            <w:vAlign w:val="center"/>
          </w:tcPr>
          <w:p w14:paraId="3CEED4D6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</w:t>
            </w:r>
          </w:p>
        </w:tc>
      </w:tr>
      <w:tr w:rsidR="00030B53" w:rsidRPr="00131C76" w14:paraId="57E068EB" w14:textId="77777777">
        <w:trPr>
          <w:jc w:val="center"/>
        </w:trPr>
        <w:tc>
          <w:tcPr>
            <w:tcW w:w="567" w:type="dxa"/>
            <w:vAlign w:val="center"/>
          </w:tcPr>
          <w:p w14:paraId="7C648D07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4.</w:t>
            </w:r>
          </w:p>
        </w:tc>
        <w:tc>
          <w:tcPr>
            <w:tcW w:w="3402" w:type="dxa"/>
            <w:vAlign w:val="center"/>
          </w:tcPr>
          <w:p w14:paraId="38834DEA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REGON</w:t>
            </w:r>
          </w:p>
        </w:tc>
        <w:tc>
          <w:tcPr>
            <w:tcW w:w="5102" w:type="dxa"/>
            <w:vAlign w:val="center"/>
          </w:tcPr>
          <w:p w14:paraId="2050D3F7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</w:t>
            </w:r>
          </w:p>
        </w:tc>
      </w:tr>
      <w:tr w:rsidR="00030B53" w:rsidRPr="00131C76" w14:paraId="3160D8BC" w14:textId="77777777">
        <w:trPr>
          <w:jc w:val="center"/>
        </w:trPr>
        <w:tc>
          <w:tcPr>
            <w:tcW w:w="567" w:type="dxa"/>
            <w:vAlign w:val="center"/>
          </w:tcPr>
          <w:p w14:paraId="5725F66E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5.</w:t>
            </w:r>
          </w:p>
        </w:tc>
        <w:tc>
          <w:tcPr>
            <w:tcW w:w="3402" w:type="dxa"/>
            <w:vAlign w:val="center"/>
          </w:tcPr>
          <w:p w14:paraId="666BCBDA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Adres e-mail</w:t>
            </w:r>
          </w:p>
        </w:tc>
        <w:tc>
          <w:tcPr>
            <w:tcW w:w="5102" w:type="dxa"/>
            <w:vAlign w:val="center"/>
          </w:tcPr>
          <w:p w14:paraId="507847A1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030B53" w:rsidRPr="00131C76" w14:paraId="48F418EC" w14:textId="77777777">
        <w:trPr>
          <w:jc w:val="center"/>
        </w:trPr>
        <w:tc>
          <w:tcPr>
            <w:tcW w:w="567" w:type="dxa"/>
            <w:vAlign w:val="center"/>
          </w:tcPr>
          <w:p w14:paraId="6B6777B1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6.</w:t>
            </w:r>
          </w:p>
        </w:tc>
        <w:tc>
          <w:tcPr>
            <w:tcW w:w="3402" w:type="dxa"/>
            <w:vAlign w:val="center"/>
          </w:tcPr>
          <w:p w14:paraId="7B67A181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Nr telefonu</w:t>
            </w:r>
          </w:p>
        </w:tc>
        <w:tc>
          <w:tcPr>
            <w:tcW w:w="5102" w:type="dxa"/>
            <w:vAlign w:val="center"/>
          </w:tcPr>
          <w:p w14:paraId="51ABDAC2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</w:t>
            </w:r>
          </w:p>
        </w:tc>
      </w:tr>
      <w:tr w:rsidR="00030B53" w:rsidRPr="00131C76" w14:paraId="15371343" w14:textId="77777777">
        <w:trPr>
          <w:jc w:val="center"/>
        </w:trPr>
        <w:tc>
          <w:tcPr>
            <w:tcW w:w="567" w:type="dxa"/>
            <w:vAlign w:val="center"/>
          </w:tcPr>
          <w:p w14:paraId="576CE468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7.</w:t>
            </w:r>
          </w:p>
        </w:tc>
        <w:tc>
          <w:tcPr>
            <w:tcW w:w="3402" w:type="dxa"/>
            <w:vAlign w:val="center"/>
          </w:tcPr>
          <w:p w14:paraId="07835F59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Osoba upoważniona do kontaktu</w:t>
            </w:r>
          </w:p>
        </w:tc>
        <w:tc>
          <w:tcPr>
            <w:tcW w:w="5102" w:type="dxa"/>
            <w:vAlign w:val="center"/>
          </w:tcPr>
          <w:p w14:paraId="55ED8C95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030B53" w:rsidRPr="00131C76" w14:paraId="48316BCB" w14:textId="77777777">
        <w:trPr>
          <w:jc w:val="center"/>
        </w:trPr>
        <w:tc>
          <w:tcPr>
            <w:tcW w:w="567" w:type="dxa"/>
            <w:vAlign w:val="center"/>
          </w:tcPr>
          <w:p w14:paraId="7CEAB0BA" w14:textId="77777777" w:rsidR="00030B53" w:rsidRPr="00131C76" w:rsidRDefault="00244828">
            <w:pPr>
              <w:spacing w:after="0"/>
              <w:jc w:val="center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8.</w:t>
            </w:r>
          </w:p>
        </w:tc>
        <w:tc>
          <w:tcPr>
            <w:tcW w:w="3402" w:type="dxa"/>
            <w:vAlign w:val="center"/>
          </w:tcPr>
          <w:p w14:paraId="528AC309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Nr rachunku bankowego</w:t>
            </w:r>
          </w:p>
        </w:tc>
        <w:tc>
          <w:tcPr>
            <w:tcW w:w="5102" w:type="dxa"/>
            <w:vAlign w:val="center"/>
          </w:tcPr>
          <w:p w14:paraId="306906AA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2B0121E4" w14:textId="77777777" w:rsidR="00030B53" w:rsidRPr="00131C76" w:rsidRDefault="00244828">
      <w:pPr>
        <w:spacing w:before="160" w:after="80"/>
        <w:rPr>
          <w:lang w:val="pl-PL"/>
        </w:rPr>
      </w:pPr>
      <w:r w:rsidRPr="00131C76">
        <w:rPr>
          <w:b/>
          <w:lang w:val="pl-PL"/>
        </w:rPr>
        <w:t>II. TREŚĆ OFERTY</w:t>
      </w:r>
    </w:p>
    <w:p w14:paraId="657DE4D1" w14:textId="77777777" w:rsidR="00030B53" w:rsidRDefault="00244828" w:rsidP="00131C76">
      <w:pPr>
        <w:jc w:val="both"/>
        <w:rPr>
          <w:lang w:val="pl-PL"/>
        </w:rPr>
      </w:pPr>
      <w:r w:rsidRPr="00131C76">
        <w:rPr>
          <w:lang w:val="pl-PL"/>
        </w:rPr>
        <w:t xml:space="preserve">Oferujemy wykonanie przedmiotu zamówienia objętego Etapem II zgodnie z SWZ, OPZ, dokumentacją projektową, </w:t>
      </w:r>
      <w:proofErr w:type="spellStart"/>
      <w:r w:rsidRPr="00131C76">
        <w:rPr>
          <w:lang w:val="pl-PL"/>
        </w:rPr>
        <w:t>STWiORB</w:t>
      </w:r>
      <w:proofErr w:type="spellEnd"/>
      <w:r w:rsidRPr="00131C76">
        <w:rPr>
          <w:lang w:val="pl-PL"/>
        </w:rPr>
        <w:t xml:space="preserve"> oraz projektowanymi postanowieniami umowy, za następującą cenę ryczałtową:</w:t>
      </w:r>
    </w:p>
    <w:tbl>
      <w:tblPr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4191"/>
        <w:gridCol w:w="1134"/>
        <w:gridCol w:w="850"/>
        <w:gridCol w:w="1276"/>
        <w:gridCol w:w="1843"/>
      </w:tblGrid>
      <w:tr w:rsidR="00A55135" w:rsidRPr="00A55135" w14:paraId="76885E33" w14:textId="77777777" w:rsidTr="00A55135">
        <w:trPr>
          <w:trHeight w:val="288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9834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Lp.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FA8E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Nazwa elementu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D035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Jednostka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6B0D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BDD7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Wartość brutto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E580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Wartość netto</w:t>
            </w:r>
          </w:p>
        </w:tc>
      </w:tr>
      <w:tr w:rsidR="00A55135" w:rsidRPr="00A55135" w14:paraId="3CEA13C5" w14:textId="77777777" w:rsidTr="00A55135">
        <w:trPr>
          <w:trHeight w:val="300"/>
        </w:trPr>
        <w:tc>
          <w:tcPr>
            <w:tcW w:w="1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92D0B9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1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5E2F55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4ABFD3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ADC35D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2CAC16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D2B802" w14:textId="77777777" w:rsidR="00A55135" w:rsidRPr="00A55135" w:rsidRDefault="00A55135" w:rsidP="00A55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4</w:t>
            </w:r>
          </w:p>
        </w:tc>
      </w:tr>
      <w:tr w:rsidR="00A55135" w:rsidRPr="00A55135" w14:paraId="0A84F78B" w14:textId="77777777" w:rsidTr="00A55135">
        <w:trPr>
          <w:trHeight w:val="288"/>
        </w:trPr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4DBF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1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88C8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KONSTRUKCJA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25D1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8F82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98913C3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C8201F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 </w:t>
            </w:r>
          </w:p>
        </w:tc>
      </w:tr>
      <w:tr w:rsidR="00A55135" w:rsidRPr="00A55135" w14:paraId="3225D8E2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3E67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1.1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C405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Płyta stropowa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BC0D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F617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D979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CDE061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2F0DEAAC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224D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1.2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D9C2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Nadproża prefabrykowane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D5FF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6E68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4C4B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DC225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39AA72FB" w14:textId="77777777" w:rsidTr="00A55135">
        <w:trPr>
          <w:trHeight w:val="300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F08B3F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1.3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1AC3A7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Elementy monolityczne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E0B7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49C0D8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77FBAE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F1A8D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6E6C4C96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E644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2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ABCD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ARCHITEKTURA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9CEE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3EE8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0A9526C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CBFB16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 </w:t>
            </w:r>
          </w:p>
        </w:tc>
      </w:tr>
      <w:tr w:rsidR="00A55135" w:rsidRPr="00A55135" w14:paraId="1DC49BCE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0F47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2.1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E924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Ściany fundamentowe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D575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B902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2A7D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12D00E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334A5052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E4D6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2.2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A5A9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Izolacja ścian fundamentowych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F58C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DBB2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FB5A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6E94AC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3273066A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185B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2.3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83B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Roboty murowe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6316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FC04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E1B2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5B4500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24774C26" w14:textId="77777777" w:rsidTr="00A55135">
        <w:trPr>
          <w:trHeight w:val="300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C9DC44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2.4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13C251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Przeniesienie ogrodzenia wraz z bramą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7E4F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84883A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6ABF49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91F6C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07C2F4E4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2673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3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B8AF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ZAGOSPODAROWANIE TERENU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E02C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E694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BFB9981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3CA641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 </w:t>
            </w:r>
          </w:p>
        </w:tc>
      </w:tr>
      <w:tr w:rsidR="00A55135" w:rsidRPr="00A55135" w14:paraId="44A23BD8" w14:textId="77777777" w:rsidTr="00A55135">
        <w:trPr>
          <w:trHeight w:val="300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8A2B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3.1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E6F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Dodatkowy odcinek ogrodzenia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E0A2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9C69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6832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433056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31B76CFB" w14:textId="77777777" w:rsidTr="00A55135">
        <w:trPr>
          <w:trHeight w:val="288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96D3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lastRenderedPageBreak/>
              <w:t>4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EFD2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DROGI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3CF5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4B89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30929A04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5DBA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 </w:t>
            </w:r>
          </w:p>
        </w:tc>
      </w:tr>
      <w:tr w:rsidR="00A55135" w:rsidRPr="00A55135" w14:paraId="73F09C8F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ACCE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4.1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4098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Dla utwardzonego terenu pod ruch kołowy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ADF4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6653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46B0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AC7AD3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3832D39E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04B8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4.2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0C71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Dla utwardzonego terenu pod ciągi piesze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1FCC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994B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B753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1C658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1216DAA0" w14:textId="77777777" w:rsidTr="00A55135">
        <w:trPr>
          <w:trHeight w:val="300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ED3057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4.3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642835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Elementy dróg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78B4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proofErr w:type="spellStart"/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kpl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8E908B" w14:textId="77777777" w:rsidR="00A55135" w:rsidRPr="00A55135" w:rsidRDefault="00A55135" w:rsidP="00A551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  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4C07C7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32A9E" w14:textId="77777777" w:rsidR="00A55135" w:rsidRPr="00A55135" w:rsidRDefault="00A55135" w:rsidP="00A5513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55135">
              <w:rPr>
                <w:rFonts w:ascii="Calibri" w:eastAsia="Times New Roman" w:hAnsi="Calibri" w:cs="Calibri"/>
                <w:sz w:val="22"/>
                <w:lang w:val="pl-PL" w:eastAsia="pl-PL"/>
              </w:rPr>
              <w:t> </w:t>
            </w:r>
          </w:p>
        </w:tc>
      </w:tr>
      <w:tr w:rsidR="00A55135" w:rsidRPr="00A55135" w14:paraId="42B1F8B9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DCE8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6D46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RAZEM kosztorys netto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EABA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A250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8824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A5F1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</w:tr>
      <w:tr w:rsidR="00A55135" w:rsidRPr="00A55135" w14:paraId="55AFFADF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B9E2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E36D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VAT 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9BA6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FAFB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5A8E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DEAA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</w:tr>
      <w:tr w:rsidR="00A55135" w:rsidRPr="00A55135" w14:paraId="78F059A5" w14:textId="77777777" w:rsidTr="00A55135">
        <w:trPr>
          <w:trHeight w:val="288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120E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8326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RAZEM kosztorys brutto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F70A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F0E2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D50F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7AD0" w14:textId="77777777" w:rsidR="00A55135" w:rsidRPr="00A55135" w:rsidRDefault="00A55135" w:rsidP="00A5513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</w:pPr>
            <w:r w:rsidRPr="00A55135">
              <w:rPr>
                <w:rFonts w:ascii="Century Gothic" w:eastAsia="Times New Roman" w:hAnsi="Century Gothic" w:cs="Calibri"/>
                <w:b/>
                <w:bCs/>
                <w:sz w:val="22"/>
                <w:lang w:val="pl-PL" w:eastAsia="pl-PL"/>
              </w:rPr>
              <w:t> </w:t>
            </w:r>
          </w:p>
        </w:tc>
      </w:tr>
    </w:tbl>
    <w:p w14:paraId="1763FE9E" w14:textId="77777777" w:rsidR="00A55135" w:rsidRPr="00131C76" w:rsidRDefault="00A55135" w:rsidP="00131C76">
      <w:pPr>
        <w:jc w:val="both"/>
        <w:rPr>
          <w:lang w:val="pl-PL"/>
        </w:rPr>
      </w:pP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6"/>
        <w:gridCol w:w="6482"/>
      </w:tblGrid>
      <w:tr w:rsidR="00030B53" w:rsidRPr="00131C76" w14:paraId="311D3DE0" w14:textId="77777777" w:rsidTr="00B84591">
        <w:trPr>
          <w:jc w:val="center"/>
        </w:trPr>
        <w:tc>
          <w:tcPr>
            <w:tcW w:w="4286" w:type="dxa"/>
            <w:vAlign w:val="center"/>
          </w:tcPr>
          <w:p w14:paraId="29C02096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2"/>
                <w:lang w:val="pl-PL"/>
              </w:rPr>
              <w:t>Cena netto</w:t>
            </w:r>
          </w:p>
        </w:tc>
        <w:tc>
          <w:tcPr>
            <w:tcW w:w="6482" w:type="dxa"/>
            <w:vAlign w:val="center"/>
          </w:tcPr>
          <w:p w14:paraId="4AAEDB3B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2"/>
                <w:lang w:val="pl-PL"/>
              </w:rPr>
              <w:t>…………………………………… zł</w:t>
            </w:r>
          </w:p>
        </w:tc>
      </w:tr>
      <w:tr w:rsidR="00030B53" w:rsidRPr="00131C76" w14:paraId="7E1E267A" w14:textId="77777777" w:rsidTr="00B84591">
        <w:trPr>
          <w:jc w:val="center"/>
        </w:trPr>
        <w:tc>
          <w:tcPr>
            <w:tcW w:w="4286" w:type="dxa"/>
            <w:vAlign w:val="center"/>
          </w:tcPr>
          <w:p w14:paraId="49DB933D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2"/>
                <w:lang w:val="pl-PL"/>
              </w:rPr>
              <w:t>Stawka podatku VAT</w:t>
            </w:r>
          </w:p>
        </w:tc>
        <w:tc>
          <w:tcPr>
            <w:tcW w:w="6482" w:type="dxa"/>
            <w:vAlign w:val="center"/>
          </w:tcPr>
          <w:p w14:paraId="07AC7556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2"/>
                <w:lang w:val="pl-PL"/>
              </w:rPr>
              <w:t>……………… %</w:t>
            </w:r>
          </w:p>
        </w:tc>
      </w:tr>
      <w:tr w:rsidR="00030B53" w:rsidRPr="00131C76" w14:paraId="05B00A03" w14:textId="77777777" w:rsidTr="00B84591">
        <w:trPr>
          <w:jc w:val="center"/>
        </w:trPr>
        <w:tc>
          <w:tcPr>
            <w:tcW w:w="4286" w:type="dxa"/>
            <w:vAlign w:val="center"/>
          </w:tcPr>
          <w:p w14:paraId="65B70609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2"/>
                <w:lang w:val="pl-PL"/>
              </w:rPr>
              <w:t>Kwota podatku VAT</w:t>
            </w:r>
          </w:p>
        </w:tc>
        <w:tc>
          <w:tcPr>
            <w:tcW w:w="6482" w:type="dxa"/>
            <w:vAlign w:val="center"/>
          </w:tcPr>
          <w:p w14:paraId="396F80E1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2"/>
                <w:lang w:val="pl-PL"/>
              </w:rPr>
              <w:t>…………………………………… zł</w:t>
            </w:r>
          </w:p>
        </w:tc>
      </w:tr>
      <w:tr w:rsidR="00030B53" w:rsidRPr="00131C76" w14:paraId="20398F03" w14:textId="77777777" w:rsidTr="00B84591">
        <w:trPr>
          <w:jc w:val="center"/>
        </w:trPr>
        <w:tc>
          <w:tcPr>
            <w:tcW w:w="4286" w:type="dxa"/>
            <w:vAlign w:val="center"/>
          </w:tcPr>
          <w:p w14:paraId="4D7CD980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b/>
                <w:sz w:val="22"/>
                <w:lang w:val="pl-PL"/>
              </w:rPr>
              <w:t>Cena brutto</w:t>
            </w:r>
          </w:p>
        </w:tc>
        <w:tc>
          <w:tcPr>
            <w:tcW w:w="6482" w:type="dxa"/>
            <w:vAlign w:val="center"/>
          </w:tcPr>
          <w:p w14:paraId="49B0D71F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b/>
                <w:sz w:val="22"/>
                <w:lang w:val="pl-PL"/>
              </w:rPr>
              <w:t>…………………………………… zł</w:t>
            </w:r>
            <w:r w:rsidRPr="00131C76">
              <w:rPr>
                <w:b/>
                <w:sz w:val="22"/>
                <w:lang w:val="pl-PL"/>
              </w:rPr>
              <w:br/>
              <w:t>(słownie: ……………………………………………………………………………………)</w:t>
            </w:r>
          </w:p>
        </w:tc>
      </w:tr>
    </w:tbl>
    <w:p w14:paraId="5B303C42" w14:textId="5F873F46" w:rsidR="00030B53" w:rsidRPr="00131C76" w:rsidRDefault="00244828">
      <w:pPr>
        <w:spacing w:before="120" w:after="40"/>
        <w:rPr>
          <w:lang w:val="pl-PL"/>
        </w:rPr>
      </w:pPr>
      <w:r w:rsidRPr="00131C76">
        <w:rPr>
          <w:b/>
          <w:lang w:val="pl-PL"/>
        </w:rPr>
        <w:t xml:space="preserve">9. Oferowany okres gwarancji </w:t>
      </w:r>
      <w:r w:rsidR="00E87D91" w:rsidRPr="00131C76">
        <w:rPr>
          <w:b/>
          <w:lang w:val="pl-PL"/>
        </w:rPr>
        <w:t>jakości:</w:t>
      </w:r>
      <w:r w:rsidR="00E87D91" w:rsidRPr="00131C76">
        <w:rPr>
          <w:lang w:val="pl-PL"/>
        </w:rPr>
        <w:t xml:space="preserve"> …</w:t>
      </w:r>
      <w:r w:rsidRPr="00131C76">
        <w:rPr>
          <w:lang w:val="pl-PL"/>
        </w:rPr>
        <w:t>…………… pełnych miesięcy.</w:t>
      </w:r>
    </w:p>
    <w:p w14:paraId="64848578" w14:textId="77777777" w:rsidR="00030B53" w:rsidRPr="00131C76" w:rsidRDefault="00244828">
      <w:pPr>
        <w:ind w:left="340"/>
        <w:rPr>
          <w:lang w:val="pl-PL"/>
        </w:rPr>
      </w:pPr>
      <w:r w:rsidRPr="00131C76">
        <w:rPr>
          <w:i/>
          <w:sz w:val="21"/>
          <w:lang w:val="pl-PL"/>
        </w:rPr>
        <w:t>Okres gwarancji stanowi kryterium oceny ofert. Należy wskazać okres nie krótszy niż 36 miesięcy i nie dłuższy niż 60 miesięcy, zgodnie z SWZ i § 8 projektowanych postanowień umowy.</w:t>
      </w:r>
    </w:p>
    <w:p w14:paraId="4B013019" w14:textId="77777777" w:rsidR="00030B53" w:rsidRPr="00131C76" w:rsidRDefault="00244828">
      <w:pPr>
        <w:rPr>
          <w:lang w:val="pl-PL"/>
        </w:rPr>
      </w:pPr>
      <w:r w:rsidRPr="00131C76">
        <w:rPr>
          <w:b/>
          <w:lang w:val="pl-PL"/>
        </w:rPr>
        <w:t xml:space="preserve">10. Informacja dotycząca obowiązku podatkowego, o którym mowa w art. 225 ustawy </w:t>
      </w:r>
      <w:proofErr w:type="spellStart"/>
      <w:r w:rsidRPr="00131C76">
        <w:rPr>
          <w:b/>
          <w:lang w:val="pl-PL"/>
        </w:rPr>
        <w:t>Pzp</w:t>
      </w:r>
      <w:proofErr w:type="spellEnd"/>
      <w:r w:rsidRPr="00131C76">
        <w:rPr>
          <w:b/>
          <w:lang w:val="pl-PL"/>
        </w:rPr>
        <w:t>:</w:t>
      </w:r>
    </w:p>
    <w:p w14:paraId="079F1151" w14:textId="77777777" w:rsidR="00030B53" w:rsidRPr="00131C76" w:rsidRDefault="00244828">
      <w:pPr>
        <w:spacing w:after="40"/>
        <w:ind w:left="340"/>
        <w:rPr>
          <w:lang w:val="pl-PL"/>
        </w:rPr>
      </w:pPr>
      <w:r w:rsidRPr="00131C76">
        <w:rPr>
          <w:sz w:val="22"/>
          <w:lang w:val="pl-PL"/>
        </w:rPr>
        <w:t>☐ wybór naszej oferty nie będzie prowadził do powstania po stronie Zamawiającego obowiązku podatkowego;</w:t>
      </w:r>
    </w:p>
    <w:p w14:paraId="7C6808EB" w14:textId="77777777" w:rsidR="00030B53" w:rsidRPr="00131C76" w:rsidRDefault="00244828">
      <w:pPr>
        <w:spacing w:after="40"/>
        <w:ind w:left="340"/>
        <w:rPr>
          <w:lang w:val="pl-PL"/>
        </w:rPr>
      </w:pPr>
      <w:r w:rsidRPr="00131C76">
        <w:rPr>
          <w:sz w:val="22"/>
          <w:lang w:val="pl-PL"/>
        </w:rPr>
        <w:t>☐ wybór naszej oferty będzie prowadził do powstania po stronie Zamawiającego obowiązku podatkowego; w takim przypadku wskazujemy: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030B53" w:rsidRPr="00131C76" w14:paraId="6FA2A491" w14:textId="77777777">
        <w:trPr>
          <w:jc w:val="center"/>
        </w:trPr>
        <w:tc>
          <w:tcPr>
            <w:tcW w:w="4986" w:type="dxa"/>
            <w:vAlign w:val="center"/>
          </w:tcPr>
          <w:p w14:paraId="3E2B1DED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Nazwa (rodzaj) towaru lub usługi</w:t>
            </w:r>
          </w:p>
        </w:tc>
        <w:tc>
          <w:tcPr>
            <w:tcW w:w="4986" w:type="dxa"/>
            <w:vAlign w:val="center"/>
          </w:tcPr>
          <w:p w14:paraId="1727DEFF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………………………………………………………………</w:t>
            </w:r>
          </w:p>
        </w:tc>
      </w:tr>
      <w:tr w:rsidR="00030B53" w:rsidRPr="00131C76" w14:paraId="2D3C1B65" w14:textId="77777777">
        <w:trPr>
          <w:jc w:val="center"/>
        </w:trPr>
        <w:tc>
          <w:tcPr>
            <w:tcW w:w="4986" w:type="dxa"/>
            <w:vAlign w:val="center"/>
          </w:tcPr>
          <w:p w14:paraId="4D9036E7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Wartość bez kwoty podatku VAT</w:t>
            </w:r>
          </w:p>
        </w:tc>
        <w:tc>
          <w:tcPr>
            <w:tcW w:w="4986" w:type="dxa"/>
            <w:vAlign w:val="center"/>
          </w:tcPr>
          <w:p w14:paraId="309708DF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…………………………………… zł</w:t>
            </w:r>
          </w:p>
        </w:tc>
      </w:tr>
      <w:tr w:rsidR="00030B53" w:rsidRPr="00131C76" w14:paraId="6A9D6C9C" w14:textId="77777777">
        <w:trPr>
          <w:jc w:val="center"/>
        </w:trPr>
        <w:tc>
          <w:tcPr>
            <w:tcW w:w="4986" w:type="dxa"/>
            <w:vAlign w:val="center"/>
          </w:tcPr>
          <w:p w14:paraId="75F3B6FF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Stawka podatku VAT, która będzie miała zastosowanie</w:t>
            </w:r>
          </w:p>
        </w:tc>
        <w:tc>
          <w:tcPr>
            <w:tcW w:w="4986" w:type="dxa"/>
            <w:vAlign w:val="center"/>
          </w:tcPr>
          <w:p w14:paraId="21C05584" w14:textId="77777777" w:rsidR="00030B53" w:rsidRPr="00131C76" w:rsidRDefault="00244828">
            <w:pPr>
              <w:spacing w:after="0"/>
              <w:rPr>
                <w:lang w:val="pl-PL"/>
              </w:rPr>
            </w:pPr>
            <w:r w:rsidRPr="00131C76">
              <w:rPr>
                <w:sz w:val="21"/>
                <w:lang w:val="pl-PL"/>
              </w:rPr>
              <w:t>……………… %</w:t>
            </w:r>
          </w:p>
        </w:tc>
      </w:tr>
    </w:tbl>
    <w:p w14:paraId="345C9DB3" w14:textId="77777777" w:rsidR="00030B53" w:rsidRPr="00131C76" w:rsidRDefault="00244828">
      <w:pPr>
        <w:spacing w:before="160" w:after="80"/>
        <w:rPr>
          <w:lang w:val="pl-PL"/>
        </w:rPr>
      </w:pPr>
      <w:r w:rsidRPr="00131C76">
        <w:rPr>
          <w:b/>
          <w:lang w:val="pl-PL"/>
        </w:rPr>
        <w:t>III. INFORMACJE DOTYCZĄCE SPOSOBU REALIZACJI I SKŁADANIA OFERTY</w:t>
      </w:r>
    </w:p>
    <w:p w14:paraId="601AAD9F" w14:textId="77777777" w:rsidR="00030B53" w:rsidRPr="00131C76" w:rsidRDefault="00244828" w:rsidP="00131C76">
      <w:pPr>
        <w:spacing w:after="80"/>
        <w:jc w:val="both"/>
        <w:rPr>
          <w:lang w:val="pl-PL"/>
        </w:rPr>
      </w:pPr>
      <w:r w:rsidRPr="00131C76">
        <w:rPr>
          <w:b/>
          <w:lang w:val="pl-PL"/>
        </w:rPr>
        <w:t xml:space="preserve">11. </w:t>
      </w:r>
      <w:r w:rsidRPr="00131C76">
        <w:rPr>
          <w:lang w:val="pl-PL"/>
        </w:rPr>
        <w:t>Przedmiot zamówienia zamierzamy wykonać: samodzielnie / z udziałem podwykonawców (niepotrzebne skreślić).</w:t>
      </w:r>
    </w:p>
    <w:p w14:paraId="7A83A58B" w14:textId="77777777" w:rsidR="00030B53" w:rsidRPr="00131C76" w:rsidRDefault="00244828">
      <w:pPr>
        <w:ind w:left="340"/>
        <w:rPr>
          <w:lang w:val="pl-PL"/>
        </w:rPr>
      </w:pPr>
      <w:r w:rsidRPr="00131C76">
        <w:rPr>
          <w:b/>
          <w:lang w:val="pl-PL"/>
        </w:rPr>
        <w:t xml:space="preserve">Zakres powierzany podwykonawcom: </w:t>
      </w:r>
      <w:r w:rsidRPr="00131C76">
        <w:rPr>
          <w:lang w:val="pl-PL"/>
        </w:rPr>
        <w:t>…………………………………………………………………………………………………………</w:t>
      </w:r>
    </w:p>
    <w:p w14:paraId="2772BE35" w14:textId="77777777" w:rsidR="00030B53" w:rsidRPr="00131C76" w:rsidRDefault="00244828">
      <w:pPr>
        <w:ind w:left="340"/>
        <w:rPr>
          <w:lang w:val="pl-PL"/>
        </w:rPr>
      </w:pPr>
      <w:r w:rsidRPr="00131C76">
        <w:rPr>
          <w:b/>
          <w:lang w:val="pl-PL"/>
        </w:rPr>
        <w:t xml:space="preserve">Nazwy podwykonawców, jeżeli są już znani: </w:t>
      </w:r>
      <w:r w:rsidRPr="00131C76">
        <w:rPr>
          <w:lang w:val="pl-PL"/>
        </w:rPr>
        <w:t>…………………………………………………………………………</w:t>
      </w:r>
    </w:p>
    <w:p w14:paraId="77F7C2B4" w14:textId="77777777" w:rsidR="00030B53" w:rsidRPr="00131C76" w:rsidRDefault="00244828" w:rsidP="00131C76">
      <w:pPr>
        <w:spacing w:after="80"/>
        <w:jc w:val="both"/>
        <w:rPr>
          <w:lang w:val="pl-PL"/>
        </w:rPr>
      </w:pPr>
      <w:r w:rsidRPr="00131C76">
        <w:rPr>
          <w:b/>
          <w:lang w:val="pl-PL"/>
        </w:rPr>
        <w:t xml:space="preserve">12. </w:t>
      </w:r>
      <w:r w:rsidRPr="00131C76">
        <w:rPr>
          <w:lang w:val="pl-PL"/>
        </w:rPr>
        <w:t>Nie korzystamy / korzystamy z zasobów podmiotu udostępniającego zasoby (niepotrzebne skreślić). W przypadku korzystania z zasobów do oferty załączamy dokumenty wymagane w Rozdziale X pkt 15.3–15.4 SWZ, w szczególności Załącznik nr 2a i Załącznik nr 3 do SWZ.</w:t>
      </w:r>
    </w:p>
    <w:p w14:paraId="76F57038" w14:textId="77777777" w:rsidR="00030B53" w:rsidRPr="00131C76" w:rsidRDefault="00244828" w:rsidP="00131C76">
      <w:pPr>
        <w:spacing w:after="80"/>
        <w:jc w:val="both"/>
        <w:rPr>
          <w:lang w:val="pl-PL"/>
        </w:rPr>
      </w:pPr>
      <w:r w:rsidRPr="00131C76">
        <w:rPr>
          <w:b/>
          <w:lang w:val="pl-PL"/>
        </w:rPr>
        <w:t xml:space="preserve">13. </w:t>
      </w:r>
      <w:r w:rsidRPr="00131C76">
        <w:rPr>
          <w:lang w:val="pl-PL"/>
        </w:rPr>
        <w:t xml:space="preserve">Nie ubiegamy się / ubiegamy się wspólnie o udzielenie zamówienia (niepotrzebne skreślić). Jeżeli zachodzą przesłanki z art. 117 ust. 2 lub 3 ustawy </w:t>
      </w:r>
      <w:proofErr w:type="spellStart"/>
      <w:r w:rsidRPr="00131C76">
        <w:rPr>
          <w:lang w:val="pl-PL"/>
        </w:rPr>
        <w:t>Pzp</w:t>
      </w:r>
      <w:proofErr w:type="spellEnd"/>
      <w:r w:rsidRPr="00131C76">
        <w:rPr>
          <w:lang w:val="pl-PL"/>
        </w:rPr>
        <w:t xml:space="preserve">, do oferty załączamy </w:t>
      </w:r>
      <w:r w:rsidRPr="00131C76">
        <w:rPr>
          <w:lang w:val="pl-PL"/>
        </w:rPr>
        <w:lastRenderedPageBreak/>
        <w:t xml:space="preserve">oświadczenie, o którym mowa w art. 117 ust. 4 ustawy </w:t>
      </w:r>
      <w:proofErr w:type="spellStart"/>
      <w:r w:rsidRPr="00131C76">
        <w:rPr>
          <w:lang w:val="pl-PL"/>
        </w:rPr>
        <w:t>Pzp</w:t>
      </w:r>
      <w:proofErr w:type="spellEnd"/>
      <w:r w:rsidRPr="00131C76">
        <w:rPr>
          <w:lang w:val="pl-PL"/>
        </w:rPr>
        <w:t xml:space="preserve"> (Załącznik nr 7 do SWZ), wskazujące, które roboty budowlane wykonają poszczególni Wykonawcy.</w:t>
      </w:r>
    </w:p>
    <w:p w14:paraId="40DF05B6" w14:textId="77777777" w:rsidR="00030B53" w:rsidRPr="00131C76" w:rsidRDefault="00244828" w:rsidP="00131C76">
      <w:pPr>
        <w:spacing w:after="80"/>
        <w:jc w:val="both"/>
        <w:rPr>
          <w:lang w:val="pl-PL"/>
        </w:rPr>
      </w:pPr>
      <w:r w:rsidRPr="00131C76">
        <w:rPr>
          <w:b/>
          <w:lang w:val="pl-PL"/>
        </w:rPr>
        <w:t xml:space="preserve">14. </w:t>
      </w:r>
      <w:r w:rsidRPr="00131C76">
        <w:rPr>
          <w:lang w:val="pl-PL"/>
        </w:rPr>
        <w:t>Nie oferujemy / oferujemy rozwiązania równoważne (niepotrzebne skreślić). W przypadku oferowania rozwiązań równoważnych załączamy do oferty dokumenty lub inne środki dowodowe wykazujące spełnienie wymagań określonych przez Zamawiającego w dokumentach zamówienia.</w:t>
      </w:r>
    </w:p>
    <w:p w14:paraId="46EAEA36" w14:textId="77777777" w:rsidR="00030B53" w:rsidRPr="00131C76" w:rsidRDefault="00244828">
      <w:pPr>
        <w:spacing w:before="160" w:after="80"/>
        <w:rPr>
          <w:lang w:val="pl-PL"/>
        </w:rPr>
      </w:pPr>
      <w:r w:rsidRPr="00131C76">
        <w:rPr>
          <w:b/>
          <w:lang w:val="pl-PL"/>
        </w:rPr>
        <w:t>IV. OŚWIADCZENIA WYKONAWCY</w:t>
      </w:r>
    </w:p>
    <w:p w14:paraId="3D280451" w14:textId="77777777" w:rsidR="00030B53" w:rsidRPr="00131C76" w:rsidRDefault="00244828" w:rsidP="00131C76">
      <w:pPr>
        <w:spacing w:after="80"/>
        <w:jc w:val="both"/>
        <w:rPr>
          <w:lang w:val="pl-PL"/>
        </w:rPr>
      </w:pPr>
      <w:r w:rsidRPr="00131C76">
        <w:rPr>
          <w:b/>
          <w:lang w:val="pl-PL"/>
        </w:rPr>
        <w:t xml:space="preserve">15. </w:t>
      </w:r>
      <w:r w:rsidRPr="00131C76">
        <w:rPr>
          <w:lang w:val="pl-PL"/>
        </w:rPr>
        <w:t>Oświadczamy, że zapoznaliśmy się z SWZ wraz z załącznikami, w tym z OPZ oraz projektowanymi postanowieniami umowy, i akceptujemy określone w nich warunki realizacji zamówienia. W przypadku wyboru naszej oferty zobowiązujemy się do zawarcia umowy na warunkach wynikających z dokumentów zamówienia i złożonej oferty, w miejscu i terminie wyznaczonym przez Zamawiającego.</w:t>
      </w:r>
    </w:p>
    <w:p w14:paraId="433A6414" w14:textId="7810722F" w:rsidR="00030B53" w:rsidRPr="00131C76" w:rsidRDefault="00244828" w:rsidP="00131C76">
      <w:pPr>
        <w:spacing w:after="80"/>
        <w:jc w:val="both"/>
        <w:rPr>
          <w:lang w:val="pl-PL"/>
        </w:rPr>
      </w:pPr>
      <w:r w:rsidRPr="00131C76">
        <w:rPr>
          <w:b/>
          <w:lang w:val="pl-PL"/>
        </w:rPr>
        <w:t xml:space="preserve">16. </w:t>
      </w:r>
      <w:r w:rsidRPr="00131C76">
        <w:rPr>
          <w:lang w:val="pl-PL"/>
        </w:rPr>
        <w:t xml:space="preserve">Ofertą jesteśmy związani do dnia: </w:t>
      </w:r>
      <w:r w:rsidR="00E87D91">
        <w:rPr>
          <w:lang w:val="pl-PL"/>
        </w:rPr>
        <w:t>30 września 2026 r.</w:t>
      </w:r>
    </w:p>
    <w:p w14:paraId="321E2623" w14:textId="77777777" w:rsidR="00030B53" w:rsidRPr="00131C76" w:rsidRDefault="00244828" w:rsidP="00131C76">
      <w:pPr>
        <w:spacing w:after="80"/>
        <w:jc w:val="both"/>
        <w:rPr>
          <w:lang w:val="pl-PL"/>
        </w:rPr>
      </w:pPr>
      <w:r w:rsidRPr="00131C76">
        <w:rPr>
          <w:b/>
          <w:lang w:val="pl-PL"/>
        </w:rPr>
        <w:t xml:space="preserve">17. </w:t>
      </w:r>
      <w:r w:rsidRPr="00131C76">
        <w:rPr>
          <w:lang w:val="pl-PL"/>
        </w:rPr>
        <w:t xml:space="preserve">Do oferty załączamy / nie załączamy (niepotrzebne skreślić) wyodrębnione informacje stanowiące tajemnicę przedsiębiorstwa. W przypadku zastrzeżenia tajemnicy przedsiębiorstwa wskazujemy te informacje w sposób jednoznaczny oraz załączamy uzasadnienie wykazujące spełnienie przesłanek z art. 18 ust. 3 ustawy </w:t>
      </w:r>
      <w:proofErr w:type="spellStart"/>
      <w:r w:rsidRPr="00131C76">
        <w:rPr>
          <w:lang w:val="pl-PL"/>
        </w:rPr>
        <w:t>Pzp</w:t>
      </w:r>
      <w:proofErr w:type="spellEnd"/>
      <w:r w:rsidRPr="00131C76">
        <w:rPr>
          <w:lang w:val="pl-PL"/>
        </w:rPr>
        <w:t xml:space="preserve"> w związku z art. 11 ust. 2 ustawy z dnia 16 kwietnia 1993 r. o zwalczaniu nieuczciwej konkurencji (</w:t>
      </w:r>
      <w:proofErr w:type="spellStart"/>
      <w:r w:rsidRPr="00131C76">
        <w:rPr>
          <w:lang w:val="pl-PL"/>
        </w:rPr>
        <w:t>t.j</w:t>
      </w:r>
      <w:proofErr w:type="spellEnd"/>
      <w:r w:rsidRPr="00131C76">
        <w:rPr>
          <w:lang w:val="pl-PL"/>
        </w:rPr>
        <w:t xml:space="preserve">. Dz.U. z 2026 r. poz. 85). Przyjmujemy do wiadomości, że nie można zastrzec informacji, o których mowa w art. 222 ust. 5 ustawy </w:t>
      </w:r>
      <w:proofErr w:type="spellStart"/>
      <w:r w:rsidRPr="00131C76">
        <w:rPr>
          <w:lang w:val="pl-PL"/>
        </w:rPr>
        <w:t>Pzp</w:t>
      </w:r>
      <w:proofErr w:type="spellEnd"/>
      <w:r w:rsidRPr="00131C76">
        <w:rPr>
          <w:lang w:val="pl-PL"/>
        </w:rPr>
        <w:t>.</w:t>
      </w:r>
    </w:p>
    <w:p w14:paraId="49A9E282" w14:textId="77777777" w:rsidR="00030B53" w:rsidRPr="00131C76" w:rsidRDefault="00244828" w:rsidP="00131C76">
      <w:pPr>
        <w:spacing w:after="80"/>
        <w:jc w:val="both"/>
        <w:rPr>
          <w:lang w:val="pl-PL"/>
        </w:rPr>
      </w:pPr>
      <w:r w:rsidRPr="00131C76">
        <w:rPr>
          <w:b/>
          <w:lang w:val="pl-PL"/>
        </w:rPr>
        <w:t xml:space="preserve">18. </w:t>
      </w:r>
      <w:r w:rsidRPr="00131C76">
        <w:rPr>
          <w:lang w:val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 w:rsidRPr="00131C76">
        <w:rPr>
          <w:lang w:val="pl-PL"/>
        </w:rPr>
        <w:t>postępowaniu.*</w:t>
      </w:r>
      <w:proofErr w:type="gramEnd"/>
    </w:p>
    <w:p w14:paraId="15636E3F" w14:textId="77777777" w:rsidR="00030B53" w:rsidRPr="00131C76" w:rsidRDefault="00244828" w:rsidP="00131C76">
      <w:pPr>
        <w:ind w:left="340"/>
        <w:jc w:val="both"/>
        <w:rPr>
          <w:lang w:val="pl-PL"/>
        </w:rPr>
      </w:pPr>
      <w:r w:rsidRPr="00131C76">
        <w:rPr>
          <w:i/>
          <w:sz w:val="20"/>
          <w:lang w:val="pl-PL"/>
        </w:rPr>
        <w:t>* Jeżeli Wykonawca nie przekazuje danych osobowych innych niż bezpośrednio jego dotyczących albo zachodzi wyłączenie obowiązku informacyjnego na podstawie art. 13 ust. 4 lub art. 14 ust. 5 RODO, oświadczenia nie składa się.</w:t>
      </w:r>
    </w:p>
    <w:p w14:paraId="22891246" w14:textId="77777777" w:rsidR="00030B53" w:rsidRPr="00131C76" w:rsidRDefault="00244828">
      <w:pPr>
        <w:spacing w:after="80"/>
        <w:rPr>
          <w:lang w:val="pl-PL"/>
        </w:rPr>
      </w:pPr>
      <w:r w:rsidRPr="00131C76">
        <w:rPr>
          <w:b/>
          <w:lang w:val="pl-PL"/>
        </w:rPr>
        <w:t xml:space="preserve">19. </w:t>
      </w:r>
      <w:r w:rsidRPr="00131C76">
        <w:rPr>
          <w:lang w:val="pl-PL"/>
        </w:rPr>
        <w:t>Oferta zawiera ……………… kolejno ponumerowanych stron.</w:t>
      </w:r>
    </w:p>
    <w:p w14:paraId="7F8EC16C" w14:textId="77777777" w:rsidR="00030B53" w:rsidRPr="00131C76" w:rsidRDefault="00244828">
      <w:pPr>
        <w:rPr>
          <w:lang w:val="pl-PL"/>
        </w:rPr>
      </w:pPr>
      <w:r w:rsidRPr="00131C76">
        <w:rPr>
          <w:b/>
          <w:lang w:val="pl-PL"/>
        </w:rPr>
        <w:t>20. Wykonawca informuje, że jest:</w:t>
      </w:r>
    </w:p>
    <w:p w14:paraId="229F3CB4" w14:textId="77777777" w:rsidR="00030B53" w:rsidRPr="00131C76" w:rsidRDefault="00244828">
      <w:pPr>
        <w:spacing w:after="20"/>
        <w:ind w:left="397"/>
        <w:rPr>
          <w:lang w:val="pl-PL"/>
        </w:rPr>
      </w:pPr>
      <w:r w:rsidRPr="00131C76">
        <w:rPr>
          <w:sz w:val="22"/>
          <w:lang w:val="pl-PL"/>
        </w:rPr>
        <w:t>☐ mikroprzedsiębiorstwem</w:t>
      </w:r>
    </w:p>
    <w:p w14:paraId="51E89198" w14:textId="77777777" w:rsidR="00030B53" w:rsidRPr="00131C76" w:rsidRDefault="00244828">
      <w:pPr>
        <w:spacing w:after="20"/>
        <w:ind w:left="397"/>
        <w:rPr>
          <w:lang w:val="pl-PL"/>
        </w:rPr>
      </w:pPr>
      <w:r w:rsidRPr="00131C76">
        <w:rPr>
          <w:sz w:val="22"/>
          <w:lang w:val="pl-PL"/>
        </w:rPr>
        <w:t>☐ małym przedsiębiorstwem</w:t>
      </w:r>
    </w:p>
    <w:p w14:paraId="622643A4" w14:textId="77777777" w:rsidR="00030B53" w:rsidRPr="00131C76" w:rsidRDefault="00244828">
      <w:pPr>
        <w:spacing w:after="20"/>
        <w:ind w:left="397"/>
        <w:rPr>
          <w:lang w:val="pl-PL"/>
        </w:rPr>
      </w:pPr>
      <w:r w:rsidRPr="00131C76">
        <w:rPr>
          <w:sz w:val="22"/>
          <w:lang w:val="pl-PL"/>
        </w:rPr>
        <w:t>☐ średnim przedsiębiorstwem</w:t>
      </w:r>
    </w:p>
    <w:p w14:paraId="70FDD918" w14:textId="77777777" w:rsidR="00030B53" w:rsidRPr="00131C76" w:rsidRDefault="00244828">
      <w:pPr>
        <w:spacing w:after="20"/>
        <w:ind w:left="397"/>
        <w:rPr>
          <w:lang w:val="pl-PL"/>
        </w:rPr>
      </w:pPr>
      <w:r w:rsidRPr="00131C76">
        <w:rPr>
          <w:sz w:val="22"/>
          <w:lang w:val="pl-PL"/>
        </w:rPr>
        <w:t>☐ jednoosobową działalnością gospodarczą</w:t>
      </w:r>
    </w:p>
    <w:p w14:paraId="557E6AD9" w14:textId="77777777" w:rsidR="00030B53" w:rsidRPr="00131C76" w:rsidRDefault="00244828">
      <w:pPr>
        <w:spacing w:after="20"/>
        <w:ind w:left="397"/>
        <w:rPr>
          <w:lang w:val="pl-PL"/>
        </w:rPr>
      </w:pPr>
      <w:r w:rsidRPr="00131C76">
        <w:rPr>
          <w:sz w:val="22"/>
          <w:lang w:val="pl-PL"/>
        </w:rPr>
        <w:t>☐ osobą fizyczną nieprowadzącą działalności gospodarczej</w:t>
      </w:r>
    </w:p>
    <w:p w14:paraId="6DD5EDB5" w14:textId="77777777" w:rsidR="00030B53" w:rsidRPr="00131C76" w:rsidRDefault="00244828">
      <w:pPr>
        <w:spacing w:after="20"/>
        <w:ind w:left="397"/>
        <w:rPr>
          <w:lang w:val="pl-PL"/>
        </w:rPr>
      </w:pPr>
      <w:r w:rsidRPr="00131C76">
        <w:rPr>
          <w:sz w:val="22"/>
          <w:lang w:val="pl-PL"/>
        </w:rPr>
        <w:t>☐ innym rodzajem podmiotu: …………………………………………………………………</w:t>
      </w:r>
    </w:p>
    <w:p w14:paraId="430D21A7" w14:textId="77777777" w:rsidR="00030B53" w:rsidRPr="00131C76" w:rsidRDefault="00244828">
      <w:pPr>
        <w:spacing w:after="20"/>
        <w:ind w:left="397"/>
        <w:rPr>
          <w:lang w:val="pl-PL"/>
        </w:rPr>
      </w:pPr>
      <w:r w:rsidRPr="00131C76">
        <w:rPr>
          <w:sz w:val="22"/>
          <w:lang w:val="pl-PL"/>
        </w:rPr>
        <w:t>☐ nie jest mikroprzedsiębiorstwem, małym ani średnim przedsiębiorstwem</w:t>
      </w:r>
    </w:p>
    <w:p w14:paraId="69D0E8E5" w14:textId="77777777" w:rsidR="00030B53" w:rsidRPr="00131C76" w:rsidRDefault="00244828">
      <w:pPr>
        <w:spacing w:before="160" w:after="80"/>
        <w:rPr>
          <w:lang w:val="pl-PL"/>
        </w:rPr>
      </w:pPr>
      <w:r w:rsidRPr="00131C76">
        <w:rPr>
          <w:b/>
          <w:lang w:val="pl-PL"/>
        </w:rPr>
        <w:t>V. DOKUMENTY ZAŁĄCZANE DO OFERTY</w:t>
      </w:r>
    </w:p>
    <w:p w14:paraId="0E83823F" w14:textId="77777777" w:rsidR="00030B53" w:rsidRPr="00131C76" w:rsidRDefault="00244828" w:rsidP="00131C76">
      <w:pPr>
        <w:jc w:val="both"/>
        <w:rPr>
          <w:lang w:val="pl-PL"/>
        </w:rPr>
      </w:pPr>
      <w:r w:rsidRPr="00131C76">
        <w:rPr>
          <w:lang w:val="pl-PL"/>
        </w:rPr>
        <w:t>Zgodnie z Rozdziałem X pkt 15 SWZ do oferty załączamy odpowiednio:</w:t>
      </w:r>
    </w:p>
    <w:p w14:paraId="66285153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t xml:space="preserve">• Załącznik nr 2 do SWZ – oświadczenie Wykonawcy, o którym mowa w art. 125 ust. 1 ustawy </w:t>
      </w:r>
      <w:proofErr w:type="spellStart"/>
      <w:r w:rsidRPr="00131C76">
        <w:rPr>
          <w:sz w:val="22"/>
          <w:lang w:val="pl-PL"/>
        </w:rPr>
        <w:t>Pzp</w:t>
      </w:r>
      <w:proofErr w:type="spellEnd"/>
      <w:r w:rsidRPr="00131C76">
        <w:rPr>
          <w:sz w:val="22"/>
          <w:lang w:val="pl-PL"/>
        </w:rPr>
        <w:t>;</w:t>
      </w:r>
    </w:p>
    <w:p w14:paraId="33C4BDF6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t>• Załącznik nr 2a do SWZ – oświadczenie podmiotu udostępniającego zasoby – jeżeli dotyczy;</w:t>
      </w:r>
    </w:p>
    <w:p w14:paraId="1DB853EC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lastRenderedPageBreak/>
        <w:t>• Załącznik nr 3 do SWZ – zobowiązanie podmiotu udostępniającego zasoby albo inny dokument potwierdzający rzeczywisty dostęp do zasobów – jeżeli dotyczy;</w:t>
      </w:r>
    </w:p>
    <w:p w14:paraId="43783823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t xml:space="preserve">• Załącznik nr 7 do SWZ – oświadczenie Wykonawców wspólnie ubiegających się o udzielenie zamówienia, o którym mowa w art. 117 ust. 4 ustawy </w:t>
      </w:r>
      <w:proofErr w:type="spellStart"/>
      <w:r w:rsidRPr="00131C76">
        <w:rPr>
          <w:sz w:val="22"/>
          <w:lang w:val="pl-PL"/>
        </w:rPr>
        <w:t>Pzp</w:t>
      </w:r>
      <w:proofErr w:type="spellEnd"/>
      <w:r w:rsidRPr="00131C76">
        <w:rPr>
          <w:sz w:val="22"/>
          <w:lang w:val="pl-PL"/>
        </w:rPr>
        <w:t xml:space="preserve"> – jeżeli dotyczy;</w:t>
      </w:r>
    </w:p>
    <w:p w14:paraId="760E616A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t>• pełnomocnictwo do podpisania i złożenia oferty – jeżeli umocowanie nie wynika z dokumentów dostępnych Zamawiającemu;</w:t>
      </w:r>
    </w:p>
    <w:p w14:paraId="20BC2362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t xml:space="preserve">• pełnomocnictwo, o którym mowa w art. 58 ust. 2 ustawy </w:t>
      </w:r>
      <w:proofErr w:type="spellStart"/>
      <w:r w:rsidRPr="00131C76">
        <w:rPr>
          <w:sz w:val="22"/>
          <w:lang w:val="pl-PL"/>
        </w:rPr>
        <w:t>Pzp</w:t>
      </w:r>
      <w:proofErr w:type="spellEnd"/>
      <w:r w:rsidRPr="00131C76">
        <w:rPr>
          <w:sz w:val="22"/>
          <w:lang w:val="pl-PL"/>
        </w:rPr>
        <w:t xml:space="preserve"> – w przypadku Wykonawców wspólnie ubiegających się o udzielenie zamówienia – jeżeli dotyczy;</w:t>
      </w:r>
    </w:p>
    <w:p w14:paraId="6CA63473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t>• dokumenty lub inne środki dowodowe dotyczące rozwiązań równoważnych – jeżeli dotyczy;</w:t>
      </w:r>
    </w:p>
    <w:p w14:paraId="3F37156A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t>• wyodrębnione informacje stanowiące tajemnicę przedsiębiorstwa wraz z uzasadnieniem zastrzeżenia – jeżeli dotyczy;</w:t>
      </w:r>
    </w:p>
    <w:p w14:paraId="3F3D6417" w14:textId="77777777" w:rsidR="00030B53" w:rsidRPr="00131C76" w:rsidRDefault="00244828" w:rsidP="00131C76">
      <w:pPr>
        <w:spacing w:after="40"/>
        <w:ind w:left="340" w:hanging="170"/>
        <w:jc w:val="both"/>
        <w:rPr>
          <w:lang w:val="pl-PL"/>
        </w:rPr>
      </w:pPr>
      <w:r w:rsidRPr="00131C76">
        <w:rPr>
          <w:sz w:val="22"/>
          <w:lang w:val="pl-PL"/>
        </w:rPr>
        <w:t>• inne: ……………………………………………………………………………………………………………………………</w:t>
      </w:r>
    </w:p>
    <w:p w14:paraId="3135A55E" w14:textId="77777777" w:rsidR="00030B53" w:rsidRPr="00131C76" w:rsidRDefault="00244828">
      <w:pPr>
        <w:spacing w:before="120"/>
        <w:rPr>
          <w:lang w:val="pl-PL"/>
        </w:rPr>
      </w:pPr>
      <w:r w:rsidRPr="00131C76">
        <w:rPr>
          <w:i/>
          <w:sz w:val="21"/>
          <w:lang w:val="pl-PL"/>
        </w:rPr>
        <w:t xml:space="preserve">Uwaga: Załącznik nr 2b do SWZ dotyczący podwykonawcy nie jest składany wraz z ofertą, chyba że Zamawiający wyraźnie zażąda jego złożenia w trybie przewidzianym ustawą </w:t>
      </w:r>
      <w:proofErr w:type="spellStart"/>
      <w:r w:rsidRPr="00131C76">
        <w:rPr>
          <w:i/>
          <w:sz w:val="21"/>
          <w:lang w:val="pl-PL"/>
        </w:rPr>
        <w:t>Pzp</w:t>
      </w:r>
      <w:proofErr w:type="spellEnd"/>
      <w:r w:rsidRPr="00131C76">
        <w:rPr>
          <w:i/>
          <w:sz w:val="21"/>
          <w:lang w:val="pl-PL"/>
        </w:rPr>
        <w:t>.</w:t>
      </w:r>
    </w:p>
    <w:p w14:paraId="7215C6E9" w14:textId="77777777" w:rsidR="00030B53" w:rsidRPr="00131C76" w:rsidRDefault="00030B53">
      <w:pPr>
        <w:rPr>
          <w:lang w:val="pl-PL"/>
        </w:rPr>
      </w:pPr>
    </w:p>
    <w:p w14:paraId="487CC896" w14:textId="77777777" w:rsidR="00030B53" w:rsidRPr="00131C76" w:rsidRDefault="00244828">
      <w:pPr>
        <w:jc w:val="right"/>
        <w:rPr>
          <w:lang w:val="pl-PL"/>
        </w:rPr>
      </w:pPr>
      <w:r w:rsidRPr="00131C76">
        <w:rPr>
          <w:lang w:val="pl-PL"/>
        </w:rPr>
        <w:t>…………………………………………………………………………</w:t>
      </w:r>
    </w:p>
    <w:p w14:paraId="76280A91" w14:textId="77777777" w:rsidR="00030B53" w:rsidRPr="00131C76" w:rsidRDefault="00244828">
      <w:pPr>
        <w:jc w:val="right"/>
        <w:rPr>
          <w:lang w:val="pl-PL"/>
        </w:rPr>
      </w:pPr>
      <w:r w:rsidRPr="00131C76">
        <w:rPr>
          <w:i/>
          <w:sz w:val="21"/>
          <w:lang w:val="pl-PL"/>
        </w:rPr>
        <w:t>data i podpis Wykonawcy / osoby uprawnionej</w:t>
      </w:r>
    </w:p>
    <w:p w14:paraId="792A41FA" w14:textId="77777777" w:rsidR="00030B53" w:rsidRPr="00131C76" w:rsidRDefault="00244828">
      <w:pPr>
        <w:jc w:val="right"/>
        <w:rPr>
          <w:lang w:val="pl-PL"/>
        </w:rPr>
      </w:pPr>
      <w:r w:rsidRPr="00131C76">
        <w:rPr>
          <w:i/>
          <w:sz w:val="19"/>
          <w:lang w:val="pl-PL"/>
        </w:rPr>
        <w:t>(kwalifikowany podpis elektroniczny / podpis zaufany / podpis osobisty – zgodnie z SWZ)</w:t>
      </w:r>
    </w:p>
    <w:sectPr w:rsidR="00030B53" w:rsidRPr="00131C76" w:rsidSect="00034616">
      <w:headerReference w:type="default" r:id="rId8"/>
      <w:footerReference w:type="default" r:id="rId9"/>
      <w:pgSz w:w="12240" w:h="15840"/>
      <w:pgMar w:top="964" w:right="1134" w:bottom="964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7601" w14:textId="77777777" w:rsidR="00CF1A78" w:rsidRDefault="00CF1A78">
      <w:pPr>
        <w:spacing w:after="0" w:line="240" w:lineRule="auto"/>
      </w:pPr>
      <w:r>
        <w:separator/>
      </w:r>
    </w:p>
  </w:endnote>
  <w:endnote w:type="continuationSeparator" w:id="0">
    <w:p w14:paraId="1B2568CA" w14:textId="77777777" w:rsidR="00CF1A78" w:rsidRDefault="00CF1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27FD" w14:textId="77777777" w:rsidR="00030B53" w:rsidRDefault="00244828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BF60C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FC146" w14:textId="77777777" w:rsidR="00CF1A78" w:rsidRDefault="00CF1A78">
      <w:pPr>
        <w:spacing w:after="0" w:line="240" w:lineRule="auto"/>
      </w:pPr>
      <w:r>
        <w:separator/>
      </w:r>
    </w:p>
  </w:footnote>
  <w:footnote w:type="continuationSeparator" w:id="0">
    <w:p w14:paraId="6B0F4476" w14:textId="77777777" w:rsidR="00CF1A78" w:rsidRDefault="00CF1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D5BC" w14:textId="77777777" w:rsidR="00E87D91" w:rsidRDefault="00E87D91" w:rsidP="00E87D91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jc w:val="center"/>
      <w:rPr>
        <w:rFonts w:ascii="Times New Roman" w:hAnsi="Times New Roman" w:cs="Times New Roman"/>
        <w:b/>
        <w:sz w:val="16"/>
        <w:szCs w:val="16"/>
      </w:rPr>
    </w:pPr>
    <w:bookmarkStart w:id="0" w:name="_Hlk156982192"/>
    <w:r>
      <w:rPr>
        <w:rFonts w:ascii="Times New Roman" w:hAnsi="Times New Roman" w:cs="Times New Roman"/>
        <w:b/>
        <w:sz w:val="16"/>
        <w:szCs w:val="16"/>
      </w:rPr>
      <w:t>„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budynku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socjalno-magazynowego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częścią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biurową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wraz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infrastrukturą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techniczną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zagospodarowaniem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terenu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,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tym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miejsc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postojowych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na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działce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2654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Gorzowie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Wlkp. – ETAP II</w:t>
    </w:r>
    <w:r>
      <w:rPr>
        <w:rFonts w:ascii="Times New Roman" w:hAnsi="Times New Roman" w:cs="Times New Roman"/>
        <w:b/>
        <w:sz w:val="16"/>
        <w:szCs w:val="16"/>
      </w:rPr>
      <w:t>”</w:t>
    </w:r>
  </w:p>
  <w:p w14:paraId="22876DBB" w14:textId="77777777" w:rsidR="00E87D91" w:rsidRDefault="00E87D91" w:rsidP="00E87D91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</w:p>
  <w:p w14:paraId="40897002" w14:textId="77777777" w:rsidR="00E87D91" w:rsidRDefault="00E87D91" w:rsidP="00E87D91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  <w:t xml:space="preserve">Znak </w:t>
    </w:r>
    <w:proofErr w:type="spellStart"/>
    <w:r>
      <w:rPr>
        <w:rFonts w:ascii="Times New Roman" w:hAnsi="Times New Roman" w:cs="Times New Roman"/>
        <w:sz w:val="16"/>
        <w:szCs w:val="16"/>
      </w:rPr>
      <w:t>sprawy</w:t>
    </w:r>
    <w:proofErr w:type="spellEnd"/>
    <w:r>
      <w:rPr>
        <w:rFonts w:ascii="Times New Roman" w:hAnsi="Times New Roman" w:cs="Times New Roman"/>
        <w:sz w:val="16"/>
        <w:szCs w:val="16"/>
      </w:rPr>
      <w:t>: WITD-WP.272.3.2026.IM</w:t>
    </w:r>
    <w:bookmarkEnd w:id="0"/>
  </w:p>
  <w:p w14:paraId="2547E673" w14:textId="67E02D00" w:rsidR="00030B53" w:rsidRPr="00E87D91" w:rsidRDefault="00030B53" w:rsidP="00E87D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9707160">
    <w:abstractNumId w:val="8"/>
  </w:num>
  <w:num w:numId="2" w16cid:durableId="590630259">
    <w:abstractNumId w:val="6"/>
  </w:num>
  <w:num w:numId="3" w16cid:durableId="454761937">
    <w:abstractNumId w:val="5"/>
  </w:num>
  <w:num w:numId="4" w16cid:durableId="1683359338">
    <w:abstractNumId w:val="4"/>
  </w:num>
  <w:num w:numId="5" w16cid:durableId="595134449">
    <w:abstractNumId w:val="7"/>
  </w:num>
  <w:num w:numId="6" w16cid:durableId="1686250939">
    <w:abstractNumId w:val="3"/>
  </w:num>
  <w:num w:numId="7" w16cid:durableId="354619634">
    <w:abstractNumId w:val="2"/>
  </w:num>
  <w:num w:numId="8" w16cid:durableId="722485329">
    <w:abstractNumId w:val="1"/>
  </w:num>
  <w:num w:numId="9" w16cid:durableId="97244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B53"/>
    <w:rsid w:val="00034616"/>
    <w:rsid w:val="0006063C"/>
    <w:rsid w:val="00131C76"/>
    <w:rsid w:val="0015074B"/>
    <w:rsid w:val="00244828"/>
    <w:rsid w:val="00251A64"/>
    <w:rsid w:val="0029639D"/>
    <w:rsid w:val="00326F90"/>
    <w:rsid w:val="0081549C"/>
    <w:rsid w:val="00844E36"/>
    <w:rsid w:val="00A55135"/>
    <w:rsid w:val="00AA1D8D"/>
    <w:rsid w:val="00B12040"/>
    <w:rsid w:val="00B47730"/>
    <w:rsid w:val="00B84591"/>
    <w:rsid w:val="00BF60C5"/>
    <w:rsid w:val="00CB0664"/>
    <w:rsid w:val="00CF1A78"/>
    <w:rsid w:val="00E2648D"/>
    <w:rsid w:val="00E87D91"/>
    <w:rsid w:val="00F124AC"/>
    <w:rsid w:val="00FA38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89F0C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52" w:lineRule="auto"/>
    </w:pPr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2</cp:revision>
  <dcterms:created xsi:type="dcterms:W3CDTF">2026-08-21T07:25:00Z</dcterms:created>
  <dcterms:modified xsi:type="dcterms:W3CDTF">2026-08-21T07:25:00Z</dcterms:modified>
  <cp:category/>
</cp:coreProperties>
</file>