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B8E4" w14:textId="77777777" w:rsidR="00107C17" w:rsidRPr="00C35A95" w:rsidRDefault="00000000">
      <w:pPr>
        <w:spacing w:after="60"/>
        <w:jc w:val="right"/>
        <w:rPr>
          <w:lang w:val="pl-PL"/>
        </w:rPr>
      </w:pPr>
      <w:r w:rsidRPr="00C35A95">
        <w:rPr>
          <w:b/>
          <w:lang w:val="pl-PL"/>
        </w:rPr>
        <w:t>ZAŁĄCZNIK NR 3 DO SWZ</w:t>
      </w:r>
    </w:p>
    <w:p w14:paraId="3DD0D793" w14:textId="77777777" w:rsidR="00107C17" w:rsidRDefault="00000000">
      <w:pPr>
        <w:spacing w:before="120" w:after="60"/>
        <w:jc w:val="center"/>
        <w:rPr>
          <w:b/>
          <w:sz w:val="28"/>
          <w:lang w:val="pl-PL"/>
        </w:rPr>
      </w:pPr>
      <w:r w:rsidRPr="00C35A95">
        <w:rPr>
          <w:b/>
          <w:sz w:val="28"/>
          <w:lang w:val="pl-PL"/>
        </w:rPr>
        <w:t>ZOBOWIĄZANIE PODMIOTU UDOSTĘPNIAJĄCEGO ZASOBY</w:t>
      </w:r>
    </w:p>
    <w:p w14:paraId="42BBC13A" w14:textId="77777777" w:rsidR="00B96A72" w:rsidRPr="00C35A95" w:rsidRDefault="00B96A72">
      <w:pPr>
        <w:spacing w:before="120" w:after="60"/>
        <w:jc w:val="center"/>
        <w:rPr>
          <w:lang w:val="pl-PL"/>
        </w:rPr>
      </w:pPr>
    </w:p>
    <w:p w14:paraId="0FEAE697" w14:textId="77777777" w:rsidR="00107C17" w:rsidRPr="00C35A95" w:rsidRDefault="00000000">
      <w:pPr>
        <w:spacing w:after="160"/>
        <w:jc w:val="center"/>
        <w:rPr>
          <w:lang w:val="pl-PL"/>
        </w:rPr>
      </w:pPr>
      <w:r w:rsidRPr="00C35A95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107C17" w:rsidRPr="00C35A95" w14:paraId="50C80E36" w14:textId="77777777">
        <w:trPr>
          <w:jc w:val="center"/>
        </w:trPr>
        <w:tc>
          <w:tcPr>
            <w:tcW w:w="5100" w:type="dxa"/>
            <w:vAlign w:val="center"/>
          </w:tcPr>
          <w:p w14:paraId="419CED92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b/>
                <w:sz w:val="19"/>
                <w:lang w:val="pl-PL"/>
              </w:rPr>
              <w:t>Podmiot udostępniający zasoby – pełna nazwa / firma</w:t>
            </w:r>
          </w:p>
        </w:tc>
        <w:tc>
          <w:tcPr>
            <w:tcW w:w="5100" w:type="dxa"/>
            <w:vAlign w:val="center"/>
          </w:tcPr>
          <w:p w14:paraId="3C52D527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107C17" w:rsidRPr="00C35A95" w14:paraId="28811DAA" w14:textId="77777777">
        <w:trPr>
          <w:jc w:val="center"/>
        </w:trPr>
        <w:tc>
          <w:tcPr>
            <w:tcW w:w="5100" w:type="dxa"/>
            <w:vAlign w:val="center"/>
          </w:tcPr>
          <w:p w14:paraId="25D60DAD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1FD77A72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107C17" w:rsidRPr="00C35A95" w14:paraId="51A8798E" w14:textId="77777777">
        <w:trPr>
          <w:jc w:val="center"/>
        </w:trPr>
        <w:tc>
          <w:tcPr>
            <w:tcW w:w="5100" w:type="dxa"/>
            <w:vAlign w:val="center"/>
          </w:tcPr>
          <w:p w14:paraId="7C5BC9B6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68564BD8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107C17" w:rsidRPr="00C35A95" w14:paraId="78BBAE39" w14:textId="77777777">
        <w:trPr>
          <w:jc w:val="center"/>
        </w:trPr>
        <w:tc>
          <w:tcPr>
            <w:tcW w:w="5100" w:type="dxa"/>
            <w:vAlign w:val="center"/>
          </w:tcPr>
          <w:p w14:paraId="474C1F7E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4E60F59F" w14:textId="77777777" w:rsidR="00107C17" w:rsidRPr="00C35A95" w:rsidRDefault="00000000">
            <w:pPr>
              <w:spacing w:after="0"/>
              <w:rPr>
                <w:lang w:val="pl-PL"/>
              </w:rPr>
            </w:pPr>
            <w:r w:rsidRPr="00C35A95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5317BC43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20"/>
          <w:lang w:val="pl-PL"/>
        </w:rPr>
        <w:t>Wykonawca, któremu udostępniane są zasoby: ………………………………………………………………………………………</w:t>
      </w:r>
    </w:p>
    <w:p w14:paraId="509E4469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20"/>
          <w:lang w:val="pl-PL"/>
        </w:rPr>
        <w:t xml:space="preserve">Działając na podstawie art. 118 ust. 3 i 4 ustawy </w:t>
      </w:r>
      <w:proofErr w:type="spellStart"/>
      <w:r w:rsidRPr="00C35A95">
        <w:rPr>
          <w:sz w:val="20"/>
          <w:lang w:val="pl-PL"/>
        </w:rPr>
        <w:t>Pzp</w:t>
      </w:r>
      <w:proofErr w:type="spellEnd"/>
      <w:r w:rsidRPr="00C35A95">
        <w:rPr>
          <w:sz w:val="20"/>
          <w:lang w:val="pl-PL"/>
        </w:rPr>
        <w:t>, zobowiązuję się oddać Wykonawcy do dyspozycji niezbędne zasoby na potrzeby realizacji niniejszego zamówienia.</w:t>
      </w:r>
    </w:p>
    <w:p w14:paraId="62B34377" w14:textId="77777777" w:rsidR="00107C17" w:rsidRPr="00C35A95" w:rsidRDefault="00000000">
      <w:pPr>
        <w:spacing w:before="140" w:after="60"/>
        <w:rPr>
          <w:lang w:val="pl-PL"/>
        </w:rPr>
      </w:pPr>
      <w:r w:rsidRPr="00C35A95">
        <w:rPr>
          <w:b/>
          <w:lang w:val="pl-PL"/>
        </w:rPr>
        <w:t>I. ZAKRES DOSTĘPNYCH WYKONAWCY ZASOBÓW</w:t>
      </w:r>
    </w:p>
    <w:p w14:paraId="12300579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20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574EB33F" w14:textId="77777777" w:rsidR="00107C17" w:rsidRPr="00C35A95" w:rsidRDefault="00000000">
      <w:pPr>
        <w:spacing w:before="140" w:after="60"/>
        <w:rPr>
          <w:lang w:val="pl-PL"/>
        </w:rPr>
      </w:pPr>
      <w:r w:rsidRPr="00C35A95">
        <w:rPr>
          <w:b/>
          <w:lang w:val="pl-PL"/>
        </w:rPr>
        <w:t>II. SPOSÓB I OKRES UDOSTĘPNIENIA ORAZ WYKORZYSTANIA ZASOBÓW PRZY WYKONYWANIU ZAMÓWIENIA</w:t>
      </w:r>
    </w:p>
    <w:p w14:paraId="013F4BE3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20"/>
          <w:lang w:val="pl-PL"/>
        </w:rPr>
        <w:t>Sposób udostępnienia i wykorzystania zasobów: ………………………………………………………………………………………</w:t>
      </w:r>
    </w:p>
    <w:p w14:paraId="744EE854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20"/>
          <w:lang w:val="pl-PL"/>
        </w:rPr>
        <w:t>Okres udostępnienia zasobów: od ………………………………… do ………………………………… / przez cały okres realizacji zamówienia*</w:t>
      </w:r>
    </w:p>
    <w:p w14:paraId="1233C672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i/>
          <w:sz w:val="17"/>
          <w:lang w:val="pl-PL"/>
        </w:rPr>
        <w:t>* niepotrzebne skreślić</w:t>
      </w:r>
    </w:p>
    <w:p w14:paraId="6750BFE1" w14:textId="77777777" w:rsidR="00107C17" w:rsidRPr="00C35A95" w:rsidRDefault="00000000">
      <w:pPr>
        <w:spacing w:before="140" w:after="60"/>
        <w:rPr>
          <w:lang w:val="pl-PL"/>
        </w:rPr>
      </w:pPr>
      <w:r w:rsidRPr="00C35A95">
        <w:rPr>
          <w:b/>
          <w:lang w:val="pl-PL"/>
        </w:rPr>
        <w:t>III. REALIZACJA ROBÓT PRZEZ PODMIOT UDOSTĘPNIAJĄCY ZASOBY</w:t>
      </w:r>
    </w:p>
    <w:p w14:paraId="1FDE0AFC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19"/>
          <w:lang w:val="pl-PL"/>
        </w:rPr>
        <w:t>Jeżeli Wykonawca polega na zasobach dotyczących wykształcenia, kwalifikacji zawodowych lub doświadczenia, wskazuję, czy i w jakim zakresie podmiot udostępniający zasoby zrealizuje roboty budowlane, których te zdolności dotyczą:</w:t>
      </w:r>
    </w:p>
    <w:p w14:paraId="24581CC5" w14:textId="77777777" w:rsidR="00107C17" w:rsidRPr="00C35A95" w:rsidRDefault="00000000">
      <w:pPr>
        <w:spacing w:after="40"/>
        <w:ind w:left="283"/>
        <w:rPr>
          <w:lang w:val="pl-PL"/>
        </w:rPr>
      </w:pPr>
      <w:proofErr w:type="gramStart"/>
      <w:r w:rsidRPr="00C35A95">
        <w:rPr>
          <w:sz w:val="20"/>
          <w:lang w:val="pl-PL"/>
        </w:rPr>
        <w:t>[ ]</w:t>
      </w:r>
      <w:proofErr w:type="gramEnd"/>
      <w:r w:rsidRPr="00C35A95">
        <w:rPr>
          <w:sz w:val="20"/>
          <w:lang w:val="pl-PL"/>
        </w:rPr>
        <w:t xml:space="preserve"> podmiot będzie realizował następujący zakres robót: ……………………………………………………………………………</w:t>
      </w:r>
    </w:p>
    <w:p w14:paraId="63548662" w14:textId="77777777" w:rsidR="00107C17" w:rsidRPr="00C35A95" w:rsidRDefault="00000000">
      <w:pPr>
        <w:spacing w:after="40"/>
        <w:ind w:left="283"/>
        <w:rPr>
          <w:lang w:val="pl-PL"/>
        </w:rPr>
      </w:pPr>
      <w:proofErr w:type="gramStart"/>
      <w:r w:rsidRPr="00C35A95">
        <w:rPr>
          <w:sz w:val="20"/>
          <w:lang w:val="pl-PL"/>
        </w:rPr>
        <w:t>[ ]</w:t>
      </w:r>
      <w:proofErr w:type="gramEnd"/>
      <w:r w:rsidRPr="00C35A95">
        <w:rPr>
          <w:sz w:val="20"/>
          <w:lang w:val="pl-PL"/>
        </w:rPr>
        <w:t xml:space="preserve"> nie dotyczy – udostępniane zasoby nie dotyczą wykształcenia, kwalifikacji zawodowych ani doświadczenia.</w:t>
      </w:r>
    </w:p>
    <w:p w14:paraId="3CB44F1E" w14:textId="77777777" w:rsidR="00107C17" w:rsidRPr="00C35A95" w:rsidRDefault="00000000">
      <w:pPr>
        <w:spacing w:before="140" w:after="60"/>
        <w:rPr>
          <w:lang w:val="pl-PL"/>
        </w:rPr>
      </w:pPr>
      <w:r w:rsidRPr="00C35A95">
        <w:rPr>
          <w:b/>
          <w:lang w:val="pl-PL"/>
        </w:rPr>
        <w:t>IV. PODSTAWA I ORGANIZACJA DOSTĘPU DO ZASOBÓW</w:t>
      </w:r>
    </w:p>
    <w:p w14:paraId="6C4C12DA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sz w:val="19"/>
          <w:lang w:val="pl-PL"/>
        </w:rPr>
        <w:t>Charakter / podstawa stosunku zapewniającego rzeczywisty dostęp do zasobów (np. umowa podwykonawcza, umowa współpracy, zobowiązanie organizacyjne):</w:t>
      </w:r>
    </w:p>
    <w:p w14:paraId="3D7C370C" w14:textId="77777777" w:rsidR="00107C17" w:rsidRPr="00C35A95" w:rsidRDefault="00000000">
      <w:pPr>
        <w:spacing w:after="60"/>
        <w:ind w:left="170"/>
        <w:rPr>
          <w:lang w:val="pl-PL"/>
        </w:rPr>
      </w:pPr>
      <w:r w:rsidRPr="00C35A95">
        <w:rPr>
          <w:sz w:val="20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615898F4" w14:textId="77777777" w:rsidR="00107C17" w:rsidRPr="00C35A95" w:rsidRDefault="00000000">
      <w:pPr>
        <w:spacing w:after="60"/>
        <w:rPr>
          <w:lang w:val="pl-PL"/>
        </w:rPr>
      </w:pPr>
      <w:r w:rsidRPr="00C35A95">
        <w:rPr>
          <w:i/>
          <w:sz w:val="18"/>
          <w:lang w:val="pl-PL"/>
        </w:rPr>
        <w:t xml:space="preserve">W przypadku udostępnienia sytuacji finansowej lub ekonomicznej przyjmuję do wiadomości zasady odpowiedzialności określone w art. 120 ustawy </w:t>
      </w:r>
      <w:proofErr w:type="spellStart"/>
      <w:r w:rsidRPr="00C35A95">
        <w:rPr>
          <w:i/>
          <w:sz w:val="18"/>
          <w:lang w:val="pl-PL"/>
        </w:rPr>
        <w:t>Pzp</w:t>
      </w:r>
      <w:proofErr w:type="spellEnd"/>
      <w:r w:rsidRPr="00C35A95">
        <w:rPr>
          <w:i/>
          <w:sz w:val="18"/>
          <w:lang w:val="pl-PL"/>
        </w:rPr>
        <w:t>.</w:t>
      </w:r>
    </w:p>
    <w:p w14:paraId="1EF0C16D" w14:textId="77777777" w:rsidR="00107C17" w:rsidRPr="00C35A95" w:rsidRDefault="00107C17">
      <w:pPr>
        <w:rPr>
          <w:lang w:val="pl-PL"/>
        </w:rPr>
      </w:pPr>
    </w:p>
    <w:p w14:paraId="153944F2" w14:textId="77777777" w:rsidR="00107C17" w:rsidRPr="00C35A95" w:rsidRDefault="00000000">
      <w:pPr>
        <w:spacing w:after="20"/>
        <w:jc w:val="right"/>
        <w:rPr>
          <w:lang w:val="pl-PL"/>
        </w:rPr>
      </w:pPr>
      <w:r w:rsidRPr="00C35A95">
        <w:rPr>
          <w:sz w:val="21"/>
          <w:lang w:val="pl-PL"/>
        </w:rPr>
        <w:t>…………………………………………………………………………</w:t>
      </w:r>
    </w:p>
    <w:p w14:paraId="5116C34B" w14:textId="77777777" w:rsidR="00107C17" w:rsidRPr="00C35A95" w:rsidRDefault="00000000">
      <w:pPr>
        <w:spacing w:after="20"/>
        <w:jc w:val="right"/>
        <w:rPr>
          <w:lang w:val="pl-PL"/>
        </w:rPr>
      </w:pPr>
      <w:r w:rsidRPr="00C35A95">
        <w:rPr>
          <w:i/>
          <w:sz w:val="19"/>
          <w:lang w:val="pl-PL"/>
        </w:rPr>
        <w:t>podpis osoby uprawnionej do reprezentowania podmiotu udostępniającego zasoby</w:t>
      </w:r>
    </w:p>
    <w:p w14:paraId="714EE3BE" w14:textId="77777777" w:rsidR="00107C17" w:rsidRPr="00C35A95" w:rsidRDefault="00000000">
      <w:pPr>
        <w:jc w:val="right"/>
        <w:rPr>
          <w:lang w:val="pl-PL"/>
        </w:rPr>
      </w:pPr>
      <w:r w:rsidRPr="00C35A95">
        <w:rPr>
          <w:i/>
          <w:sz w:val="17"/>
          <w:lang w:val="pl-PL"/>
        </w:rPr>
        <w:t>(kwalifikowany podpis elektroniczny / podpis zaufany / podpis osobisty – zgodnie z SWZ)</w:t>
      </w:r>
    </w:p>
    <w:sectPr w:rsidR="00107C17" w:rsidRPr="00C35A95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F9AB0" w14:textId="77777777" w:rsidR="00374312" w:rsidRDefault="00374312">
      <w:pPr>
        <w:spacing w:after="0" w:line="240" w:lineRule="auto"/>
      </w:pPr>
      <w:r>
        <w:separator/>
      </w:r>
    </w:p>
  </w:endnote>
  <w:endnote w:type="continuationSeparator" w:id="0">
    <w:p w14:paraId="563606C9" w14:textId="77777777" w:rsidR="00374312" w:rsidRDefault="00374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9FACD" w14:textId="77777777" w:rsidR="00107C17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C35A9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FFD6" w14:textId="77777777" w:rsidR="00374312" w:rsidRDefault="00374312">
      <w:pPr>
        <w:spacing w:after="0" w:line="240" w:lineRule="auto"/>
      </w:pPr>
      <w:r>
        <w:separator/>
      </w:r>
    </w:p>
  </w:footnote>
  <w:footnote w:type="continuationSeparator" w:id="0">
    <w:p w14:paraId="5DD3DCF7" w14:textId="77777777" w:rsidR="00374312" w:rsidRDefault="00374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B00A" w14:textId="77777777" w:rsidR="00B96A72" w:rsidRDefault="00B96A72" w:rsidP="00B96A72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>
      <w:rPr>
        <w:rFonts w:ascii="Times New Roman" w:hAnsi="Times New Roman" w:cs="Times New Roman"/>
        <w:b/>
        <w:sz w:val="16"/>
        <w:szCs w:val="16"/>
      </w:rPr>
      <w:t>„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>
      <w:rPr>
        <w:rFonts w:ascii="Times New Roman" w:hAnsi="Times New Roman" w:cs="Times New Roman"/>
        <w:b/>
        <w:sz w:val="16"/>
        <w:szCs w:val="16"/>
      </w:rPr>
      <w:t>”</w:t>
    </w:r>
  </w:p>
  <w:p w14:paraId="7C94530F" w14:textId="77777777" w:rsidR="00B96A72" w:rsidRDefault="00B96A72" w:rsidP="00B96A72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</w:r>
  </w:p>
  <w:p w14:paraId="61436813" w14:textId="77777777" w:rsidR="00B96A72" w:rsidRDefault="00B96A72" w:rsidP="00B96A72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>
      <w:rPr>
        <w:rFonts w:ascii="Times New Roman" w:hAnsi="Times New Roman" w:cs="Times New Roman"/>
        <w:sz w:val="16"/>
        <w:szCs w:val="16"/>
      </w:rPr>
      <w:t>sprawy</w:t>
    </w:r>
    <w:proofErr w:type="spellEnd"/>
    <w:r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24E60E8C" w14:textId="4188D92B" w:rsidR="00107C17" w:rsidRPr="00B96A72" w:rsidRDefault="00107C17" w:rsidP="00B96A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38500926">
    <w:abstractNumId w:val="8"/>
  </w:num>
  <w:num w:numId="2" w16cid:durableId="1578903986">
    <w:abstractNumId w:val="6"/>
  </w:num>
  <w:num w:numId="3" w16cid:durableId="1843078999">
    <w:abstractNumId w:val="5"/>
  </w:num>
  <w:num w:numId="4" w16cid:durableId="254175626">
    <w:abstractNumId w:val="4"/>
  </w:num>
  <w:num w:numId="5" w16cid:durableId="929000294">
    <w:abstractNumId w:val="7"/>
  </w:num>
  <w:num w:numId="6" w16cid:durableId="1581450445">
    <w:abstractNumId w:val="3"/>
  </w:num>
  <w:num w:numId="7" w16cid:durableId="1421682410">
    <w:abstractNumId w:val="2"/>
  </w:num>
  <w:num w:numId="8" w16cid:durableId="1489325338">
    <w:abstractNumId w:val="1"/>
  </w:num>
  <w:num w:numId="9" w16cid:durableId="1414543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609B"/>
    <w:rsid w:val="00107C17"/>
    <w:rsid w:val="0015074B"/>
    <w:rsid w:val="0029639D"/>
    <w:rsid w:val="00326F90"/>
    <w:rsid w:val="00374312"/>
    <w:rsid w:val="003C3AB0"/>
    <w:rsid w:val="00AA1D8D"/>
    <w:rsid w:val="00B47730"/>
    <w:rsid w:val="00B96A72"/>
    <w:rsid w:val="00C35A95"/>
    <w:rsid w:val="00CB0664"/>
    <w:rsid w:val="00F12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41EE2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4</cp:revision>
  <dcterms:created xsi:type="dcterms:W3CDTF">2026-08-19T10:24:00Z</dcterms:created>
  <dcterms:modified xsi:type="dcterms:W3CDTF">2026-08-20T10:52:00Z</dcterms:modified>
  <cp:category/>
</cp:coreProperties>
</file>