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42D12" w14:textId="77777777" w:rsidR="00B66DCE" w:rsidRPr="001F74DA" w:rsidRDefault="00000000">
      <w:pPr>
        <w:spacing w:after="60"/>
        <w:jc w:val="right"/>
        <w:rPr>
          <w:lang w:val="pl-PL"/>
        </w:rPr>
      </w:pPr>
      <w:r w:rsidRPr="001F74DA">
        <w:rPr>
          <w:b/>
          <w:lang w:val="pl-PL"/>
        </w:rPr>
        <w:t>ZAŁĄCZNIK NR 4 DO SWZ</w:t>
      </w:r>
    </w:p>
    <w:p w14:paraId="5C21E1A1" w14:textId="77777777" w:rsidR="00B66DCE" w:rsidRPr="001F74DA" w:rsidRDefault="00000000">
      <w:pPr>
        <w:spacing w:before="120" w:after="60"/>
        <w:jc w:val="center"/>
        <w:rPr>
          <w:lang w:val="pl-PL"/>
        </w:rPr>
      </w:pPr>
      <w:r w:rsidRPr="001F74DA">
        <w:rPr>
          <w:b/>
          <w:sz w:val="28"/>
          <w:lang w:val="pl-PL"/>
        </w:rPr>
        <w:t>OŚWIADCZENIE WYKONAWCY O AKTUALNOŚCI INFORMACJI</w:t>
      </w:r>
    </w:p>
    <w:p w14:paraId="1AD9D261" w14:textId="77777777" w:rsidR="00B66DCE" w:rsidRPr="001F74DA" w:rsidRDefault="00000000">
      <w:pPr>
        <w:spacing w:after="160"/>
        <w:jc w:val="center"/>
        <w:rPr>
          <w:lang w:val="pl-PL"/>
        </w:rPr>
      </w:pPr>
      <w:r w:rsidRPr="001F74DA">
        <w:rPr>
          <w:b/>
          <w:sz w:val="19"/>
          <w:lang w:val="pl-PL"/>
        </w:rPr>
        <w:t>„Budowa budynku socjalno-magazynowego z częścią biurową wraz z infrastrukturą techniczną i zagospodarowaniem terenu, w tym budową miejsc postojowych na działce 2654 w Gorzowie Wlkp. – ETAP II”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B66DCE" w:rsidRPr="001F74DA" w14:paraId="24808971" w14:textId="77777777">
        <w:trPr>
          <w:jc w:val="center"/>
        </w:trPr>
        <w:tc>
          <w:tcPr>
            <w:tcW w:w="5100" w:type="dxa"/>
            <w:vAlign w:val="center"/>
          </w:tcPr>
          <w:p w14:paraId="31689481" w14:textId="77777777" w:rsidR="00B66DCE" w:rsidRPr="001F74DA" w:rsidRDefault="00000000">
            <w:pPr>
              <w:spacing w:after="0"/>
              <w:rPr>
                <w:lang w:val="pl-PL"/>
              </w:rPr>
            </w:pPr>
            <w:r w:rsidRPr="001F74DA">
              <w:rPr>
                <w:b/>
                <w:sz w:val="19"/>
                <w:lang w:val="pl-PL"/>
              </w:rPr>
              <w:t>Wykonawca – pełna nazwa / firma</w:t>
            </w:r>
          </w:p>
        </w:tc>
        <w:tc>
          <w:tcPr>
            <w:tcW w:w="5100" w:type="dxa"/>
            <w:vAlign w:val="center"/>
          </w:tcPr>
          <w:p w14:paraId="1415D45C" w14:textId="77777777" w:rsidR="00B66DCE" w:rsidRPr="001F74DA" w:rsidRDefault="00000000">
            <w:pPr>
              <w:spacing w:after="0"/>
              <w:rPr>
                <w:lang w:val="pl-PL"/>
              </w:rPr>
            </w:pPr>
            <w:r w:rsidRPr="001F74DA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B66DCE" w:rsidRPr="001F74DA" w14:paraId="6EF12748" w14:textId="77777777">
        <w:trPr>
          <w:jc w:val="center"/>
        </w:trPr>
        <w:tc>
          <w:tcPr>
            <w:tcW w:w="5100" w:type="dxa"/>
            <w:vAlign w:val="center"/>
          </w:tcPr>
          <w:p w14:paraId="72257A7B" w14:textId="77777777" w:rsidR="00B66DCE" w:rsidRPr="001F74DA" w:rsidRDefault="00000000">
            <w:pPr>
              <w:spacing w:after="0"/>
              <w:rPr>
                <w:lang w:val="pl-PL"/>
              </w:rPr>
            </w:pPr>
            <w:r w:rsidRPr="001F74DA">
              <w:rPr>
                <w:b/>
                <w:sz w:val="19"/>
                <w:lang w:val="pl-PL"/>
              </w:rPr>
              <w:t>Adres / siedziba</w:t>
            </w:r>
          </w:p>
        </w:tc>
        <w:tc>
          <w:tcPr>
            <w:tcW w:w="5100" w:type="dxa"/>
            <w:vAlign w:val="center"/>
          </w:tcPr>
          <w:p w14:paraId="22D8B6FF" w14:textId="77777777" w:rsidR="00B66DCE" w:rsidRPr="001F74DA" w:rsidRDefault="00000000">
            <w:pPr>
              <w:spacing w:after="0"/>
              <w:rPr>
                <w:lang w:val="pl-PL"/>
              </w:rPr>
            </w:pPr>
            <w:r w:rsidRPr="001F74DA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B66DCE" w:rsidRPr="001F74DA" w14:paraId="37226085" w14:textId="77777777">
        <w:trPr>
          <w:jc w:val="center"/>
        </w:trPr>
        <w:tc>
          <w:tcPr>
            <w:tcW w:w="5100" w:type="dxa"/>
            <w:vAlign w:val="center"/>
          </w:tcPr>
          <w:p w14:paraId="347CDC69" w14:textId="77777777" w:rsidR="00B66DCE" w:rsidRPr="001F74DA" w:rsidRDefault="00000000">
            <w:pPr>
              <w:spacing w:after="0"/>
              <w:rPr>
                <w:lang w:val="pl-PL"/>
              </w:rPr>
            </w:pPr>
            <w:r w:rsidRPr="001F74DA">
              <w:rPr>
                <w:b/>
                <w:sz w:val="19"/>
                <w:lang w:val="pl-PL"/>
              </w:rPr>
              <w:t>NIP / PESEL; KRS / CEIDG – stosownie do podmiotu</w:t>
            </w:r>
          </w:p>
        </w:tc>
        <w:tc>
          <w:tcPr>
            <w:tcW w:w="5100" w:type="dxa"/>
            <w:vAlign w:val="center"/>
          </w:tcPr>
          <w:p w14:paraId="35206729" w14:textId="77777777" w:rsidR="00B66DCE" w:rsidRPr="001F74DA" w:rsidRDefault="00000000">
            <w:pPr>
              <w:spacing w:after="0"/>
              <w:rPr>
                <w:lang w:val="pl-PL"/>
              </w:rPr>
            </w:pPr>
            <w:r w:rsidRPr="001F74DA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  <w:tr w:rsidR="00B66DCE" w:rsidRPr="001F74DA" w14:paraId="2CBDA355" w14:textId="77777777">
        <w:trPr>
          <w:jc w:val="center"/>
        </w:trPr>
        <w:tc>
          <w:tcPr>
            <w:tcW w:w="5100" w:type="dxa"/>
            <w:vAlign w:val="center"/>
          </w:tcPr>
          <w:p w14:paraId="3CDD92E0" w14:textId="77777777" w:rsidR="00B66DCE" w:rsidRPr="001F74DA" w:rsidRDefault="00000000">
            <w:pPr>
              <w:spacing w:after="0"/>
              <w:rPr>
                <w:lang w:val="pl-PL"/>
              </w:rPr>
            </w:pPr>
            <w:r w:rsidRPr="001F74DA">
              <w:rPr>
                <w:b/>
                <w:sz w:val="19"/>
                <w:lang w:val="pl-PL"/>
              </w:rPr>
              <w:t>Osoba reprezentująca / podstawa umocowania</w:t>
            </w:r>
          </w:p>
        </w:tc>
        <w:tc>
          <w:tcPr>
            <w:tcW w:w="5100" w:type="dxa"/>
            <w:vAlign w:val="center"/>
          </w:tcPr>
          <w:p w14:paraId="1B587CEF" w14:textId="77777777" w:rsidR="00B66DCE" w:rsidRPr="001F74DA" w:rsidRDefault="00000000">
            <w:pPr>
              <w:spacing w:after="0"/>
              <w:rPr>
                <w:lang w:val="pl-PL"/>
              </w:rPr>
            </w:pPr>
            <w:r w:rsidRPr="001F74DA">
              <w:rPr>
                <w:sz w:val="19"/>
                <w:lang w:val="pl-PL"/>
              </w:rPr>
              <w:t>……………………………………………………………………………………………………………………</w:t>
            </w:r>
          </w:p>
        </w:tc>
      </w:tr>
    </w:tbl>
    <w:p w14:paraId="022FCACD" w14:textId="77777777" w:rsidR="00B66DCE" w:rsidRPr="001F74DA" w:rsidRDefault="00000000">
      <w:pPr>
        <w:spacing w:after="60"/>
        <w:rPr>
          <w:lang w:val="pl-PL"/>
        </w:rPr>
      </w:pPr>
      <w:r w:rsidRPr="001F74DA">
        <w:rPr>
          <w:i/>
          <w:sz w:val="19"/>
          <w:lang w:val="pl-PL"/>
        </w:rPr>
        <w:t>Oświadczenie składane na wezwanie Zamawiającego jako podmiotowy środek dowodowy, na zasadach określonych w Rozdziale XX SWZ.</w:t>
      </w:r>
    </w:p>
    <w:p w14:paraId="7E83C28E" w14:textId="77777777" w:rsidR="00B66DCE" w:rsidRPr="001F74DA" w:rsidRDefault="00000000">
      <w:pPr>
        <w:spacing w:after="60"/>
        <w:rPr>
          <w:lang w:val="pl-PL"/>
        </w:rPr>
      </w:pPr>
      <w:r w:rsidRPr="001F74DA">
        <w:rPr>
          <w:sz w:val="20"/>
          <w:lang w:val="pl-PL"/>
        </w:rPr>
        <w:t xml:space="preserve">Oświadczam, że informacje zawarte w oświadczeniu złożonym na podstawie art. 125 ust. 1 ustawy </w:t>
      </w:r>
      <w:proofErr w:type="spellStart"/>
      <w:r w:rsidRPr="001F74DA">
        <w:rPr>
          <w:sz w:val="20"/>
          <w:lang w:val="pl-PL"/>
        </w:rPr>
        <w:t>Pzp</w:t>
      </w:r>
      <w:proofErr w:type="spellEnd"/>
      <w:r w:rsidRPr="001F74DA">
        <w:rPr>
          <w:sz w:val="20"/>
          <w:lang w:val="pl-PL"/>
        </w:rPr>
        <w:t xml:space="preserve"> pozostają aktualne w zakresie podstaw wykluczenia wskazanych przez Zamawiającego, tj.:</w:t>
      </w:r>
    </w:p>
    <w:p w14:paraId="1FCBC89D" w14:textId="77777777" w:rsidR="00B66DCE" w:rsidRPr="001F74DA" w:rsidRDefault="00000000">
      <w:pPr>
        <w:spacing w:after="40"/>
        <w:ind w:left="283"/>
        <w:rPr>
          <w:lang w:val="pl-PL"/>
        </w:rPr>
      </w:pPr>
      <w:r w:rsidRPr="001F74DA">
        <w:rPr>
          <w:sz w:val="20"/>
          <w:lang w:val="pl-PL"/>
        </w:rPr>
        <w:t xml:space="preserve">• art. 108 ust. 1 ustawy </w:t>
      </w:r>
      <w:proofErr w:type="spellStart"/>
      <w:r w:rsidRPr="001F74DA">
        <w:rPr>
          <w:sz w:val="20"/>
          <w:lang w:val="pl-PL"/>
        </w:rPr>
        <w:t>Pzp</w:t>
      </w:r>
      <w:proofErr w:type="spellEnd"/>
      <w:r w:rsidRPr="001F74DA">
        <w:rPr>
          <w:sz w:val="20"/>
          <w:lang w:val="pl-PL"/>
        </w:rPr>
        <w:t>;</w:t>
      </w:r>
    </w:p>
    <w:p w14:paraId="67DBDF36" w14:textId="77777777" w:rsidR="00B66DCE" w:rsidRPr="001F74DA" w:rsidRDefault="00000000">
      <w:pPr>
        <w:spacing w:after="40"/>
        <w:ind w:left="283"/>
        <w:rPr>
          <w:lang w:val="pl-PL"/>
        </w:rPr>
      </w:pPr>
      <w:r w:rsidRPr="001F74DA">
        <w:rPr>
          <w:sz w:val="20"/>
          <w:lang w:val="pl-PL"/>
        </w:rPr>
        <w:t xml:space="preserve">• art. 109 ust. 1 pkt 1 i 4 ustawy </w:t>
      </w:r>
      <w:proofErr w:type="spellStart"/>
      <w:r w:rsidRPr="001F74DA">
        <w:rPr>
          <w:sz w:val="20"/>
          <w:lang w:val="pl-PL"/>
        </w:rPr>
        <w:t>Pzp</w:t>
      </w:r>
      <w:proofErr w:type="spellEnd"/>
      <w:r w:rsidRPr="001F74DA">
        <w:rPr>
          <w:sz w:val="20"/>
          <w:lang w:val="pl-PL"/>
        </w:rPr>
        <w:t>;</w:t>
      </w:r>
    </w:p>
    <w:p w14:paraId="790F12F3" w14:textId="77777777" w:rsidR="00B66DCE" w:rsidRPr="001F74DA" w:rsidRDefault="00000000">
      <w:pPr>
        <w:spacing w:after="40"/>
        <w:ind w:left="283"/>
        <w:rPr>
          <w:lang w:val="pl-PL"/>
        </w:rPr>
      </w:pPr>
      <w:r w:rsidRPr="001F74DA">
        <w:rPr>
          <w:sz w:val="20"/>
          <w:lang w:val="pl-PL"/>
        </w:rPr>
        <w:t>• art. 7 ust. 1 ustawy z dnia 13 kwietnia 2022 r. o szczególnych rozwiązaniach w zakresie przeciwdziałania wspieraniu agresji na Ukrainę oraz służących ochronie bezpieczeństwa narodowego (</w:t>
      </w:r>
      <w:proofErr w:type="spellStart"/>
      <w:r w:rsidRPr="001F74DA">
        <w:rPr>
          <w:sz w:val="20"/>
          <w:lang w:val="pl-PL"/>
        </w:rPr>
        <w:t>t.j</w:t>
      </w:r>
      <w:proofErr w:type="spellEnd"/>
      <w:r w:rsidRPr="001F74DA">
        <w:rPr>
          <w:sz w:val="20"/>
          <w:lang w:val="pl-PL"/>
        </w:rPr>
        <w:t xml:space="preserve">. Dz.U. z 2025 r. poz. 514 z </w:t>
      </w:r>
      <w:proofErr w:type="spellStart"/>
      <w:r w:rsidRPr="001F74DA">
        <w:rPr>
          <w:sz w:val="20"/>
          <w:lang w:val="pl-PL"/>
        </w:rPr>
        <w:t>późn</w:t>
      </w:r>
      <w:proofErr w:type="spellEnd"/>
      <w:r w:rsidRPr="001F74DA">
        <w:rPr>
          <w:sz w:val="20"/>
          <w:lang w:val="pl-PL"/>
        </w:rPr>
        <w:t>. zm.).</w:t>
      </w:r>
    </w:p>
    <w:p w14:paraId="5256E98A" w14:textId="77777777" w:rsidR="00B66DCE" w:rsidRPr="001F74DA" w:rsidRDefault="00000000">
      <w:pPr>
        <w:spacing w:after="60"/>
        <w:rPr>
          <w:lang w:val="pl-PL"/>
        </w:rPr>
      </w:pPr>
      <w:r w:rsidRPr="001F74DA">
        <w:rPr>
          <w:sz w:val="19"/>
          <w:lang w:val="pl-PL"/>
        </w:rPr>
        <w:t xml:space="preserve">Jeżeli którakolwiek z informacji nie jest już aktualna, należy poniżej opisać zmianę stanu faktycznego lub prawnego oraz – jeżeli dotyczy – środki naprawcze podjęte zgodnie z art. 110 ust. 2 ustawy </w:t>
      </w:r>
      <w:proofErr w:type="spellStart"/>
      <w:r w:rsidRPr="001F74DA">
        <w:rPr>
          <w:sz w:val="19"/>
          <w:lang w:val="pl-PL"/>
        </w:rPr>
        <w:t>Pzp</w:t>
      </w:r>
      <w:proofErr w:type="spellEnd"/>
      <w:r w:rsidRPr="001F74DA">
        <w:rPr>
          <w:sz w:val="19"/>
          <w:lang w:val="pl-PL"/>
        </w:rPr>
        <w:t>:</w:t>
      </w:r>
    </w:p>
    <w:p w14:paraId="6B4A374F" w14:textId="77777777" w:rsidR="00B66DCE" w:rsidRPr="001F74DA" w:rsidRDefault="00000000">
      <w:pPr>
        <w:spacing w:after="60"/>
        <w:ind w:left="227"/>
        <w:rPr>
          <w:lang w:val="pl-PL"/>
        </w:rPr>
      </w:pPr>
      <w:r w:rsidRPr="001F74DA">
        <w:rPr>
          <w:sz w:val="19"/>
          <w:lang w:val="pl-PL"/>
        </w:rPr>
        <w:t>……………………………………………………………………………………………………………………………………………………</w:t>
      </w:r>
    </w:p>
    <w:p w14:paraId="1938CC49" w14:textId="77777777" w:rsidR="00B66DCE" w:rsidRPr="001F74DA" w:rsidRDefault="00000000">
      <w:pPr>
        <w:spacing w:after="60"/>
        <w:rPr>
          <w:lang w:val="pl-PL"/>
        </w:rPr>
      </w:pPr>
      <w:r w:rsidRPr="001F74DA">
        <w:rPr>
          <w:b/>
          <w:sz w:val="19"/>
          <w:lang w:val="pl-PL"/>
        </w:rPr>
        <w:t>UWAGA:</w:t>
      </w:r>
      <w:r w:rsidRPr="001F74DA">
        <w:rPr>
          <w:sz w:val="19"/>
          <w:lang w:val="pl-PL"/>
        </w:rPr>
        <w:t xml:space="preserve"> Załącznika nr 4 nie składa się wraz z ofertą. Dokument składa Wykonawca wezwany przez Zamawiającego zgodnie z Rozdziałem XX SWZ.</w:t>
      </w:r>
    </w:p>
    <w:p w14:paraId="3301C64A" w14:textId="77777777" w:rsidR="00B66DCE" w:rsidRPr="001F74DA" w:rsidRDefault="00B66DCE">
      <w:pPr>
        <w:rPr>
          <w:lang w:val="pl-PL"/>
        </w:rPr>
      </w:pPr>
    </w:p>
    <w:p w14:paraId="6620E071" w14:textId="77777777" w:rsidR="00B66DCE" w:rsidRPr="001F74DA" w:rsidRDefault="00000000">
      <w:pPr>
        <w:spacing w:after="20"/>
        <w:jc w:val="right"/>
        <w:rPr>
          <w:lang w:val="pl-PL"/>
        </w:rPr>
      </w:pPr>
      <w:r w:rsidRPr="001F74DA">
        <w:rPr>
          <w:sz w:val="21"/>
          <w:lang w:val="pl-PL"/>
        </w:rPr>
        <w:t>…………………………………………………………………………</w:t>
      </w:r>
    </w:p>
    <w:p w14:paraId="164F4DE8" w14:textId="77777777" w:rsidR="00B66DCE" w:rsidRPr="001F74DA" w:rsidRDefault="00000000">
      <w:pPr>
        <w:spacing w:after="20"/>
        <w:jc w:val="right"/>
        <w:rPr>
          <w:lang w:val="pl-PL"/>
        </w:rPr>
      </w:pPr>
      <w:r w:rsidRPr="001F74DA">
        <w:rPr>
          <w:i/>
          <w:sz w:val="19"/>
          <w:lang w:val="pl-PL"/>
        </w:rPr>
        <w:t>podpis osoby uprawnionej do reprezentowania Wykonawcy</w:t>
      </w:r>
    </w:p>
    <w:p w14:paraId="7B6C849C" w14:textId="77777777" w:rsidR="00B66DCE" w:rsidRPr="001F74DA" w:rsidRDefault="00000000">
      <w:pPr>
        <w:jc w:val="right"/>
        <w:rPr>
          <w:lang w:val="pl-PL"/>
        </w:rPr>
      </w:pPr>
      <w:r w:rsidRPr="001F74DA">
        <w:rPr>
          <w:i/>
          <w:sz w:val="17"/>
          <w:lang w:val="pl-PL"/>
        </w:rPr>
        <w:t>(kwalifikowany podpis elektroniczny / podpis zaufany / podpis osobisty – zgodnie z SWZ)</w:t>
      </w:r>
    </w:p>
    <w:sectPr w:rsidR="00B66DCE" w:rsidRPr="001F74DA" w:rsidSect="00034616">
      <w:headerReference w:type="default" r:id="rId8"/>
      <w:footerReference w:type="default" r:id="rId9"/>
      <w:pgSz w:w="12240" w:h="15840"/>
      <w:pgMar w:top="935" w:right="1020" w:bottom="879" w:left="1020" w:header="312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9E4D6" w14:textId="77777777" w:rsidR="009711D5" w:rsidRDefault="009711D5">
      <w:pPr>
        <w:spacing w:after="0" w:line="240" w:lineRule="auto"/>
      </w:pPr>
      <w:r>
        <w:separator/>
      </w:r>
    </w:p>
  </w:endnote>
  <w:endnote w:type="continuationSeparator" w:id="0">
    <w:p w14:paraId="3A6F7B68" w14:textId="77777777" w:rsidR="009711D5" w:rsidRDefault="00971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1D954" w14:textId="77777777" w:rsidR="00B66DCE" w:rsidRDefault="00000000">
    <w:pPr>
      <w:pStyle w:val="Stopka"/>
      <w:jc w:val="right"/>
    </w:pPr>
    <w:r>
      <w:fldChar w:fldCharType="begin"/>
    </w:r>
    <w:r>
      <w:instrText>PAGE</w:instrText>
    </w:r>
    <w:r>
      <w:fldChar w:fldCharType="separate"/>
    </w:r>
    <w:r w:rsidR="001F74D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B48B2" w14:textId="77777777" w:rsidR="009711D5" w:rsidRDefault="009711D5">
      <w:pPr>
        <w:spacing w:after="0" w:line="240" w:lineRule="auto"/>
      </w:pPr>
      <w:r>
        <w:separator/>
      </w:r>
    </w:p>
  </w:footnote>
  <w:footnote w:type="continuationSeparator" w:id="0">
    <w:p w14:paraId="311EF6FA" w14:textId="77777777" w:rsidR="009711D5" w:rsidRDefault="00971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30F2" w14:textId="77777777" w:rsidR="008337FE" w:rsidRPr="00321211" w:rsidRDefault="008337FE" w:rsidP="008337FE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jc w:val="center"/>
      <w:rPr>
        <w:rFonts w:ascii="Times New Roman" w:hAnsi="Times New Roman" w:cs="Times New Roman"/>
        <w:b/>
        <w:sz w:val="16"/>
        <w:szCs w:val="16"/>
      </w:rPr>
    </w:pPr>
    <w:bookmarkStart w:id="0" w:name="_Hlk156982192"/>
    <w:r w:rsidRPr="00321211">
      <w:rPr>
        <w:rFonts w:ascii="Times New Roman" w:hAnsi="Times New Roman" w:cs="Times New Roman"/>
        <w:b/>
        <w:sz w:val="16"/>
        <w:szCs w:val="16"/>
      </w:rPr>
      <w:t>„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Budowa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budynku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socjalno-magazynowego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częścią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biurową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wraz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z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infrastrukturą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techniczną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i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zagospodarowaniem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terenu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, w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tym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budową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miejsc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postojowych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na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działce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2654 w </w:t>
    </w:r>
    <w:proofErr w:type="spellStart"/>
    <w:r w:rsidRPr="00321211">
      <w:rPr>
        <w:rFonts w:ascii="Times New Roman" w:hAnsi="Times New Roman" w:cs="Times New Roman"/>
        <w:b/>
        <w:bCs/>
        <w:sz w:val="16"/>
        <w:szCs w:val="16"/>
      </w:rPr>
      <w:t>Gorzowie</w:t>
    </w:r>
    <w:proofErr w:type="spellEnd"/>
    <w:r w:rsidRPr="00321211">
      <w:rPr>
        <w:rFonts w:ascii="Times New Roman" w:hAnsi="Times New Roman" w:cs="Times New Roman"/>
        <w:b/>
        <w:bCs/>
        <w:sz w:val="16"/>
        <w:szCs w:val="16"/>
      </w:rPr>
      <w:t xml:space="preserve"> Wlkp. – ETAP II</w:t>
    </w:r>
    <w:r w:rsidRPr="00321211">
      <w:rPr>
        <w:rFonts w:ascii="Times New Roman" w:hAnsi="Times New Roman" w:cs="Times New Roman"/>
        <w:b/>
        <w:sz w:val="16"/>
        <w:szCs w:val="16"/>
      </w:rPr>
      <w:t>”</w:t>
    </w:r>
  </w:p>
  <w:p w14:paraId="577B9A31" w14:textId="77777777" w:rsidR="008337FE" w:rsidRPr="00321211" w:rsidRDefault="008337FE" w:rsidP="008337FE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 w:rsidRPr="00321211">
      <w:rPr>
        <w:rFonts w:ascii="Times New Roman" w:hAnsi="Times New Roman" w:cs="Times New Roman"/>
        <w:sz w:val="16"/>
        <w:szCs w:val="16"/>
      </w:rPr>
      <w:tab/>
    </w:r>
  </w:p>
  <w:p w14:paraId="3BD72151" w14:textId="77777777" w:rsidR="008337FE" w:rsidRPr="00321211" w:rsidRDefault="008337FE" w:rsidP="008337FE">
    <w:pPr>
      <w:pBdr>
        <w:bottom w:val="single" w:sz="2" w:space="9" w:color="000000" w:shadow="1"/>
      </w:pBdr>
      <w:tabs>
        <w:tab w:val="center" w:pos="4356"/>
        <w:tab w:val="center" w:pos="4536"/>
        <w:tab w:val="left" w:pos="6710"/>
        <w:tab w:val="right" w:pos="9072"/>
      </w:tabs>
      <w:ind w:right="360"/>
      <w:rPr>
        <w:rFonts w:ascii="Times New Roman" w:hAnsi="Times New Roman" w:cs="Times New Roman"/>
        <w:sz w:val="16"/>
        <w:szCs w:val="16"/>
      </w:rPr>
    </w:pPr>
    <w:r w:rsidRPr="00321211">
      <w:rPr>
        <w:rFonts w:ascii="Times New Roman" w:hAnsi="Times New Roman" w:cs="Times New Roman"/>
        <w:sz w:val="16"/>
        <w:szCs w:val="16"/>
      </w:rPr>
      <w:tab/>
      <w:t xml:space="preserve">Znak </w:t>
    </w:r>
    <w:proofErr w:type="spellStart"/>
    <w:r w:rsidRPr="00321211">
      <w:rPr>
        <w:rFonts w:ascii="Times New Roman" w:hAnsi="Times New Roman" w:cs="Times New Roman"/>
        <w:sz w:val="16"/>
        <w:szCs w:val="16"/>
      </w:rPr>
      <w:t>sprawy</w:t>
    </w:r>
    <w:proofErr w:type="spellEnd"/>
    <w:r w:rsidRPr="00321211">
      <w:rPr>
        <w:rFonts w:ascii="Times New Roman" w:hAnsi="Times New Roman" w:cs="Times New Roman"/>
        <w:sz w:val="16"/>
        <w:szCs w:val="16"/>
      </w:rPr>
      <w:t>: WITD-WP.272.3.2026.IM</w:t>
    </w:r>
    <w:bookmarkEnd w:id="0"/>
  </w:p>
  <w:p w14:paraId="13949EF2" w14:textId="53A65138" w:rsidR="00B66DCE" w:rsidRPr="008337FE" w:rsidRDefault="00B66DCE" w:rsidP="008337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7172262">
    <w:abstractNumId w:val="8"/>
  </w:num>
  <w:num w:numId="2" w16cid:durableId="459612800">
    <w:abstractNumId w:val="6"/>
  </w:num>
  <w:num w:numId="3" w16cid:durableId="1339194144">
    <w:abstractNumId w:val="5"/>
  </w:num>
  <w:num w:numId="4" w16cid:durableId="1287348366">
    <w:abstractNumId w:val="4"/>
  </w:num>
  <w:num w:numId="5" w16cid:durableId="328750440">
    <w:abstractNumId w:val="7"/>
  </w:num>
  <w:num w:numId="6" w16cid:durableId="1154376587">
    <w:abstractNumId w:val="3"/>
  </w:num>
  <w:num w:numId="7" w16cid:durableId="78865859">
    <w:abstractNumId w:val="2"/>
  </w:num>
  <w:num w:numId="8" w16cid:durableId="530463460">
    <w:abstractNumId w:val="1"/>
  </w:num>
  <w:num w:numId="9" w16cid:durableId="438188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74DA"/>
    <w:rsid w:val="0029639D"/>
    <w:rsid w:val="00326F90"/>
    <w:rsid w:val="00823211"/>
    <w:rsid w:val="008337FE"/>
    <w:rsid w:val="009711D5"/>
    <w:rsid w:val="00AA1D8D"/>
    <w:rsid w:val="00B47730"/>
    <w:rsid w:val="00B66DCE"/>
    <w:rsid w:val="00CB0664"/>
    <w:rsid w:val="00D31ECD"/>
    <w:rsid w:val="00F124A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F989FE"/>
  <w14:defaultImageDpi w14:val="300"/>
  <w15:docId w15:val="{AD28E049-AD1F-C840-89A0-CAA674C4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80" w:line="252" w:lineRule="auto"/>
    </w:pPr>
    <w:rPr>
      <w:rFonts w:ascii="Arial" w:eastAsia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WITD-2464 .</cp:lastModifiedBy>
  <cp:revision>3</cp:revision>
  <dcterms:created xsi:type="dcterms:W3CDTF">2026-08-19T13:39:00Z</dcterms:created>
  <dcterms:modified xsi:type="dcterms:W3CDTF">2026-08-20T11:09:00Z</dcterms:modified>
  <cp:category/>
</cp:coreProperties>
</file>