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B4540" w14:textId="16210401" w:rsidR="00B208FD" w:rsidRPr="00157B0A" w:rsidRDefault="00000000">
      <w:pPr>
        <w:jc w:val="right"/>
        <w:rPr>
          <w:rFonts w:ascii="Times New Roman" w:hAnsi="Times New Roman" w:cs="Times New Roman"/>
        </w:rPr>
      </w:pPr>
      <w:r w:rsidRPr="00157B0A">
        <w:rPr>
          <w:rFonts w:ascii="Times New Roman" w:hAnsi="Times New Roman" w:cs="Times New Roman"/>
          <w:b/>
          <w:color w:val="505050"/>
        </w:rPr>
        <w:t>Załącznik nr 8 do SWZ</w:t>
      </w:r>
      <w:r w:rsidRPr="00157B0A">
        <w:rPr>
          <w:rFonts w:ascii="Times New Roman" w:hAnsi="Times New Roman" w:cs="Times New Roman"/>
          <w:b/>
          <w:color w:val="505050"/>
        </w:rPr>
        <w:br/>
        <w:t>Znak sprawy: 0</w:t>
      </w:r>
      <w:r w:rsidR="00DD0B74">
        <w:rPr>
          <w:rFonts w:ascii="Times New Roman" w:hAnsi="Times New Roman" w:cs="Times New Roman"/>
          <w:b/>
          <w:color w:val="505050"/>
        </w:rPr>
        <w:t>3</w:t>
      </w:r>
      <w:r w:rsidRPr="00157B0A">
        <w:rPr>
          <w:rFonts w:ascii="Times New Roman" w:hAnsi="Times New Roman" w:cs="Times New Roman"/>
          <w:b/>
          <w:color w:val="505050"/>
        </w:rPr>
        <w:t>/NG/2026</w:t>
      </w:r>
    </w:p>
    <w:p w14:paraId="61BCA827" w14:textId="77777777" w:rsidR="00B208FD" w:rsidRPr="00157B0A" w:rsidRDefault="00000000">
      <w:pPr>
        <w:rPr>
          <w:rFonts w:ascii="Times New Roman" w:hAnsi="Times New Roman" w:cs="Times New Roman"/>
        </w:rPr>
      </w:pPr>
      <w:r w:rsidRPr="00157B0A">
        <w:rPr>
          <w:rFonts w:ascii="Times New Roman" w:hAnsi="Times New Roman" w:cs="Times New Roman"/>
          <w:b/>
        </w:rPr>
        <w:t xml:space="preserve">Wykonawca / Nazwa i Adres: </w:t>
      </w:r>
      <w:r w:rsidRPr="00157B0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</w:t>
      </w:r>
      <w:r w:rsidRPr="00157B0A">
        <w:rPr>
          <w:rFonts w:ascii="Times New Roman" w:hAnsi="Times New Roman" w:cs="Times New Roman"/>
        </w:rPr>
        <w:br/>
      </w:r>
      <w:r w:rsidRPr="00157B0A">
        <w:rPr>
          <w:rFonts w:ascii="Times New Roman" w:hAnsi="Times New Roman" w:cs="Times New Roman"/>
          <w:b/>
        </w:rPr>
        <w:t xml:space="preserve">NIP: </w:t>
      </w:r>
      <w:r w:rsidRPr="00157B0A">
        <w:rPr>
          <w:rFonts w:ascii="Times New Roman" w:hAnsi="Times New Roman" w:cs="Times New Roman"/>
        </w:rPr>
        <w:t xml:space="preserve">............................................... </w:t>
      </w:r>
      <w:r w:rsidRPr="00157B0A">
        <w:rPr>
          <w:rFonts w:ascii="Times New Roman" w:hAnsi="Times New Roman" w:cs="Times New Roman"/>
          <w:b/>
        </w:rPr>
        <w:t xml:space="preserve">REGON: </w:t>
      </w:r>
      <w:r w:rsidRPr="00157B0A">
        <w:rPr>
          <w:rFonts w:ascii="Times New Roman" w:hAnsi="Times New Roman" w:cs="Times New Roman"/>
        </w:rPr>
        <w:t xml:space="preserve">............................................... </w:t>
      </w:r>
      <w:r w:rsidRPr="00157B0A">
        <w:rPr>
          <w:rFonts w:ascii="Times New Roman" w:hAnsi="Times New Roman" w:cs="Times New Roman"/>
          <w:b/>
        </w:rPr>
        <w:t xml:space="preserve">E-mail: </w:t>
      </w:r>
      <w:r w:rsidRPr="00157B0A">
        <w:rPr>
          <w:rFonts w:ascii="Times New Roman" w:hAnsi="Times New Roman" w:cs="Times New Roman"/>
        </w:rPr>
        <w:t>...............................................</w:t>
      </w:r>
    </w:p>
    <w:p w14:paraId="1D8BBC55" w14:textId="77777777" w:rsidR="00B208FD" w:rsidRPr="00157B0A" w:rsidRDefault="00000000">
      <w:pPr>
        <w:jc w:val="center"/>
        <w:rPr>
          <w:rFonts w:ascii="Times New Roman" w:hAnsi="Times New Roman" w:cs="Times New Roman"/>
        </w:rPr>
      </w:pPr>
      <w:r w:rsidRPr="00157B0A">
        <w:rPr>
          <w:rFonts w:ascii="Times New Roman" w:hAnsi="Times New Roman" w:cs="Times New Roman"/>
          <w:b/>
          <w:color w:val="0F2240"/>
        </w:rPr>
        <w:t>ZESTAWIENIE OFEROWANYCH URZĄDZEŃ I PARAMETRÓW TECHNICZNYCH</w:t>
      </w:r>
    </w:p>
    <w:p w14:paraId="14C4CC64" w14:textId="77777777" w:rsidR="00B208FD" w:rsidRPr="00157B0A" w:rsidRDefault="00000000">
      <w:pPr>
        <w:jc w:val="center"/>
        <w:rPr>
          <w:rFonts w:ascii="Times New Roman" w:hAnsi="Times New Roman" w:cs="Times New Roman"/>
        </w:rPr>
      </w:pPr>
      <w:r w:rsidRPr="00157B0A">
        <w:rPr>
          <w:rFonts w:ascii="Times New Roman" w:hAnsi="Times New Roman" w:cs="Times New Roman"/>
          <w:i/>
        </w:rPr>
        <w:t>w postępowaniu pn.: „Dostawa wraz z montażem systemu nagłośnienia widowni oraz zintegrowanego systemu mikrofonów bezprzewodowych na potrzeby Dużej Sceny Teatru Dramatycznego im. J. Szaniawskiego”</w:t>
      </w:r>
    </w:p>
    <w:p w14:paraId="5CE1E50E" w14:textId="77777777" w:rsidR="00B208FD" w:rsidRPr="00157B0A" w:rsidRDefault="00000000">
      <w:pPr>
        <w:spacing w:before="80" w:after="120"/>
        <w:rPr>
          <w:rFonts w:ascii="Times New Roman" w:hAnsi="Times New Roman" w:cs="Times New Roman"/>
        </w:rPr>
      </w:pPr>
      <w:r w:rsidRPr="00157B0A">
        <w:rPr>
          <w:rFonts w:ascii="Times New Roman" w:hAnsi="Times New Roman" w:cs="Times New Roman"/>
          <w:b/>
          <w:color w:val="B40000"/>
        </w:rPr>
        <w:t>POUCZENIE DLA WYKONAWCÓW:</w:t>
      </w:r>
      <w:r w:rsidRPr="00157B0A">
        <w:rPr>
          <w:rFonts w:ascii="Times New Roman" w:hAnsi="Times New Roman" w:cs="Times New Roman"/>
          <w:b/>
          <w:color w:val="B40000"/>
        </w:rPr>
        <w:br/>
      </w:r>
      <w:r w:rsidRPr="00157B0A">
        <w:rPr>
          <w:rFonts w:ascii="Times New Roman" w:hAnsi="Times New Roman" w:cs="Times New Roman"/>
        </w:rPr>
        <w:t>1. Wykonawca wpisuje w kolumnie 3 oferowaną markę (producenta), typ oraz dokładny model urządzenia dla każdej pozycji.</w:t>
      </w:r>
      <w:r w:rsidRPr="00157B0A">
        <w:rPr>
          <w:rFonts w:ascii="Times New Roman" w:hAnsi="Times New Roman" w:cs="Times New Roman"/>
        </w:rPr>
        <w:br/>
        <w:t>2. W kolumnie 4 Wykonawca wpisuje zadeklarowane wartości parametrów ocenianych w kryteriach T1, T2 oraz T3 (zgodnie z Rozdziałem XV SWZ).</w:t>
      </w:r>
      <w:r w:rsidRPr="00157B0A">
        <w:rPr>
          <w:rFonts w:ascii="Times New Roman" w:hAnsi="Times New Roman" w:cs="Times New Roman"/>
        </w:rPr>
        <w:br/>
        <w:t>3. Art. 107 ust. 3 Pzp: Deklarowane wartości w kryteriach T1, T2 i T3 oraz karty katalogowe je potwierdzające stanowią przedmiotowe środki dowodowe podlegające ocenie i NIE PODLEGAJĄ UZUPEŁNIENIU po otwarciu ofert.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268"/>
        <w:gridCol w:w="2835"/>
        <w:gridCol w:w="68"/>
        <w:gridCol w:w="2007"/>
        <w:gridCol w:w="2007"/>
      </w:tblGrid>
      <w:tr w:rsidR="00B208FD" w:rsidRPr="00157B0A" w14:paraId="43CE436A" w14:textId="77777777" w:rsidTr="00D15524">
        <w:trPr>
          <w:trHeight w:val="1222"/>
          <w:jc w:val="center"/>
        </w:trPr>
        <w:tc>
          <w:tcPr>
            <w:tcW w:w="850" w:type="dxa"/>
            <w:vAlign w:val="center"/>
          </w:tcPr>
          <w:p w14:paraId="611D23EC" w14:textId="77777777" w:rsidR="00B208FD" w:rsidRPr="00D15524" w:rsidRDefault="00000000" w:rsidP="00D1552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15524">
              <w:rPr>
                <w:rFonts w:ascii="Times New Roman" w:hAnsi="Times New Roman" w:cs="Times New Roman"/>
                <w:b/>
                <w:color w:val="000000" w:themeColor="text1"/>
              </w:rPr>
              <w:t>Lp.</w:t>
            </w:r>
          </w:p>
        </w:tc>
        <w:tc>
          <w:tcPr>
            <w:tcW w:w="2268" w:type="dxa"/>
            <w:vAlign w:val="center"/>
          </w:tcPr>
          <w:p w14:paraId="35F80CC5" w14:textId="77777777" w:rsidR="00B208FD" w:rsidRPr="00D15524" w:rsidRDefault="00000000" w:rsidP="00D1552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15524">
              <w:rPr>
                <w:rFonts w:ascii="Times New Roman" w:hAnsi="Times New Roman" w:cs="Times New Roman"/>
                <w:b/>
                <w:color w:val="000000" w:themeColor="text1"/>
              </w:rPr>
              <w:t>Pozycja z OPZ (Załącznik nr 5 do SWZ) oraz wymagana ilość</w:t>
            </w:r>
          </w:p>
        </w:tc>
        <w:tc>
          <w:tcPr>
            <w:tcW w:w="2835" w:type="dxa"/>
            <w:vAlign w:val="center"/>
          </w:tcPr>
          <w:p w14:paraId="080EBAF6" w14:textId="77777777" w:rsidR="00B208FD" w:rsidRPr="00D15524" w:rsidRDefault="00000000" w:rsidP="00D1552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15524">
              <w:rPr>
                <w:rFonts w:ascii="Times New Roman" w:hAnsi="Times New Roman" w:cs="Times New Roman"/>
                <w:b/>
                <w:color w:val="000000" w:themeColor="text1"/>
              </w:rPr>
              <w:t>Oferowany Producent, Typ i Model (wypełnia Wykonawca)</w:t>
            </w:r>
          </w:p>
        </w:tc>
        <w:tc>
          <w:tcPr>
            <w:tcW w:w="2075" w:type="dxa"/>
            <w:gridSpan w:val="2"/>
            <w:vAlign w:val="center"/>
          </w:tcPr>
          <w:p w14:paraId="3827173B" w14:textId="77777777" w:rsidR="00B208FD" w:rsidRPr="00D15524" w:rsidRDefault="00000000" w:rsidP="00D1552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15524">
              <w:rPr>
                <w:rFonts w:ascii="Times New Roman" w:hAnsi="Times New Roman" w:cs="Times New Roman"/>
                <w:b/>
                <w:color w:val="000000" w:themeColor="text1"/>
              </w:rPr>
              <w:t>Deklarowany parametr w kryteriach oceny T1, T2, T3 (wypełnia Wykonawca)</w:t>
            </w:r>
          </w:p>
        </w:tc>
        <w:tc>
          <w:tcPr>
            <w:tcW w:w="2007" w:type="dxa"/>
            <w:vAlign w:val="center"/>
          </w:tcPr>
          <w:p w14:paraId="4EB2FE2F" w14:textId="77777777" w:rsidR="00B208FD" w:rsidRPr="00D15524" w:rsidRDefault="00000000" w:rsidP="00D1552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15524">
              <w:rPr>
                <w:rFonts w:ascii="Times New Roman" w:hAnsi="Times New Roman" w:cs="Times New Roman"/>
                <w:b/>
                <w:color w:val="000000" w:themeColor="text1"/>
              </w:rPr>
              <w:t>Karta katalogowa producenta (Strona / Link)</w:t>
            </w:r>
          </w:p>
        </w:tc>
      </w:tr>
      <w:tr w:rsidR="00B208FD" w:rsidRPr="00157B0A" w14:paraId="48E6CB9B" w14:textId="77777777" w:rsidTr="00157B0A">
        <w:trPr>
          <w:jc w:val="center"/>
        </w:trPr>
        <w:tc>
          <w:tcPr>
            <w:tcW w:w="850" w:type="dxa"/>
          </w:tcPr>
          <w:p w14:paraId="5AFD1A64" w14:textId="77777777" w:rsidR="00B208FD" w:rsidRPr="00157B0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57B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14:paraId="3AEA42D9" w14:textId="77777777" w:rsidR="00B208FD" w:rsidRPr="00157B0A" w:rsidRDefault="00000000">
            <w:pPr>
              <w:rPr>
                <w:rFonts w:ascii="Times New Roman" w:hAnsi="Times New Roman" w:cs="Times New Roman"/>
              </w:rPr>
            </w:pPr>
            <w:r w:rsidRPr="00157B0A">
              <w:rPr>
                <w:rFonts w:ascii="Times New Roman" w:hAnsi="Times New Roman" w:cs="Times New Roman"/>
              </w:rPr>
              <w:t>Pozycja 1: Głośnik szerokopasmowy frontowy (MAIN) oraz dogłośnienie balkonu</w:t>
            </w:r>
            <w:r w:rsidRPr="00157B0A">
              <w:rPr>
                <w:rFonts w:ascii="Times New Roman" w:hAnsi="Times New Roman" w:cs="Times New Roman"/>
              </w:rPr>
              <w:br/>
              <w:t>[ Wymagana ilość: 4 sztuki ]</w:t>
            </w:r>
          </w:p>
        </w:tc>
        <w:tc>
          <w:tcPr>
            <w:tcW w:w="2903" w:type="dxa"/>
            <w:gridSpan w:val="2"/>
          </w:tcPr>
          <w:p w14:paraId="4813547A" w14:textId="77777777" w:rsidR="00B208FD" w:rsidRPr="00157B0A" w:rsidRDefault="00B208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7" w:type="dxa"/>
          </w:tcPr>
          <w:p w14:paraId="289C9766" w14:textId="77777777" w:rsidR="00B208FD" w:rsidRPr="00157B0A" w:rsidRDefault="00000000">
            <w:pPr>
              <w:rPr>
                <w:rFonts w:ascii="Times New Roman" w:hAnsi="Times New Roman" w:cs="Times New Roman"/>
              </w:rPr>
            </w:pPr>
            <w:r w:rsidRPr="00157B0A">
              <w:rPr>
                <w:rFonts w:ascii="Times New Roman" w:hAnsi="Times New Roman" w:cs="Times New Roman"/>
              </w:rPr>
              <w:t>Pasmo przenoszenia od (-10 dB, IEC60268) [Kryterium T3 - wspólnie z Poz. 3]:</w:t>
            </w:r>
            <w:r w:rsidRPr="00157B0A">
              <w:rPr>
                <w:rFonts w:ascii="Times New Roman" w:hAnsi="Times New Roman" w:cs="Times New Roman"/>
              </w:rPr>
              <w:br/>
            </w:r>
            <w:r w:rsidRPr="00157B0A">
              <w:rPr>
                <w:rFonts w:ascii="Times New Roman" w:hAnsi="Times New Roman" w:cs="Times New Roman"/>
              </w:rPr>
              <w:br/>
              <w:t>Oferowane pasmo od: .................... Hz</w:t>
            </w:r>
          </w:p>
        </w:tc>
        <w:tc>
          <w:tcPr>
            <w:tcW w:w="2007" w:type="dxa"/>
          </w:tcPr>
          <w:p w14:paraId="1A68FE0C" w14:textId="77777777" w:rsidR="00B208FD" w:rsidRPr="00157B0A" w:rsidRDefault="00B208FD">
            <w:pPr>
              <w:rPr>
                <w:rFonts w:ascii="Times New Roman" w:hAnsi="Times New Roman" w:cs="Times New Roman"/>
              </w:rPr>
            </w:pPr>
          </w:p>
        </w:tc>
      </w:tr>
      <w:tr w:rsidR="00B208FD" w:rsidRPr="00157B0A" w14:paraId="2086060A" w14:textId="77777777" w:rsidTr="00157B0A">
        <w:trPr>
          <w:jc w:val="center"/>
        </w:trPr>
        <w:tc>
          <w:tcPr>
            <w:tcW w:w="850" w:type="dxa"/>
          </w:tcPr>
          <w:p w14:paraId="591DCA74" w14:textId="77777777" w:rsidR="00B208FD" w:rsidRPr="00157B0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57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14:paraId="66ECB97A" w14:textId="77777777" w:rsidR="00B208FD" w:rsidRPr="00157B0A" w:rsidRDefault="00000000">
            <w:pPr>
              <w:rPr>
                <w:rFonts w:ascii="Times New Roman" w:hAnsi="Times New Roman" w:cs="Times New Roman"/>
              </w:rPr>
            </w:pPr>
            <w:r w:rsidRPr="00157B0A">
              <w:rPr>
                <w:rFonts w:ascii="Times New Roman" w:hAnsi="Times New Roman" w:cs="Times New Roman"/>
              </w:rPr>
              <w:t>Pozycja 2: Głośnik subbasowy (SUB)</w:t>
            </w:r>
            <w:r w:rsidRPr="00157B0A">
              <w:rPr>
                <w:rFonts w:ascii="Times New Roman" w:hAnsi="Times New Roman" w:cs="Times New Roman"/>
              </w:rPr>
              <w:br/>
              <w:t>[ Wymagana ilość: 2 komplety punktów emisji niskotonowej ]</w:t>
            </w:r>
          </w:p>
        </w:tc>
        <w:tc>
          <w:tcPr>
            <w:tcW w:w="2903" w:type="dxa"/>
            <w:gridSpan w:val="2"/>
          </w:tcPr>
          <w:p w14:paraId="22946865" w14:textId="77777777" w:rsidR="00B208FD" w:rsidRPr="00157B0A" w:rsidRDefault="00B208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7" w:type="dxa"/>
          </w:tcPr>
          <w:p w14:paraId="3275B3D3" w14:textId="77777777" w:rsidR="00B208FD" w:rsidRPr="00157B0A" w:rsidRDefault="00000000">
            <w:pPr>
              <w:rPr>
                <w:rFonts w:ascii="Times New Roman" w:hAnsi="Times New Roman" w:cs="Times New Roman"/>
              </w:rPr>
            </w:pPr>
            <w:r w:rsidRPr="00157B0A">
              <w:rPr>
                <w:rFonts w:ascii="Times New Roman" w:hAnsi="Times New Roman" w:cs="Times New Roman"/>
              </w:rPr>
              <w:t>Kardioidalna / superkardioidalna charakterystyka z pojedynczego pasywnego głośnika (1 obudowa, 1 kanał wzmacniacza) [Kryterium T1]:</w:t>
            </w:r>
            <w:r w:rsidRPr="00157B0A">
              <w:rPr>
                <w:rFonts w:ascii="Times New Roman" w:hAnsi="Times New Roman" w:cs="Times New Roman"/>
              </w:rPr>
              <w:br/>
            </w:r>
            <w:r w:rsidRPr="00157B0A">
              <w:rPr>
                <w:rFonts w:ascii="Times New Roman" w:hAnsi="Times New Roman" w:cs="Times New Roman"/>
              </w:rPr>
              <w:br/>
              <w:t>Oferowana funkcjonalność: [ TAK / NIE ]</w:t>
            </w:r>
          </w:p>
        </w:tc>
        <w:tc>
          <w:tcPr>
            <w:tcW w:w="2007" w:type="dxa"/>
          </w:tcPr>
          <w:p w14:paraId="688063EA" w14:textId="77777777" w:rsidR="00B208FD" w:rsidRPr="00157B0A" w:rsidRDefault="00B208FD">
            <w:pPr>
              <w:rPr>
                <w:rFonts w:ascii="Times New Roman" w:hAnsi="Times New Roman" w:cs="Times New Roman"/>
              </w:rPr>
            </w:pPr>
          </w:p>
        </w:tc>
      </w:tr>
      <w:tr w:rsidR="00B208FD" w:rsidRPr="00157B0A" w14:paraId="1A49F10B" w14:textId="77777777" w:rsidTr="00157B0A">
        <w:trPr>
          <w:jc w:val="center"/>
        </w:trPr>
        <w:tc>
          <w:tcPr>
            <w:tcW w:w="850" w:type="dxa"/>
          </w:tcPr>
          <w:p w14:paraId="50A2750A" w14:textId="77777777" w:rsidR="00B208FD" w:rsidRPr="00157B0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57B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14:paraId="0370DE72" w14:textId="77777777" w:rsidR="00B208FD" w:rsidRPr="00157B0A" w:rsidRDefault="00000000">
            <w:pPr>
              <w:rPr>
                <w:rFonts w:ascii="Times New Roman" w:hAnsi="Times New Roman" w:cs="Times New Roman"/>
              </w:rPr>
            </w:pPr>
            <w:r w:rsidRPr="00157B0A">
              <w:rPr>
                <w:rFonts w:ascii="Times New Roman" w:hAnsi="Times New Roman" w:cs="Times New Roman"/>
              </w:rPr>
              <w:t xml:space="preserve">Pozycja 3: Dogłośnienie strefowe (Frontfill) i </w:t>
            </w:r>
            <w:r w:rsidRPr="00157B0A">
              <w:rPr>
                <w:rFonts w:ascii="Times New Roman" w:hAnsi="Times New Roman" w:cs="Times New Roman"/>
              </w:rPr>
              <w:lastRenderedPageBreak/>
              <w:t>dogłośnienie stanowiska realizatora dźwięku</w:t>
            </w:r>
            <w:r w:rsidRPr="00157B0A">
              <w:rPr>
                <w:rFonts w:ascii="Times New Roman" w:hAnsi="Times New Roman" w:cs="Times New Roman"/>
              </w:rPr>
              <w:br/>
              <w:t>[ Wymagana ilość: od 2 do 4 sztuk ]</w:t>
            </w:r>
          </w:p>
        </w:tc>
        <w:tc>
          <w:tcPr>
            <w:tcW w:w="2903" w:type="dxa"/>
            <w:gridSpan w:val="2"/>
          </w:tcPr>
          <w:p w14:paraId="1C127EC7" w14:textId="77777777" w:rsidR="00B208FD" w:rsidRPr="00157B0A" w:rsidRDefault="00B208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7" w:type="dxa"/>
          </w:tcPr>
          <w:p w14:paraId="0C965716" w14:textId="77777777" w:rsidR="00B208FD" w:rsidRPr="00157B0A" w:rsidRDefault="00000000">
            <w:pPr>
              <w:rPr>
                <w:rFonts w:ascii="Times New Roman" w:hAnsi="Times New Roman" w:cs="Times New Roman"/>
              </w:rPr>
            </w:pPr>
            <w:r w:rsidRPr="00157B0A">
              <w:rPr>
                <w:rFonts w:ascii="Times New Roman" w:hAnsi="Times New Roman" w:cs="Times New Roman"/>
              </w:rPr>
              <w:t xml:space="preserve">Pasmo przenoszenia od (-10 dB, IEC60268) </w:t>
            </w:r>
            <w:r w:rsidRPr="00157B0A">
              <w:rPr>
                <w:rFonts w:ascii="Times New Roman" w:hAnsi="Times New Roman" w:cs="Times New Roman"/>
              </w:rPr>
              <w:lastRenderedPageBreak/>
              <w:t>[Kryterium T3 - wspólnie z Poz. 1]:</w:t>
            </w:r>
            <w:r w:rsidRPr="00157B0A">
              <w:rPr>
                <w:rFonts w:ascii="Times New Roman" w:hAnsi="Times New Roman" w:cs="Times New Roman"/>
              </w:rPr>
              <w:br/>
            </w:r>
            <w:r w:rsidRPr="00157B0A">
              <w:rPr>
                <w:rFonts w:ascii="Times New Roman" w:hAnsi="Times New Roman" w:cs="Times New Roman"/>
              </w:rPr>
              <w:br/>
              <w:t>Oferowane pasmo od: .................... Hz</w:t>
            </w:r>
          </w:p>
        </w:tc>
        <w:tc>
          <w:tcPr>
            <w:tcW w:w="2007" w:type="dxa"/>
          </w:tcPr>
          <w:p w14:paraId="7E97A2B5" w14:textId="77777777" w:rsidR="00B208FD" w:rsidRPr="00157B0A" w:rsidRDefault="00B208FD">
            <w:pPr>
              <w:rPr>
                <w:rFonts w:ascii="Times New Roman" w:hAnsi="Times New Roman" w:cs="Times New Roman"/>
              </w:rPr>
            </w:pPr>
          </w:p>
        </w:tc>
      </w:tr>
      <w:tr w:rsidR="00B208FD" w:rsidRPr="00157B0A" w14:paraId="39C72EDE" w14:textId="77777777" w:rsidTr="00157B0A">
        <w:trPr>
          <w:jc w:val="center"/>
        </w:trPr>
        <w:tc>
          <w:tcPr>
            <w:tcW w:w="850" w:type="dxa"/>
          </w:tcPr>
          <w:p w14:paraId="21B0ED11" w14:textId="77777777" w:rsidR="00B208FD" w:rsidRPr="00157B0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57B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14:paraId="1B837640" w14:textId="77777777" w:rsidR="00B208FD" w:rsidRPr="00157B0A" w:rsidRDefault="00000000">
            <w:pPr>
              <w:rPr>
                <w:rFonts w:ascii="Times New Roman" w:hAnsi="Times New Roman" w:cs="Times New Roman"/>
              </w:rPr>
            </w:pPr>
            <w:r w:rsidRPr="00157B0A">
              <w:rPr>
                <w:rFonts w:ascii="Times New Roman" w:hAnsi="Times New Roman" w:cs="Times New Roman"/>
              </w:rPr>
              <w:t>Pozycja 4: Dogłośnienie strefowe (Podbalkonowe)</w:t>
            </w:r>
            <w:r w:rsidRPr="00157B0A">
              <w:rPr>
                <w:rFonts w:ascii="Times New Roman" w:hAnsi="Times New Roman" w:cs="Times New Roman"/>
              </w:rPr>
              <w:br/>
              <w:t>[ Wymagana ilość: 2 sztuki ]</w:t>
            </w:r>
          </w:p>
        </w:tc>
        <w:tc>
          <w:tcPr>
            <w:tcW w:w="2903" w:type="dxa"/>
            <w:gridSpan w:val="2"/>
          </w:tcPr>
          <w:p w14:paraId="1D5C3D42" w14:textId="77777777" w:rsidR="00B208FD" w:rsidRPr="00157B0A" w:rsidRDefault="00B208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7" w:type="dxa"/>
          </w:tcPr>
          <w:p w14:paraId="76A6D5CE" w14:textId="77777777" w:rsidR="00B208FD" w:rsidRPr="00157B0A" w:rsidRDefault="00000000">
            <w:pPr>
              <w:rPr>
                <w:rFonts w:ascii="Times New Roman" w:hAnsi="Times New Roman" w:cs="Times New Roman"/>
              </w:rPr>
            </w:pPr>
            <w:r w:rsidRPr="00157B0A">
              <w:rPr>
                <w:rFonts w:ascii="Times New Roman" w:hAnsi="Times New Roman" w:cs="Times New Roman"/>
              </w:rPr>
              <w:t>Nominalny kąt dyspersji horyzontalnej [Kryterium T2]:</w:t>
            </w:r>
            <w:r w:rsidRPr="00157B0A">
              <w:rPr>
                <w:rFonts w:ascii="Times New Roman" w:hAnsi="Times New Roman" w:cs="Times New Roman"/>
              </w:rPr>
              <w:br/>
            </w:r>
            <w:r w:rsidRPr="00157B0A">
              <w:rPr>
                <w:rFonts w:ascii="Times New Roman" w:hAnsi="Times New Roman" w:cs="Times New Roman"/>
              </w:rPr>
              <w:br/>
              <w:t>Oferowany kąt: .................... °</w:t>
            </w:r>
          </w:p>
        </w:tc>
        <w:tc>
          <w:tcPr>
            <w:tcW w:w="2007" w:type="dxa"/>
          </w:tcPr>
          <w:p w14:paraId="79652EF4" w14:textId="77777777" w:rsidR="00B208FD" w:rsidRPr="00157B0A" w:rsidRDefault="00B208FD">
            <w:pPr>
              <w:rPr>
                <w:rFonts w:ascii="Times New Roman" w:hAnsi="Times New Roman" w:cs="Times New Roman"/>
              </w:rPr>
            </w:pPr>
          </w:p>
        </w:tc>
      </w:tr>
      <w:tr w:rsidR="00B208FD" w:rsidRPr="00157B0A" w14:paraId="168684D3" w14:textId="77777777" w:rsidTr="00157B0A">
        <w:trPr>
          <w:jc w:val="center"/>
        </w:trPr>
        <w:tc>
          <w:tcPr>
            <w:tcW w:w="850" w:type="dxa"/>
          </w:tcPr>
          <w:p w14:paraId="295DC79A" w14:textId="77777777" w:rsidR="00B208FD" w:rsidRPr="00157B0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57B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14:paraId="0DBF2754" w14:textId="77777777" w:rsidR="00B208FD" w:rsidRPr="00157B0A" w:rsidRDefault="00000000">
            <w:pPr>
              <w:rPr>
                <w:rFonts w:ascii="Times New Roman" w:hAnsi="Times New Roman" w:cs="Times New Roman"/>
              </w:rPr>
            </w:pPr>
            <w:r w:rsidRPr="00157B0A">
              <w:rPr>
                <w:rFonts w:ascii="Times New Roman" w:hAnsi="Times New Roman" w:cs="Times New Roman"/>
              </w:rPr>
              <w:t>Pozycja 5: Wzmacniacze mocy</w:t>
            </w:r>
            <w:r w:rsidRPr="00157B0A">
              <w:rPr>
                <w:rFonts w:ascii="Times New Roman" w:hAnsi="Times New Roman" w:cs="Times New Roman"/>
              </w:rPr>
              <w:br/>
              <w:t>[ Wymagana ilość: zestaw wg rozwiązania oferenta ]</w:t>
            </w:r>
          </w:p>
        </w:tc>
        <w:tc>
          <w:tcPr>
            <w:tcW w:w="2903" w:type="dxa"/>
            <w:gridSpan w:val="2"/>
          </w:tcPr>
          <w:p w14:paraId="795486D2" w14:textId="77777777" w:rsidR="00B208FD" w:rsidRPr="00157B0A" w:rsidRDefault="00B208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7" w:type="dxa"/>
          </w:tcPr>
          <w:p w14:paraId="3AC5272B" w14:textId="77777777" w:rsidR="00B208FD" w:rsidRPr="00157B0A" w:rsidRDefault="00000000">
            <w:pPr>
              <w:rPr>
                <w:rFonts w:ascii="Times New Roman" w:hAnsi="Times New Roman" w:cs="Times New Roman"/>
              </w:rPr>
            </w:pPr>
            <w:r w:rsidRPr="00157B0A">
              <w:rPr>
                <w:rFonts w:ascii="Times New Roman" w:hAnsi="Times New Roman" w:cs="Times New Roman"/>
              </w:rPr>
              <w:t>Wymogi minimalne wg OPZ</w:t>
            </w:r>
          </w:p>
        </w:tc>
        <w:tc>
          <w:tcPr>
            <w:tcW w:w="2007" w:type="dxa"/>
          </w:tcPr>
          <w:p w14:paraId="387C6048" w14:textId="77777777" w:rsidR="00B208FD" w:rsidRPr="00157B0A" w:rsidRDefault="00B208FD">
            <w:pPr>
              <w:rPr>
                <w:rFonts w:ascii="Times New Roman" w:hAnsi="Times New Roman" w:cs="Times New Roman"/>
              </w:rPr>
            </w:pPr>
          </w:p>
        </w:tc>
      </w:tr>
      <w:tr w:rsidR="00B208FD" w:rsidRPr="00157B0A" w14:paraId="3B945DD9" w14:textId="77777777" w:rsidTr="00157B0A">
        <w:trPr>
          <w:jc w:val="center"/>
        </w:trPr>
        <w:tc>
          <w:tcPr>
            <w:tcW w:w="850" w:type="dxa"/>
          </w:tcPr>
          <w:p w14:paraId="41A23DE3" w14:textId="77777777" w:rsidR="00B208FD" w:rsidRPr="00157B0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57B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</w:tcPr>
          <w:p w14:paraId="082CFFE4" w14:textId="77777777" w:rsidR="00B208FD" w:rsidRPr="00157B0A" w:rsidRDefault="00000000">
            <w:pPr>
              <w:rPr>
                <w:rFonts w:ascii="Times New Roman" w:hAnsi="Times New Roman" w:cs="Times New Roman"/>
              </w:rPr>
            </w:pPr>
            <w:r w:rsidRPr="00157B0A">
              <w:rPr>
                <w:rFonts w:ascii="Times New Roman" w:hAnsi="Times New Roman" w:cs="Times New Roman"/>
              </w:rPr>
              <w:t>Pozycja 6: Procesor dźwięku</w:t>
            </w:r>
            <w:r w:rsidRPr="00157B0A">
              <w:rPr>
                <w:rFonts w:ascii="Times New Roman" w:hAnsi="Times New Roman" w:cs="Times New Roman"/>
              </w:rPr>
              <w:br/>
              <w:t>[ Wymagana ilość: system wg rozwiązania oferenta ]</w:t>
            </w:r>
          </w:p>
        </w:tc>
        <w:tc>
          <w:tcPr>
            <w:tcW w:w="2903" w:type="dxa"/>
            <w:gridSpan w:val="2"/>
          </w:tcPr>
          <w:p w14:paraId="416179D0" w14:textId="77777777" w:rsidR="00B208FD" w:rsidRPr="00157B0A" w:rsidRDefault="00B208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7" w:type="dxa"/>
          </w:tcPr>
          <w:p w14:paraId="538AEBF1" w14:textId="77777777" w:rsidR="00B208FD" w:rsidRPr="00157B0A" w:rsidRDefault="00000000">
            <w:pPr>
              <w:rPr>
                <w:rFonts w:ascii="Times New Roman" w:hAnsi="Times New Roman" w:cs="Times New Roman"/>
              </w:rPr>
            </w:pPr>
            <w:r w:rsidRPr="00157B0A">
              <w:rPr>
                <w:rFonts w:ascii="Times New Roman" w:hAnsi="Times New Roman" w:cs="Times New Roman"/>
              </w:rPr>
              <w:t>Wymogi minimalne wg OPZ</w:t>
            </w:r>
          </w:p>
        </w:tc>
        <w:tc>
          <w:tcPr>
            <w:tcW w:w="2007" w:type="dxa"/>
          </w:tcPr>
          <w:p w14:paraId="138A4C0E" w14:textId="77777777" w:rsidR="00B208FD" w:rsidRPr="00157B0A" w:rsidRDefault="00B208FD">
            <w:pPr>
              <w:rPr>
                <w:rFonts w:ascii="Times New Roman" w:hAnsi="Times New Roman" w:cs="Times New Roman"/>
              </w:rPr>
            </w:pPr>
          </w:p>
        </w:tc>
      </w:tr>
      <w:tr w:rsidR="00B208FD" w:rsidRPr="00157B0A" w14:paraId="647EE838" w14:textId="77777777" w:rsidTr="00157B0A">
        <w:trPr>
          <w:jc w:val="center"/>
        </w:trPr>
        <w:tc>
          <w:tcPr>
            <w:tcW w:w="850" w:type="dxa"/>
          </w:tcPr>
          <w:p w14:paraId="45E1207A" w14:textId="77777777" w:rsidR="00B208FD" w:rsidRPr="00157B0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57B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</w:tcPr>
          <w:p w14:paraId="68A7CF92" w14:textId="77777777" w:rsidR="00B208FD" w:rsidRPr="00157B0A" w:rsidRDefault="00000000">
            <w:pPr>
              <w:rPr>
                <w:rFonts w:ascii="Times New Roman" w:hAnsi="Times New Roman" w:cs="Times New Roman"/>
              </w:rPr>
            </w:pPr>
            <w:r w:rsidRPr="00157B0A">
              <w:rPr>
                <w:rFonts w:ascii="Times New Roman" w:hAnsi="Times New Roman" w:cs="Times New Roman"/>
              </w:rPr>
              <w:t>Pozycja 7: Urządzenie sieciowe (switch)</w:t>
            </w:r>
            <w:r w:rsidRPr="00157B0A">
              <w:rPr>
                <w:rFonts w:ascii="Times New Roman" w:hAnsi="Times New Roman" w:cs="Times New Roman"/>
              </w:rPr>
              <w:br/>
              <w:t>[ Wymagana ilość: co najmniej 1 sztuka ]</w:t>
            </w:r>
          </w:p>
        </w:tc>
        <w:tc>
          <w:tcPr>
            <w:tcW w:w="2903" w:type="dxa"/>
            <w:gridSpan w:val="2"/>
          </w:tcPr>
          <w:p w14:paraId="08D2F96C" w14:textId="77777777" w:rsidR="00B208FD" w:rsidRPr="00157B0A" w:rsidRDefault="00B208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7" w:type="dxa"/>
          </w:tcPr>
          <w:p w14:paraId="20B74E7F" w14:textId="77777777" w:rsidR="00B208FD" w:rsidRPr="00157B0A" w:rsidRDefault="00000000">
            <w:pPr>
              <w:rPr>
                <w:rFonts w:ascii="Times New Roman" w:hAnsi="Times New Roman" w:cs="Times New Roman"/>
              </w:rPr>
            </w:pPr>
            <w:r w:rsidRPr="00157B0A">
              <w:rPr>
                <w:rFonts w:ascii="Times New Roman" w:hAnsi="Times New Roman" w:cs="Times New Roman"/>
              </w:rPr>
              <w:t>Wymogi minimalne wg OPZ</w:t>
            </w:r>
          </w:p>
        </w:tc>
        <w:tc>
          <w:tcPr>
            <w:tcW w:w="2007" w:type="dxa"/>
          </w:tcPr>
          <w:p w14:paraId="334B22B2" w14:textId="77777777" w:rsidR="00B208FD" w:rsidRPr="00157B0A" w:rsidRDefault="00B208FD">
            <w:pPr>
              <w:rPr>
                <w:rFonts w:ascii="Times New Roman" w:hAnsi="Times New Roman" w:cs="Times New Roman"/>
              </w:rPr>
            </w:pPr>
          </w:p>
        </w:tc>
      </w:tr>
      <w:tr w:rsidR="00B208FD" w:rsidRPr="00157B0A" w14:paraId="06FE14C2" w14:textId="77777777" w:rsidTr="00157B0A">
        <w:trPr>
          <w:jc w:val="center"/>
        </w:trPr>
        <w:tc>
          <w:tcPr>
            <w:tcW w:w="850" w:type="dxa"/>
          </w:tcPr>
          <w:p w14:paraId="739F9936" w14:textId="77777777" w:rsidR="00B208FD" w:rsidRPr="00157B0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57B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</w:tcPr>
          <w:p w14:paraId="4CC5A9E6" w14:textId="77777777" w:rsidR="00B208FD" w:rsidRPr="00157B0A" w:rsidRDefault="00000000">
            <w:pPr>
              <w:rPr>
                <w:rFonts w:ascii="Times New Roman" w:hAnsi="Times New Roman" w:cs="Times New Roman"/>
              </w:rPr>
            </w:pPr>
            <w:r w:rsidRPr="00157B0A">
              <w:rPr>
                <w:rFonts w:ascii="Times New Roman" w:hAnsi="Times New Roman" w:cs="Times New Roman"/>
              </w:rPr>
              <w:t>Pozycja 8: Komputer emisyjny (Mobilna stacja robocza)</w:t>
            </w:r>
            <w:r w:rsidRPr="00157B0A">
              <w:rPr>
                <w:rFonts w:ascii="Times New Roman" w:hAnsi="Times New Roman" w:cs="Times New Roman"/>
              </w:rPr>
              <w:br/>
              <w:t>[ Wymagana ilość: 2 komplety ]</w:t>
            </w:r>
          </w:p>
        </w:tc>
        <w:tc>
          <w:tcPr>
            <w:tcW w:w="2903" w:type="dxa"/>
            <w:gridSpan w:val="2"/>
          </w:tcPr>
          <w:p w14:paraId="5613AB01" w14:textId="77777777" w:rsidR="00B208FD" w:rsidRPr="00157B0A" w:rsidRDefault="00B208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7" w:type="dxa"/>
          </w:tcPr>
          <w:p w14:paraId="4B942605" w14:textId="77777777" w:rsidR="00B208FD" w:rsidRPr="00157B0A" w:rsidRDefault="00000000">
            <w:pPr>
              <w:rPr>
                <w:rFonts w:ascii="Times New Roman" w:hAnsi="Times New Roman" w:cs="Times New Roman"/>
              </w:rPr>
            </w:pPr>
            <w:r w:rsidRPr="00157B0A">
              <w:rPr>
                <w:rFonts w:ascii="Times New Roman" w:hAnsi="Times New Roman" w:cs="Times New Roman"/>
              </w:rPr>
              <w:t>Wymogi minimalne wg OPZ</w:t>
            </w:r>
          </w:p>
        </w:tc>
        <w:tc>
          <w:tcPr>
            <w:tcW w:w="2007" w:type="dxa"/>
          </w:tcPr>
          <w:p w14:paraId="0D8373CC" w14:textId="77777777" w:rsidR="00B208FD" w:rsidRPr="00157B0A" w:rsidRDefault="00B208FD">
            <w:pPr>
              <w:rPr>
                <w:rFonts w:ascii="Times New Roman" w:hAnsi="Times New Roman" w:cs="Times New Roman"/>
              </w:rPr>
            </w:pPr>
          </w:p>
        </w:tc>
      </w:tr>
      <w:tr w:rsidR="00B208FD" w:rsidRPr="00157B0A" w14:paraId="3E9FF3BB" w14:textId="77777777" w:rsidTr="00157B0A">
        <w:trPr>
          <w:jc w:val="center"/>
        </w:trPr>
        <w:tc>
          <w:tcPr>
            <w:tcW w:w="850" w:type="dxa"/>
          </w:tcPr>
          <w:p w14:paraId="5C6EFA11" w14:textId="77777777" w:rsidR="00B208FD" w:rsidRPr="00157B0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57B0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</w:tcPr>
          <w:p w14:paraId="287C42BB" w14:textId="77777777" w:rsidR="00B208FD" w:rsidRPr="00157B0A" w:rsidRDefault="00000000">
            <w:pPr>
              <w:rPr>
                <w:rFonts w:ascii="Times New Roman" w:hAnsi="Times New Roman" w:cs="Times New Roman"/>
              </w:rPr>
            </w:pPr>
            <w:r w:rsidRPr="00157B0A">
              <w:rPr>
                <w:rFonts w:ascii="Times New Roman" w:hAnsi="Times New Roman" w:cs="Times New Roman"/>
              </w:rPr>
              <w:t>Pozycja 9: Tablet sterujący</w:t>
            </w:r>
            <w:r w:rsidRPr="00157B0A">
              <w:rPr>
                <w:rFonts w:ascii="Times New Roman" w:hAnsi="Times New Roman" w:cs="Times New Roman"/>
              </w:rPr>
              <w:br/>
              <w:t>[ Wymagana ilość: 2 komplety ]</w:t>
            </w:r>
          </w:p>
        </w:tc>
        <w:tc>
          <w:tcPr>
            <w:tcW w:w="2903" w:type="dxa"/>
            <w:gridSpan w:val="2"/>
          </w:tcPr>
          <w:p w14:paraId="4218D0A2" w14:textId="77777777" w:rsidR="00B208FD" w:rsidRPr="00157B0A" w:rsidRDefault="00B208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7" w:type="dxa"/>
          </w:tcPr>
          <w:p w14:paraId="4D08A261" w14:textId="77777777" w:rsidR="00B208FD" w:rsidRPr="00157B0A" w:rsidRDefault="00000000">
            <w:pPr>
              <w:rPr>
                <w:rFonts w:ascii="Times New Roman" w:hAnsi="Times New Roman" w:cs="Times New Roman"/>
              </w:rPr>
            </w:pPr>
            <w:r w:rsidRPr="00157B0A">
              <w:rPr>
                <w:rFonts w:ascii="Times New Roman" w:hAnsi="Times New Roman" w:cs="Times New Roman"/>
              </w:rPr>
              <w:t>Wymogi minimalne wg OPZ</w:t>
            </w:r>
          </w:p>
        </w:tc>
        <w:tc>
          <w:tcPr>
            <w:tcW w:w="2007" w:type="dxa"/>
          </w:tcPr>
          <w:p w14:paraId="5F4A40AC" w14:textId="77777777" w:rsidR="00B208FD" w:rsidRPr="00157B0A" w:rsidRDefault="00B208FD">
            <w:pPr>
              <w:rPr>
                <w:rFonts w:ascii="Times New Roman" w:hAnsi="Times New Roman" w:cs="Times New Roman"/>
              </w:rPr>
            </w:pPr>
          </w:p>
        </w:tc>
      </w:tr>
      <w:tr w:rsidR="00B208FD" w:rsidRPr="00157B0A" w14:paraId="64D0C85A" w14:textId="77777777" w:rsidTr="00157B0A">
        <w:trPr>
          <w:jc w:val="center"/>
        </w:trPr>
        <w:tc>
          <w:tcPr>
            <w:tcW w:w="850" w:type="dxa"/>
          </w:tcPr>
          <w:p w14:paraId="19562055" w14:textId="77777777" w:rsidR="00B208FD" w:rsidRPr="00157B0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57B0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</w:tcPr>
          <w:p w14:paraId="182316BA" w14:textId="77777777" w:rsidR="00B208FD" w:rsidRPr="00157B0A" w:rsidRDefault="00000000">
            <w:pPr>
              <w:rPr>
                <w:rFonts w:ascii="Times New Roman" w:hAnsi="Times New Roman" w:cs="Times New Roman"/>
              </w:rPr>
            </w:pPr>
            <w:r w:rsidRPr="00157B0A">
              <w:rPr>
                <w:rFonts w:ascii="Times New Roman" w:hAnsi="Times New Roman" w:cs="Times New Roman"/>
              </w:rPr>
              <w:t>Pozycja 10: Konsoleta foniczna (Mikser)</w:t>
            </w:r>
            <w:r w:rsidRPr="00157B0A">
              <w:rPr>
                <w:rFonts w:ascii="Times New Roman" w:hAnsi="Times New Roman" w:cs="Times New Roman"/>
              </w:rPr>
              <w:br/>
              <w:t>[ Wymagana ilość: 1 komplet ]</w:t>
            </w:r>
          </w:p>
        </w:tc>
        <w:tc>
          <w:tcPr>
            <w:tcW w:w="2903" w:type="dxa"/>
            <w:gridSpan w:val="2"/>
          </w:tcPr>
          <w:p w14:paraId="152B99BE" w14:textId="77777777" w:rsidR="00B208FD" w:rsidRPr="00157B0A" w:rsidRDefault="00B208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7" w:type="dxa"/>
          </w:tcPr>
          <w:p w14:paraId="44B5BC08" w14:textId="53803124" w:rsidR="00B208FD" w:rsidRPr="00157B0A" w:rsidRDefault="00000000">
            <w:pPr>
              <w:rPr>
                <w:rFonts w:ascii="Times New Roman" w:hAnsi="Times New Roman" w:cs="Times New Roman"/>
              </w:rPr>
            </w:pPr>
            <w:r w:rsidRPr="00157B0A">
              <w:rPr>
                <w:rFonts w:ascii="Times New Roman" w:hAnsi="Times New Roman" w:cs="Times New Roman"/>
              </w:rPr>
              <w:t>Wymogi minimalne wg OPZ</w:t>
            </w:r>
          </w:p>
        </w:tc>
        <w:tc>
          <w:tcPr>
            <w:tcW w:w="2007" w:type="dxa"/>
          </w:tcPr>
          <w:p w14:paraId="0AFB469E" w14:textId="77777777" w:rsidR="00B208FD" w:rsidRPr="00157B0A" w:rsidRDefault="00B208FD">
            <w:pPr>
              <w:rPr>
                <w:rFonts w:ascii="Times New Roman" w:hAnsi="Times New Roman" w:cs="Times New Roman"/>
              </w:rPr>
            </w:pPr>
          </w:p>
        </w:tc>
      </w:tr>
      <w:tr w:rsidR="00B208FD" w:rsidRPr="00157B0A" w14:paraId="529FEEC2" w14:textId="77777777" w:rsidTr="00157B0A">
        <w:trPr>
          <w:jc w:val="center"/>
        </w:trPr>
        <w:tc>
          <w:tcPr>
            <w:tcW w:w="850" w:type="dxa"/>
          </w:tcPr>
          <w:p w14:paraId="38A3244D" w14:textId="77777777" w:rsidR="00B208FD" w:rsidRPr="00157B0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57B0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</w:tcPr>
          <w:p w14:paraId="65B45E42" w14:textId="77777777" w:rsidR="00B208FD" w:rsidRPr="00157B0A" w:rsidRDefault="00000000">
            <w:pPr>
              <w:rPr>
                <w:rFonts w:ascii="Times New Roman" w:hAnsi="Times New Roman" w:cs="Times New Roman"/>
              </w:rPr>
            </w:pPr>
            <w:r w:rsidRPr="00157B0A">
              <w:rPr>
                <w:rFonts w:ascii="Times New Roman" w:hAnsi="Times New Roman" w:cs="Times New Roman"/>
              </w:rPr>
              <w:t>Pozycja 11: Cyfrowy system mikrofonów bezprzewodowych</w:t>
            </w:r>
            <w:r w:rsidRPr="00157B0A">
              <w:rPr>
                <w:rFonts w:ascii="Times New Roman" w:hAnsi="Times New Roman" w:cs="Times New Roman"/>
              </w:rPr>
              <w:br/>
              <w:t>[ Wymagana ilość: 1 komplet ]</w:t>
            </w:r>
          </w:p>
        </w:tc>
        <w:tc>
          <w:tcPr>
            <w:tcW w:w="2903" w:type="dxa"/>
            <w:gridSpan w:val="2"/>
          </w:tcPr>
          <w:p w14:paraId="53910455" w14:textId="77777777" w:rsidR="00B208FD" w:rsidRPr="00157B0A" w:rsidRDefault="00B208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7" w:type="dxa"/>
          </w:tcPr>
          <w:p w14:paraId="7D602277" w14:textId="77EA03F9" w:rsidR="00B208FD" w:rsidRPr="00157B0A" w:rsidRDefault="00000000">
            <w:pPr>
              <w:rPr>
                <w:rFonts w:ascii="Times New Roman" w:hAnsi="Times New Roman" w:cs="Times New Roman"/>
              </w:rPr>
            </w:pPr>
            <w:r w:rsidRPr="00157B0A">
              <w:rPr>
                <w:rFonts w:ascii="Times New Roman" w:hAnsi="Times New Roman" w:cs="Times New Roman"/>
              </w:rPr>
              <w:t xml:space="preserve">Wymogi minimalne wg OPZ </w:t>
            </w:r>
          </w:p>
        </w:tc>
        <w:tc>
          <w:tcPr>
            <w:tcW w:w="2007" w:type="dxa"/>
          </w:tcPr>
          <w:p w14:paraId="6C173D84" w14:textId="77777777" w:rsidR="00B208FD" w:rsidRPr="00157B0A" w:rsidRDefault="00B208FD">
            <w:pPr>
              <w:rPr>
                <w:rFonts w:ascii="Times New Roman" w:hAnsi="Times New Roman" w:cs="Times New Roman"/>
              </w:rPr>
            </w:pPr>
          </w:p>
        </w:tc>
      </w:tr>
      <w:tr w:rsidR="00B208FD" w:rsidRPr="00157B0A" w14:paraId="40F8531E" w14:textId="77777777" w:rsidTr="00157B0A">
        <w:trPr>
          <w:jc w:val="center"/>
        </w:trPr>
        <w:tc>
          <w:tcPr>
            <w:tcW w:w="850" w:type="dxa"/>
          </w:tcPr>
          <w:p w14:paraId="5C97616A" w14:textId="77777777" w:rsidR="00B208FD" w:rsidRPr="00157B0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57B0A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268" w:type="dxa"/>
          </w:tcPr>
          <w:p w14:paraId="368110A7" w14:textId="77777777" w:rsidR="00B208FD" w:rsidRPr="00157B0A" w:rsidRDefault="00000000">
            <w:pPr>
              <w:rPr>
                <w:rFonts w:ascii="Times New Roman" w:hAnsi="Times New Roman" w:cs="Times New Roman"/>
              </w:rPr>
            </w:pPr>
            <w:r w:rsidRPr="00157B0A">
              <w:rPr>
                <w:rFonts w:ascii="Times New Roman" w:hAnsi="Times New Roman" w:cs="Times New Roman"/>
              </w:rPr>
              <w:t>Pozycja 12: Mikrofon nagłowny (Headset)</w:t>
            </w:r>
            <w:r w:rsidRPr="00157B0A">
              <w:rPr>
                <w:rFonts w:ascii="Times New Roman" w:hAnsi="Times New Roman" w:cs="Times New Roman"/>
              </w:rPr>
              <w:br/>
              <w:t>[ Wymagana ilość: 20 kompletów ]</w:t>
            </w:r>
          </w:p>
        </w:tc>
        <w:tc>
          <w:tcPr>
            <w:tcW w:w="2903" w:type="dxa"/>
            <w:gridSpan w:val="2"/>
          </w:tcPr>
          <w:p w14:paraId="106894C9" w14:textId="77777777" w:rsidR="00B208FD" w:rsidRPr="00157B0A" w:rsidRDefault="00B208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7" w:type="dxa"/>
          </w:tcPr>
          <w:p w14:paraId="1720ACC0" w14:textId="67A755C0" w:rsidR="00B208FD" w:rsidRPr="00157B0A" w:rsidRDefault="00000000">
            <w:pPr>
              <w:rPr>
                <w:rFonts w:ascii="Times New Roman" w:hAnsi="Times New Roman" w:cs="Times New Roman"/>
              </w:rPr>
            </w:pPr>
            <w:r w:rsidRPr="00157B0A">
              <w:rPr>
                <w:rFonts w:ascii="Times New Roman" w:hAnsi="Times New Roman" w:cs="Times New Roman"/>
              </w:rPr>
              <w:t xml:space="preserve">Wymogi minimalne wg OPZ </w:t>
            </w:r>
          </w:p>
        </w:tc>
        <w:tc>
          <w:tcPr>
            <w:tcW w:w="2007" w:type="dxa"/>
          </w:tcPr>
          <w:p w14:paraId="5B901166" w14:textId="77777777" w:rsidR="00B208FD" w:rsidRPr="00157B0A" w:rsidRDefault="00B208FD">
            <w:pPr>
              <w:rPr>
                <w:rFonts w:ascii="Times New Roman" w:hAnsi="Times New Roman" w:cs="Times New Roman"/>
              </w:rPr>
            </w:pPr>
          </w:p>
        </w:tc>
      </w:tr>
    </w:tbl>
    <w:p w14:paraId="1199704E" w14:textId="77777777" w:rsidR="00B208FD" w:rsidRPr="00157B0A" w:rsidRDefault="00000000">
      <w:pPr>
        <w:spacing w:before="200" w:after="60"/>
        <w:rPr>
          <w:rFonts w:ascii="Times New Roman" w:hAnsi="Times New Roman" w:cs="Times New Roman"/>
        </w:rPr>
      </w:pPr>
      <w:r w:rsidRPr="00157B0A">
        <w:rPr>
          <w:rFonts w:ascii="Times New Roman" w:hAnsi="Times New Roman" w:cs="Times New Roman"/>
          <w:b/>
          <w:color w:val="0F2240"/>
        </w:rPr>
        <w:t>OŚWIADCZENIE DOTYCZĄCE WYMAGAŃ MINIMALNYCH I RÓWNOWAŻNOŚCI:</w:t>
      </w:r>
    </w:p>
    <w:p w14:paraId="467621F9" w14:textId="77777777" w:rsidR="00B208FD" w:rsidRPr="00157B0A" w:rsidRDefault="00000000">
      <w:pPr>
        <w:rPr>
          <w:rFonts w:ascii="Times New Roman" w:hAnsi="Times New Roman" w:cs="Times New Roman"/>
        </w:rPr>
      </w:pPr>
      <w:r w:rsidRPr="00157B0A">
        <w:rPr>
          <w:rFonts w:ascii="Times New Roman" w:hAnsi="Times New Roman" w:cs="Times New Roman"/>
        </w:rPr>
        <w:t>1. Oświadczam, że wszystkie zaoferowane urządzenia spełniają minimalne parametry techniczne, jakościowe i funkcjonalne określone w Załączniku nr 5 do SWZ (OPZ), co potwierdzają załączone karty katalogowe producenta.</w:t>
      </w:r>
      <w:r w:rsidRPr="00157B0A">
        <w:rPr>
          <w:rFonts w:ascii="Times New Roman" w:hAnsi="Times New Roman" w:cs="Times New Roman"/>
        </w:rPr>
        <w:br/>
        <w:t>2. W przypadku zaoferowania rozwiązań równoważnych (w szczególności dotyczących konsolety fonicznej, stage boxa, cyfrowego systemu mikrofonów bezprzewodowych oraz protokołów sieciowych), oświadczam, że oferowane urządzenia spełniają pełne kryteria równoważności określone w OPZ.</w:t>
      </w:r>
    </w:p>
    <w:p w14:paraId="79BD54FB" w14:textId="77777777" w:rsidR="00B208FD" w:rsidRPr="00157B0A" w:rsidRDefault="00000000">
      <w:pPr>
        <w:spacing w:before="360"/>
        <w:jc w:val="right"/>
        <w:rPr>
          <w:rFonts w:ascii="Times New Roman" w:hAnsi="Times New Roman" w:cs="Times New Roman"/>
        </w:rPr>
      </w:pPr>
      <w:r w:rsidRPr="00157B0A">
        <w:rPr>
          <w:rFonts w:ascii="Times New Roman" w:hAnsi="Times New Roman" w:cs="Times New Roman"/>
        </w:rPr>
        <w:t>.......................................................................................................................</w:t>
      </w:r>
      <w:r w:rsidRPr="00157B0A">
        <w:rPr>
          <w:rFonts w:ascii="Times New Roman" w:hAnsi="Times New Roman" w:cs="Times New Roman"/>
        </w:rPr>
        <w:br/>
      </w:r>
      <w:r w:rsidRPr="00157B0A">
        <w:rPr>
          <w:rFonts w:ascii="Times New Roman" w:hAnsi="Times New Roman" w:cs="Times New Roman"/>
          <w:i/>
        </w:rPr>
        <w:t>Podpis osoby/osób upoważnionych do reprezentowania Wykonawcy</w:t>
      </w:r>
      <w:r w:rsidRPr="00157B0A">
        <w:rPr>
          <w:rFonts w:ascii="Times New Roman" w:hAnsi="Times New Roman" w:cs="Times New Roman"/>
          <w:i/>
        </w:rPr>
        <w:br/>
        <w:t>(kwalifikowany podpis elektroniczny)</w:t>
      </w:r>
    </w:p>
    <w:sectPr w:rsidR="00B208FD" w:rsidRPr="00157B0A" w:rsidSect="00034616">
      <w:pgSz w:w="11909" w:h="16834"/>
      <w:pgMar w:top="936" w:right="936" w:bottom="936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9154976">
    <w:abstractNumId w:val="8"/>
  </w:num>
  <w:num w:numId="2" w16cid:durableId="1368874198">
    <w:abstractNumId w:val="6"/>
  </w:num>
  <w:num w:numId="3" w16cid:durableId="812478851">
    <w:abstractNumId w:val="5"/>
  </w:num>
  <w:num w:numId="4" w16cid:durableId="1091392023">
    <w:abstractNumId w:val="4"/>
  </w:num>
  <w:num w:numId="5" w16cid:durableId="2068020548">
    <w:abstractNumId w:val="7"/>
  </w:num>
  <w:num w:numId="6" w16cid:durableId="1490712710">
    <w:abstractNumId w:val="3"/>
  </w:num>
  <w:num w:numId="7" w16cid:durableId="1814522247">
    <w:abstractNumId w:val="2"/>
  </w:num>
  <w:num w:numId="8" w16cid:durableId="1677919713">
    <w:abstractNumId w:val="1"/>
  </w:num>
  <w:num w:numId="9" w16cid:durableId="754403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7B0A"/>
    <w:rsid w:val="00177637"/>
    <w:rsid w:val="0029639D"/>
    <w:rsid w:val="00326F90"/>
    <w:rsid w:val="004E13BB"/>
    <w:rsid w:val="005451A8"/>
    <w:rsid w:val="005C2EB8"/>
    <w:rsid w:val="00676385"/>
    <w:rsid w:val="00754F9B"/>
    <w:rsid w:val="008A3530"/>
    <w:rsid w:val="00984C1B"/>
    <w:rsid w:val="00AA1D8D"/>
    <w:rsid w:val="00B208FD"/>
    <w:rsid w:val="00B47730"/>
    <w:rsid w:val="00CB0664"/>
    <w:rsid w:val="00D15524"/>
    <w:rsid w:val="00DD0B7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5287CE"/>
  <w14:defaultImageDpi w14:val="300"/>
  <w15:docId w15:val="{5798D34B-BE10-8E4F-8FEF-BB9BD6B07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6763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63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63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63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63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561</Words>
  <Characters>3369</Characters>
  <Application>Microsoft Office Word</Application>
  <DocSecurity>0</DocSecurity>
  <Lines>28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3923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Jarosław Choptiany</cp:lastModifiedBy>
  <cp:revision>7</cp:revision>
  <cp:lastPrinted>2026-08-18T08:51:00Z</cp:lastPrinted>
  <dcterms:created xsi:type="dcterms:W3CDTF">2013-12-23T23:15:00Z</dcterms:created>
  <dcterms:modified xsi:type="dcterms:W3CDTF">2026-08-20T12:28:00Z</dcterms:modified>
  <cp:category/>
</cp:coreProperties>
</file>