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40" w:after="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ZAŁĄCZNIK Nr 1 do SWZ - FORMULARZ OFERTY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Zamawiający:</w:t>
        <w:br/>
        <w:t>Wojewódzki Inspektorat Farmaceutyczny w Białymstoku</w:t>
        <w:br/>
        <w:t>Adres: ul. Kombatantów 4, 15-110 Białystok</w:t>
        <w:br/>
        <w:br/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Zamówienie klasyczne o wartości mniejszej niż progi unijne w trybie podstawowym, o którym mowa w art. 275 pkt 1 ustawy z dnia 11 września 2019 r. - Prawo zamówień publicznych (t.j. Dz. U. z 2026 r. poz. 793 z późn. zm.), którego przedmiotem jest: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Dostawa, montaż </w:t>
      </w:r>
      <w:r>
        <w:rPr>
          <w:rFonts w:ascii="Times New Roman" w:hAnsi="Times New Roman"/>
          <w:color w:val="000000"/>
          <w:sz w:val="24"/>
          <w:szCs w:val="24"/>
        </w:rPr>
        <w:t>i kwalifikacja</w:t>
      </w:r>
      <w:r>
        <w:rPr>
          <w:rFonts w:ascii="Times New Roman" w:hAnsi="Times New Roman"/>
          <w:color w:val="000000"/>
          <w:sz w:val="24"/>
          <w:szCs w:val="24"/>
        </w:rPr>
        <w:t xml:space="preserve"> sterylizatora parowego poziomego wraz z wyposażeniem o pojemności użytkowej 100 litrów do Laboratorium Kontroli Jakości Leków Wojewódzkiego Inspektoratu Farmaceutycznego w Białymstoku.</w:t>
        <w:br/>
        <w:br/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Pełna nazwa Wykonawcy/Wykonawców /w przypadku Konsorcjum/: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.....................................................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wpisany do Krajowego Rejestru Sądowego prowadzonego przez: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..................................................…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pod numerem: ....................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adres: ul. .................................... nr ............,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kod pocztowy .........-.............. miejscowość: ....................................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województwo: ....................................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Regon: .................................... NIP: ....................................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  <w:t>Osoby uprawnione do kontaktu z Zamawiającym: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Osoba do kontaktu w sprawach dotyczących oferty:</w:t>
        <w:br/>
        <w:t>Imię i nazwisko: .................................... Numer telefonu: .................................…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adres email: ....................................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Osoba do kontaktu w sprawach dotyczących realizacji umowy (dane niezbędne do sporządzenia umowy):</w:t>
        <w:br/>
        <w:t>Imię i nazwisko: .................................... Numer telefonu: .................................…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adres email: ....................................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Numer rachunku bankowego (dane niezbędne do sporządzenia umowy):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  <w:t>Oferuję/-my realizację przedmiotu zamówienia za łączną cenę brutto w wysokości: .................... zł (słownie: .................................................... złotych), w tym cena netto: .................... zł, % stawka podatku od towarów i usług VAT w wysokości: .................... zł (słownie: .................................................... złotych).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Dane oferowanego przedmiotu zamówienia:</w:t>
        <w:br/>
        <w:t>Nazwa: ....................................</w:t>
        <w:br/>
        <w:t>Typ/model: ....................................</w:t>
        <w:br/>
        <w:t>Nr katalogowy: ....................................</w:t>
        <w:br/>
        <w:t>Producent: ....................................</w:t>
        <w:br/>
        <w:t>Kraj pochodzenia: ....................................</w:t>
        <w:br/>
        <w:t>Rok produkcji: ....................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Zobowiązuję /-my się do udzielenia ............* miesięcznej gwarancji na przedmiot zamówienia w zakresie określonym w SWZ.</w:t>
        <w:br/>
        <w:t>* Gwarancja stanowi nieodłączny element przedmiotu zamówienia, a jej okres nie może być krótszy niż 24 miesiące.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Oświadczam/-my, że:</w:t>
        <w:br/>
        <w:t>1) zamówienie zostanie zrealizowane w terminach określonych w SWZ oraz w projekcie umowy,</w:t>
        <w:br/>
        <w:t>2) zapoznałem/-liśmy się z warunkami zamówienia, treścią SWZ oraz projektem umowy i nie wnoszę/-imy do nich zastrzeżeń,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3) oferowany przedmiot zamówienia spełnia wymogi określone w SWZ,</w:t>
        <w:br/>
        <w:t>4) uważam/my się za związany/-nych niniejszą ofertą przez okres 30 dni bieg terminu związania ofertą rozpoczyna się wraz z upływem terminu składania ofert,</w:t>
        <w:br/>
        <w:t>5) zapoznałem/-liśmy się z projektem umowy, stanowiącym załącznik nr 5 do SWZ, przyjmuje/-emy go bez zastrzeżeń i we wskazanym przez Zamawiającego terminie i miejscu zobowiązuję/-emy się do podpisania umowy, na warunkach określonych w SWZ,</w:t>
        <w:br/>
        <w:t>6) jestem/jesteśmy: mikro przedsiębiorcą / małym przedsiębiorcą / średnim przedsiębiorcą* (*niepotrzebne skreślić. W rozumieniu art. 7 ust 1 pkt 2 i 3 ustawy z dnia 6 marca 2018r. Prawo przedsiębiorców).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Oświadczam/-my, że zamówienie zrealizuje/-emy sami /przy udziale podwykonawców (jeżeli jest to wiadome należy podać również dane proponowanych podwykonawców):</w:t>
        <w:br/>
        <w:t>1) .................................................................................................... (część powierzonego zamówienia i firma podwykonawcy)</w:t>
        <w:br/>
        <w:t>2) .................................................................................................... (część powierzonego zamówienia i firma podwykonawcy)</w:t>
        <w:br/>
        <w:t>3) .................................................................................................... (część powierzonego zamówienia i firma podwykonawcy)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Wykonawca zastrzega*, że na stronach ........ oferty zawarł informacje, stanowiące tajemnicę jego przedsiębiorstwa w rozumieniu ustawy z dnia 16 kwietnia 1993 r. o zwalczaniu nieuczciwej konkurencji. (*Proszę wypełnić, jeżeli w ofercie zawarte są informacje stanowiące tajemnicę przedsiębiorstwa Wykonawcy)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Niniejsza oferta zawiera ........ kolejno ponumerowanych stron.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 Integralnymi częściami niniejszej oferty są następujące załączniki:</w:t>
        <w:br/>
        <w:t>1) Oświadczenie Wykonawcy dotyczące przesłanek wykluczenia z postępowania oraz spełniania warunków udziału w postępowaniu.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……………………………………..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Oświadczenie Wykonawcy dotyczące przesłanek wykluczenia z postępowania oraz spełniania warunków udziału w postępowaniu,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………..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ab/>
        <w:tab/>
        <w:tab/>
        <w:t>…………………………………………………………………………….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 xml:space="preserve">     (data, miejscowość, podpis)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2240" w:h="15840"/>
      <w:pgMar w:left="1152" w:right="1152" w:gutter="0" w:header="0" w:top="1152" w:footer="0" w:bottom="115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ＭＳ 明朝" w:cs=""/>
      <w:color w:val="222222"/>
      <w:kern w:val="0"/>
      <w:sz w:val="21"/>
      <w:szCs w:val="22"/>
      <w:lang w:val="en-US" w:eastAsia="en-US" w:bidi="ar-SA"/>
    </w:rPr>
  </w:style>
  <w:style w:type="paragraph" w:styleId="Nagwek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Nagwek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Nagwek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gwek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Nagwek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gwek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gwek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Wyrnienie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zeinternetowe">
    <w:name w:val="Hyperlink"/>
    <w:rPr>
      <w:color w:val="000080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a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ytu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"/>
    <w:pPr/>
    <w:rPr/>
  </w:style>
  <w:style w:type="paragraph" w:styleId="Nagwekspisutreci">
    <w:name w:val="TOC Heading"/>
    <w:basedOn w:val="Nagwek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Application>LibreOffice/7.5.4.2$Windows_X86_64 LibreOffice_project/36ccfdc35048b057fd9854c757a8b67ec53977b6</Application>
  <AppVersion>15.0000</AppVersion>
  <Pages>3</Pages>
  <Words>569</Words>
  <Characters>4768</Characters>
  <CharactersWithSpaces>5332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pl-PL</dc:language>
  <cp:lastModifiedBy/>
  <dcterms:modified xsi:type="dcterms:W3CDTF">2026-08-21T12:32:08Z</dcterms:modified>
  <cp:revision>111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