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40" w:after="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ZAŁĄCZNIK Nr 4 do SWZ – WYKAZ DOSTAW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Zamawiający:</w:t>
        <w:br/>
        <w:t>Wojewódzki Inspektorat Farmaceutyczny w Białymstoku</w:t>
        <w:br/>
        <w:t>Adres: ul. Kombatantów 4, 15-110 Białystok</w:t>
        <w:br/>
        <w:br/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Zamówienie klasyczne o wartości mniejszej niż progi unijne w trybie podstawowym, o którym mowa w art. 275 pkt 1 ustawy z dnia 11 września 2019 r. - Prawo zamówień publicznych (t.j. Dz. U. z 2026 r. poz. 793 z późn. zm.), którego przedmiotem jest: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Dostawa, montaż </w:t>
      </w:r>
      <w:r>
        <w:rPr>
          <w:rFonts w:ascii="Times New Roman" w:hAnsi="Times New Roman"/>
          <w:color w:val="000000"/>
          <w:sz w:val="24"/>
          <w:szCs w:val="24"/>
        </w:rPr>
        <w:t>i kwalifikacja</w:t>
      </w:r>
      <w:r>
        <w:rPr>
          <w:rFonts w:ascii="Times New Roman" w:hAnsi="Times New Roman"/>
          <w:color w:val="000000"/>
          <w:sz w:val="24"/>
          <w:szCs w:val="24"/>
        </w:rPr>
        <w:t xml:space="preserve"> sterylizatora parowego poziomego wraz z wyposażeniem o pojemności użytkowej 100 litrów do Laboratorium Kontroli Jakości Leków Wojewódzkiego Inspektoratu Farmaceutycznego w Białymstoku.</w:t>
        <w:br/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Pełna nazwa Wykonawcy/Wykonawców /w przypadku Konsorcjum/:</w:t>
      </w:r>
    </w:p>
    <w:p>
      <w:pPr>
        <w:pStyle w:val="Normal"/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..................................................……………………………………………….</w:t>
      </w: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br/>
        <w:br/>
        <w:t>W celu wykazania spełnienia warunków udziału w postępowaniu określonych przez Zamawiającego w SWZ, wskazuję wykonanie następujących dostaw:</w:t>
      </w:r>
    </w:p>
    <w:p>
      <w:pPr>
        <w:pStyle w:val="Normal"/>
        <w:spacing w:before="60" w:after="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1) Podmiot, na rzecz których dostawy zostały wykonane: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……………………………………………………………………………………………………………</w:t>
      </w: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.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Rodzaj zamówienia: ……………………………………………………………………………………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Wartość zamówienia netto: ………………………………………………………………………………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Data i miejsce wykonania: ……………………………………………………………………………….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*Powyższa informacja dotyczy zasobów podmiotów innych niż Wykonawca w zakresie wiedzy i doświadczenia</w:t>
      </w:r>
    </w:p>
    <w:p>
      <w:pPr>
        <w:pStyle w:val="Normal"/>
        <w:spacing w:before="60" w:after="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2) Podmiot, na rzecz których dostawy zostały wykonane: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……………………………………………………………………………………………………………</w:t>
      </w: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.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Rodzaj zamówienia: ……………………………………………………………………………………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Wartość zamówienia netto: ………………………………………………………………………………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Data i miejsce wykonania: ……………………………………………………………………………….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*Powyższa informacja dotyczy zasobów podmiotów innych niż Wykonawca w zakresie wiedzy i doświadczenia</w:t>
      </w:r>
    </w:p>
    <w:p>
      <w:pPr>
        <w:pStyle w:val="Normal"/>
        <w:spacing w:before="60" w:after="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3) Podmiot, na rzecz których dostawy zostały wykonane: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……………………………………………………………………………………………………………</w:t>
      </w: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.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Rodzaj zamówienia: ……………………………………………………………………………………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Wartość zamówienia netto: ………………………………………………………………………………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Data i miejsce wykonania: ……………………………………………………………………………….</w:t>
      </w:r>
    </w:p>
    <w:p>
      <w:pPr>
        <w:pStyle w:val="Normal"/>
        <w:spacing w:before="60" w:after="60"/>
        <w:jc w:val="both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*Powyższa informacja dotyczy zasobów podmiotów innych niż Wykonawca w zakresie wiedzy i doświadczenia</w:t>
      </w:r>
    </w:p>
    <w:p>
      <w:pPr>
        <w:pStyle w:val="Normal"/>
        <w:spacing w:before="60" w:after="60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br/>
      </w: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single"/>
        </w:rPr>
        <w:t>*Niepotrzebne skreślić</w:t>
      </w:r>
    </w:p>
    <w:p>
      <w:pPr>
        <w:pStyle w:val="Normal"/>
        <w:spacing w:before="60" w:after="60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</w:r>
    </w:p>
    <w:p>
      <w:pPr>
        <w:pStyle w:val="Normal"/>
        <w:spacing w:before="60" w:after="60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</w:r>
    </w:p>
    <w:p>
      <w:pPr>
        <w:pStyle w:val="Normal"/>
        <w:spacing w:before="60" w:after="60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</w:r>
    </w:p>
    <w:p>
      <w:pPr>
        <w:pStyle w:val="Normal"/>
        <w:spacing w:before="60" w:after="60"/>
        <w:rPr>
          <w:b/>
          <w:bCs/>
          <w:i w:val="false"/>
          <w:i w:val="false"/>
          <w:iCs w:val="false"/>
          <w:u w:val="none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  <w:u w:val="none"/>
        </w:rPr>
        <w:t>Załączniki:</w:t>
      </w:r>
    </w:p>
    <w:p>
      <w:pPr>
        <w:pStyle w:val="Normal"/>
        <w:spacing w:before="60" w:after="60"/>
        <w:rPr>
          <w:b/>
          <w:bCs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u w:val="none"/>
        </w:rPr>
        <w:t>Dowody należytego wykonania zamówień</w:t>
      </w:r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  <w:u w:val="none"/>
        </w:rPr>
        <w:t>:</w:t>
      </w:r>
    </w:p>
    <w:p>
      <w:pPr>
        <w:pStyle w:val="Normal"/>
        <w:spacing w:before="60" w:after="60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1) …………………………………………….</w:t>
      </w:r>
    </w:p>
    <w:p>
      <w:pPr>
        <w:pStyle w:val="Normal"/>
        <w:spacing w:before="60" w:after="60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2) …………………………………………….</w:t>
      </w:r>
    </w:p>
    <w:p>
      <w:pPr>
        <w:pStyle w:val="Normal"/>
        <w:spacing w:before="60" w:after="60"/>
        <w:rPr>
          <w:i w:val="false"/>
          <w:i w:val="false"/>
          <w:iCs w:val="false"/>
          <w:u w:val="none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  <w:u w:val="none"/>
        </w:rPr>
        <w:t>3) …………………………………………….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ab/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ab/>
        <w:tab/>
        <w:tab/>
        <w:t>…………………………………………………………………………….</w:t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ab/>
        <w:tab/>
        <w:tab/>
        <w:tab/>
        <w:tab/>
        <w:tab/>
        <w:tab/>
        <w:t xml:space="preserve">     (data, miejscowość, podpis)</w:t>
      </w:r>
    </w:p>
    <w:sectPr>
      <w:type w:val="nextPage"/>
      <w:pgSz w:w="12240" w:h="15840"/>
      <w:pgMar w:left="1152" w:right="1152" w:gutter="0" w:header="0" w:top="1152" w:footer="0" w:bottom="115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ＭＳ 明朝" w:cs=""/>
      <w:color w:val="222222"/>
      <w:kern w:val="0"/>
      <w:sz w:val="21"/>
      <w:szCs w:val="22"/>
      <w:lang w:val="en-US" w:eastAsia="en-US" w:bidi="ar-SA"/>
    </w:rPr>
  </w:style>
  <w:style w:type="paragraph" w:styleId="Nagwek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Nagwek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Nagwek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Nagwek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Nagwek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Nagwek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gwek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Wyrnienie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Czeinternetowe">
    <w:name w:val="Hyperlink"/>
    <w:rPr>
      <w:color w:val="000080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a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ytu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"/>
    <w:pPr/>
    <w:rPr/>
  </w:style>
  <w:style w:type="paragraph" w:styleId="Nagwekspisutreci">
    <w:name w:val="TOC Heading"/>
    <w:basedOn w:val="Nagwek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Application>LibreOffice/7.5.4.2$Windows_X86_64 LibreOffice_project/36ccfdc35048b057fd9854c757a8b67ec53977b6</Application>
  <AppVersion>15.0000</AppVersion>
  <Pages>2</Pages>
  <Words>231</Words>
  <Characters>1944</Characters>
  <CharactersWithSpaces>2169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pl-PL</dc:language>
  <cp:lastModifiedBy/>
  <dcterms:modified xsi:type="dcterms:W3CDTF">2026-08-21T12:33:11Z</dcterms:modified>
  <cp:revision>111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