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687C4" w14:textId="41B376DB" w:rsidR="0057399C" w:rsidRDefault="0057399C" w:rsidP="001B728E">
      <w:pPr>
        <w:spacing w:line="240" w:lineRule="auto"/>
        <w:jc w:val="both"/>
      </w:pPr>
      <w:bookmarkStart w:id="0" w:name="załącznik-nr-1a-do-swz"/>
    </w:p>
    <w:p w14:paraId="71D313DC" w14:textId="6E1DD413" w:rsidR="0057399C" w:rsidRPr="001B728E" w:rsidRDefault="00042074" w:rsidP="001B728E">
      <w:pPr>
        <w:ind w:left="5760" w:firstLine="720"/>
        <w:rPr>
          <w:rFonts w:asciiTheme="majorHAnsi" w:eastAsiaTheme="majorEastAsia" w:hAnsiTheme="majorHAnsi" w:cstheme="majorBidi"/>
          <w:b/>
          <w:bCs/>
          <w:sz w:val="32"/>
          <w:szCs w:val="28"/>
        </w:rPr>
      </w:pPr>
      <w:bookmarkStart w:id="1" w:name="załącznik-nr-1-do-swz"/>
      <w:bookmarkEnd w:id="0"/>
      <w:r>
        <w:t>Załącznik nr 1 do SWZ</w:t>
      </w:r>
    </w:p>
    <w:p w14:paraId="49ADDED3" w14:textId="77777777" w:rsidR="0057399C" w:rsidRDefault="00042074" w:rsidP="000B05C6">
      <w:pPr>
        <w:spacing w:line="240" w:lineRule="auto"/>
        <w:jc w:val="both"/>
      </w:pPr>
      <w:r>
        <w:t xml:space="preserve">……………………………………………….. </w:t>
      </w:r>
      <w:r>
        <w:rPr>
          <w:i/>
          <w:iCs/>
        </w:rPr>
        <w:t>(miejscowość i data)</w:t>
      </w:r>
    </w:p>
    <w:p w14:paraId="2E4A20E4" w14:textId="77777777" w:rsidR="0057399C" w:rsidRDefault="00042074" w:rsidP="000B05C6">
      <w:pPr>
        <w:pStyle w:val="Tekstpodstawowy"/>
        <w:spacing w:line="240" w:lineRule="auto"/>
        <w:jc w:val="both"/>
      </w:pPr>
      <w:r>
        <w:t xml:space="preserve">……………………………………………….. </w:t>
      </w:r>
      <w:r>
        <w:rPr>
          <w:i/>
          <w:iCs/>
        </w:rPr>
        <w:t>(pieczęć Wykonawcy)</w:t>
      </w:r>
    </w:p>
    <w:p w14:paraId="6CDC954E" w14:textId="32AE4621" w:rsidR="0057399C" w:rsidRDefault="00042074" w:rsidP="000B05C6">
      <w:pPr>
        <w:pStyle w:val="Tekstpodstawowy"/>
        <w:spacing w:line="240" w:lineRule="auto"/>
        <w:jc w:val="both"/>
      </w:pPr>
      <w:r>
        <w:rPr>
          <w:b/>
          <w:bCs/>
        </w:rPr>
        <w:t xml:space="preserve">Oznaczenie zamawiającego: </w:t>
      </w:r>
      <w:r w:rsidR="000B05C6">
        <w:rPr>
          <w:b/>
          <w:bCs/>
        </w:rPr>
        <w:t>L.dz. SP-36/2025/2026</w:t>
      </w:r>
    </w:p>
    <w:p w14:paraId="6558C04E" w14:textId="77777777" w:rsidR="0057399C" w:rsidRDefault="00042074" w:rsidP="00CC1319">
      <w:pPr>
        <w:pStyle w:val="Nagwek2"/>
        <w:spacing w:line="240" w:lineRule="auto"/>
      </w:pPr>
      <w:bookmarkStart w:id="2" w:name="formularz-ofertowy"/>
      <w:r>
        <w:t>FORMULARZ OFERTOWY</w:t>
      </w:r>
    </w:p>
    <w:p w14:paraId="18D64AA1" w14:textId="47497B7F" w:rsidR="0057399C" w:rsidRDefault="00042074" w:rsidP="000B05C6">
      <w:pPr>
        <w:spacing w:line="240" w:lineRule="auto"/>
        <w:jc w:val="both"/>
      </w:pPr>
      <w:r>
        <w:t xml:space="preserve">Nawiązując do ogłoszenia w trybie podstawowym realizowanym na podstawie art. 275 pkt 1 ustawy PZP na wykonanie zadania pn. „Zakup i sukcesywna dostawa 160 000 kg wraz z transportem w sezonie grzewczym 2026/2027 roku sprasowanej biomasy drzewnej typu </w:t>
      </w:r>
      <w:proofErr w:type="spellStart"/>
      <w:r>
        <w:t>pellet</w:t>
      </w:r>
      <w:proofErr w:type="spellEnd"/>
      <w:r>
        <w:t xml:space="preserve"> klasy </w:t>
      </w:r>
      <w:proofErr w:type="spellStart"/>
      <w:r>
        <w:t>A1</w:t>
      </w:r>
      <w:proofErr w:type="spellEnd"/>
      <w:r>
        <w:t xml:space="preserve"> dla Szkoły Podstawowej im. Jana Pawła II w Łopusznie“ oferujemy wykonywanie przedmiotu zamówienia w zakresie określonym Specyfikacją Warunków Zamówienia (SWZ), za wynagrodzenie obliczone zgodnie z cennikiem jednostkowym i rzeczywistymi ilościami dostarczonego towaru.</w:t>
      </w:r>
    </w:p>
    <w:p w14:paraId="6FF9B13E" w14:textId="77777777" w:rsidR="0057399C" w:rsidRDefault="00042074" w:rsidP="000B05C6">
      <w:pPr>
        <w:pStyle w:val="Nagwek3"/>
        <w:spacing w:line="240" w:lineRule="auto"/>
        <w:jc w:val="both"/>
      </w:pPr>
      <w:bookmarkStart w:id="3" w:name="cena"/>
      <w:r>
        <w:t>CENA</w:t>
      </w:r>
    </w:p>
    <w:p w14:paraId="59117E8C" w14:textId="77777777" w:rsidR="0057399C" w:rsidRDefault="00042074" w:rsidP="000B05C6">
      <w:pPr>
        <w:spacing w:line="240" w:lineRule="auto"/>
        <w:jc w:val="both"/>
      </w:pPr>
      <w:r>
        <w:t>Cena oferty zgodnie z formularzem wynosi:</w:t>
      </w:r>
    </w:p>
    <w:tbl>
      <w:tblPr>
        <w:tblStyle w:val="Table"/>
        <w:tblW w:w="0" w:type="auto"/>
        <w:tblLook w:val="0020" w:firstRow="1" w:lastRow="0" w:firstColumn="0" w:lastColumn="0" w:noHBand="0" w:noVBand="0"/>
      </w:tblPr>
      <w:tblGrid>
        <w:gridCol w:w="8829"/>
      </w:tblGrid>
      <w:tr w:rsidR="0057399C" w14:paraId="5B06E485" w14:textId="77777777">
        <w:trPr>
          <w:tblHeader/>
        </w:trPr>
        <w:tc>
          <w:tcPr>
            <w:tcW w:w="0" w:type="auto"/>
          </w:tcPr>
          <w:p w14:paraId="0F30B7C6" w14:textId="77777777" w:rsidR="0057399C" w:rsidRDefault="00042074" w:rsidP="000B05C6">
            <w:pPr>
              <w:spacing w:line="240" w:lineRule="auto"/>
            </w:pPr>
            <w:r>
              <w:t xml:space="preserve">Dostawa sprasowanej biomasy drzewnej typu </w:t>
            </w:r>
            <w:proofErr w:type="spellStart"/>
            <w:r>
              <w:t>pellet</w:t>
            </w:r>
            <w:proofErr w:type="spellEnd"/>
            <w:r>
              <w:t xml:space="preserve"> klasy </w:t>
            </w:r>
            <w:proofErr w:type="spellStart"/>
            <w:r>
              <w:t>A1</w:t>
            </w:r>
            <w:proofErr w:type="spellEnd"/>
            <w:r>
              <w:t xml:space="preserve"> o granulacji 6 mm w ilości 160 000 kg dla Szkoły Podstawowej im. Jana Pawła II w Łopusznie</w:t>
            </w:r>
          </w:p>
        </w:tc>
      </w:tr>
      <w:tr w:rsidR="0057399C" w14:paraId="002EA7C6" w14:textId="77777777">
        <w:tc>
          <w:tcPr>
            <w:tcW w:w="0" w:type="auto"/>
          </w:tcPr>
          <w:p w14:paraId="3279A7FF" w14:textId="77777777" w:rsidR="0057399C" w:rsidRDefault="00042074" w:rsidP="000B05C6">
            <w:pPr>
              <w:spacing w:line="240" w:lineRule="auto"/>
            </w:pPr>
            <w:r>
              <w:t xml:space="preserve">SZACUNKOWA CENA ŁĄCZNA za realizację pełnego zakresu zamówienia podstawowego (160 000 kg), ze wszystkimi opłatami koniecznymi przy realizacji zamówienia, w wysokości: ……………………………………….. PLN brutto (słownie: ……………………………………………………………………………………………… PLN), w tym podatek VAT w wysokości ……….. %, co stanowi kwotę ……………….. PLN (słownie: …………………………………………………………………………………………………… PLN), netto: ………………………………………… (słownie: ……………………………………………………………………………………………………PLN). Powyższa kwota ma charakter szacunkowy — rozliczenie następuje według rzeczywistych ilości dostarczonego </w:t>
            </w:r>
            <w:proofErr w:type="spellStart"/>
            <w:r>
              <w:t>pelletu</w:t>
            </w:r>
            <w:proofErr w:type="spellEnd"/>
            <w:r>
              <w:t xml:space="preserve"> i ceny jednostkowej.</w:t>
            </w:r>
          </w:p>
        </w:tc>
      </w:tr>
      <w:tr w:rsidR="0057399C" w14:paraId="729E086B" w14:textId="77777777">
        <w:tc>
          <w:tcPr>
            <w:tcW w:w="0" w:type="auto"/>
          </w:tcPr>
          <w:p w14:paraId="18E70B02" w14:textId="77777777" w:rsidR="0057399C" w:rsidRDefault="00042074" w:rsidP="000B05C6">
            <w:pPr>
              <w:spacing w:line="240" w:lineRule="auto"/>
            </w:pPr>
            <w:r>
              <w:rPr>
                <w:b/>
                <w:bCs/>
              </w:rPr>
              <w:t>Wyszczególnienie jednostkowe:</w:t>
            </w:r>
            <w:r>
              <w:t xml:space="preserve"> Cena za 1 000 kg: netto ………..………… PLN, podatek VAT ………………….PLN, brutto ………….…..…. PLN</w:t>
            </w:r>
          </w:p>
        </w:tc>
      </w:tr>
    </w:tbl>
    <w:p w14:paraId="33B5DE06" w14:textId="77777777" w:rsidR="0057399C" w:rsidRDefault="00042074">
      <w:pPr>
        <w:numPr>
          <w:ilvl w:val="0"/>
          <w:numId w:val="61"/>
        </w:numPr>
        <w:spacing w:line="240" w:lineRule="auto"/>
        <w:jc w:val="both"/>
      </w:pPr>
      <w:r>
        <w:t>Oświadczam, że podana wyżej cena jednostkowa obejmuje wszelkie koszty związane z realizacją przedmiotu zamówienia, uwzględnia wszelkie koszty, okoliczności i ryzyka niezbędne do wykonania przedmiotu zamówienia dla osiągnięcia zamierzonego efektu rzeczowego, o których mowa w SWZ.</w:t>
      </w:r>
    </w:p>
    <w:p w14:paraId="63136079" w14:textId="77777777" w:rsidR="0057399C" w:rsidRDefault="00042074">
      <w:pPr>
        <w:numPr>
          <w:ilvl w:val="0"/>
          <w:numId w:val="61"/>
        </w:numPr>
        <w:spacing w:line="240" w:lineRule="auto"/>
        <w:jc w:val="both"/>
      </w:pPr>
      <w:r>
        <w:rPr>
          <w:b/>
          <w:bCs/>
        </w:rPr>
        <w:t>TERMIN PŁATNOŚCI FAKTURY</w:t>
      </w:r>
      <w:r>
        <w:t xml:space="preserve"> Oferuję 30-dniowy termin płatności faktury wystawionej w systemie </w:t>
      </w:r>
      <w:proofErr w:type="spellStart"/>
      <w:r>
        <w:t>KSeF</w:t>
      </w:r>
      <w:proofErr w:type="spellEnd"/>
      <w:r>
        <w:t>, liczony od dnia jej wpływu do Odbiorcy.</w:t>
      </w:r>
    </w:p>
    <w:p w14:paraId="7968E90E" w14:textId="77777777" w:rsidR="0057399C" w:rsidRDefault="00042074">
      <w:pPr>
        <w:numPr>
          <w:ilvl w:val="0"/>
          <w:numId w:val="61"/>
        </w:numPr>
        <w:spacing w:line="240" w:lineRule="auto"/>
        <w:jc w:val="both"/>
      </w:pPr>
      <w:r>
        <w:t>Oświadczam, że zapoznałem się ze Specyfikacją Warunków Zamówienia i nie wnoszę do niej zastrzeżeń oraz uzyskałem konieczne informacje do przygotowania oferty.</w:t>
      </w:r>
    </w:p>
    <w:p w14:paraId="48C1BBE4" w14:textId="7E3EF362" w:rsidR="0057399C" w:rsidRDefault="00022472">
      <w:pPr>
        <w:numPr>
          <w:ilvl w:val="0"/>
          <w:numId w:val="61"/>
        </w:numPr>
        <w:spacing w:line="240" w:lineRule="auto"/>
        <w:jc w:val="both"/>
      </w:pPr>
      <w:r w:rsidRPr="00022472">
        <w:rPr>
          <w:i/>
          <w:iCs/>
        </w:rPr>
        <w:lastRenderedPageBreak/>
        <w:t>Zapewniam realizację zamówienia zgodnie z harmonogramem dostaw w terminie końcowym do </w:t>
      </w:r>
      <w:r w:rsidRPr="00022472">
        <w:rPr>
          <w:b/>
          <w:bCs/>
          <w:i/>
          <w:iCs/>
        </w:rPr>
        <w:t>23.03.2027 r.</w:t>
      </w:r>
      <w:r w:rsidRPr="00022472">
        <w:rPr>
          <w:i/>
          <w:iCs/>
        </w:rPr>
        <w:t> zgodnie z postanowieniami SWZ i jej załączników oraz włącznie z opcją (do 30%) z terminem do </w:t>
      </w:r>
      <w:r w:rsidRPr="00022472">
        <w:rPr>
          <w:b/>
          <w:bCs/>
          <w:i/>
          <w:iCs/>
        </w:rPr>
        <w:t>13.04.2027 r.</w:t>
      </w:r>
    </w:p>
    <w:p w14:paraId="4B51F2C5" w14:textId="77777777" w:rsidR="0057399C" w:rsidRDefault="00042074">
      <w:pPr>
        <w:numPr>
          <w:ilvl w:val="0"/>
          <w:numId w:val="61"/>
        </w:numPr>
        <w:spacing w:line="240" w:lineRule="auto"/>
        <w:jc w:val="both"/>
      </w:pPr>
      <w:r>
        <w:t>Oświadczam, że jestem związany ofertą przez okres 30 dni od dnia upływu terminu składania ofert.</w:t>
      </w:r>
    </w:p>
    <w:p w14:paraId="21DB3A59" w14:textId="77777777" w:rsidR="0057399C" w:rsidRDefault="00042074">
      <w:pPr>
        <w:numPr>
          <w:ilvl w:val="0"/>
          <w:numId w:val="61"/>
        </w:numPr>
        <w:spacing w:line="240" w:lineRule="auto"/>
        <w:jc w:val="both"/>
      </w:pPr>
      <w:r>
        <w:t>Oświadczam, że akceptuję Istotne postanowienia umowy zawarte w Specyfikacji Warunków Zamówienia i zobowiązuję się, w przypadku wyboru mojej oferty, do zawarcia umowy na warunkach wymienionych w Istotnych postanowieniach umowy, w miejscu i terminie wyznaczonym przez Zamawiającego.</w:t>
      </w:r>
    </w:p>
    <w:p w14:paraId="725A2672" w14:textId="77777777" w:rsidR="0057399C" w:rsidRDefault="00042074">
      <w:pPr>
        <w:numPr>
          <w:ilvl w:val="0"/>
          <w:numId w:val="61"/>
        </w:numPr>
        <w:spacing w:line="240" w:lineRule="auto"/>
        <w:jc w:val="both"/>
      </w:pPr>
      <w:r>
        <w:rPr>
          <w:b/>
          <w:bCs/>
        </w:rPr>
        <w:t>ZAMÓWIENIE ZREALIZUJEMY:</w:t>
      </w:r>
    </w:p>
    <w:p w14:paraId="0781D383" w14:textId="77777777" w:rsidR="0057399C" w:rsidRDefault="00042074">
      <w:pPr>
        <w:numPr>
          <w:ilvl w:val="1"/>
          <w:numId w:val="62"/>
        </w:numPr>
        <w:spacing w:line="240" w:lineRule="auto"/>
        <w:jc w:val="both"/>
      </w:pPr>
      <w:r>
        <w:t>sami*</w:t>
      </w:r>
    </w:p>
    <w:p w14:paraId="1A9BF1E1" w14:textId="77777777" w:rsidR="0057399C" w:rsidRDefault="00042074">
      <w:pPr>
        <w:numPr>
          <w:ilvl w:val="1"/>
          <w:numId w:val="62"/>
        </w:numPr>
        <w:spacing w:line="240" w:lineRule="auto"/>
        <w:jc w:val="both"/>
      </w:pPr>
      <w:r>
        <w:t>przy udziale Podwykonawców*</w:t>
      </w:r>
    </w:p>
    <w:p w14:paraId="6B9AFB6F" w14:textId="77777777" w:rsidR="0057399C" w:rsidRDefault="00042074">
      <w:pPr>
        <w:numPr>
          <w:ilvl w:val="0"/>
          <w:numId w:val="7"/>
        </w:numPr>
        <w:spacing w:line="240" w:lineRule="auto"/>
        <w:jc w:val="both"/>
      </w:pPr>
      <w:r>
        <w:t>………………………………………………………………………………………………………</w:t>
      </w:r>
    </w:p>
    <w:p w14:paraId="33ACC218" w14:textId="77777777" w:rsidR="0057399C" w:rsidRDefault="00042074">
      <w:pPr>
        <w:numPr>
          <w:ilvl w:val="0"/>
          <w:numId w:val="7"/>
        </w:numPr>
        <w:spacing w:line="240" w:lineRule="auto"/>
        <w:jc w:val="both"/>
      </w:pPr>
      <w:r>
        <w:t>Przy realizacji przedmiotu zamówienia przy udziale podwykonawców należy wskazać zakres podwykonawstwa (rodzaj dostaw) oraz firmy (nazwy) podwykonawców (jeżeli są znane na etapie przygotowywania oferty). W przypadku niewypełnienia tego punktu w całości bądź niewymienienia części, które zostaną powierzone podwykonawcom, Zamawiający uzna, że Wykonawca wykona zamówienie samodzielnie.</w:t>
      </w:r>
    </w:p>
    <w:p w14:paraId="059ED46F" w14:textId="77777777" w:rsidR="0057399C" w:rsidRDefault="00042074">
      <w:pPr>
        <w:numPr>
          <w:ilvl w:val="0"/>
          <w:numId w:val="61"/>
        </w:numPr>
        <w:spacing w:line="240" w:lineRule="auto"/>
        <w:jc w:val="both"/>
      </w:pPr>
      <w:r>
        <w:t>Informuję, że wybór przedmiotowej oferty będzie* / nie będzie* prowadzić do powstania u Zamawiającego obowiązku podatkowego.</w:t>
      </w:r>
    </w:p>
    <w:p w14:paraId="39486544" w14:textId="77777777" w:rsidR="0057399C" w:rsidRDefault="00042074">
      <w:pPr>
        <w:numPr>
          <w:ilvl w:val="0"/>
          <w:numId w:val="7"/>
        </w:numPr>
        <w:spacing w:line="240" w:lineRule="auto"/>
        <w:jc w:val="both"/>
      </w:pPr>
      <w:r>
        <w:t xml:space="preserve">Jeżeli Wykonawca złożył ofertę, której wybór prowadziłby do powstania u Zamawiającego obowiązku podatkowego zgodnie z ustawą z dnia 11 marca 2004 r. o podatku od towarów i usług (Dz. U. z 2025 r. poz. 775 z </w:t>
      </w:r>
      <w:proofErr w:type="spellStart"/>
      <w:r>
        <w:t>późn</w:t>
      </w:r>
      <w:proofErr w:type="spellEnd"/>
      <w:r>
        <w:t>. zm.), dla celów zastosowania kryterium ceny Zamawiający dolicza do przedstawionej w tej ofercie ceny kwotę podatku od towarów i usług, którą miałby obowiązek rozliczyć.</w:t>
      </w:r>
    </w:p>
    <w:p w14:paraId="2961AB5C" w14:textId="77777777" w:rsidR="0057399C" w:rsidRDefault="00042074">
      <w:pPr>
        <w:numPr>
          <w:ilvl w:val="0"/>
          <w:numId w:val="7"/>
        </w:numPr>
        <w:spacing w:line="240" w:lineRule="auto"/>
        <w:jc w:val="both"/>
      </w:pPr>
      <w:r>
        <w:t>W związku z wystąpieniem takiego przypadku w ofercie, Wykonawca ma obowiązek:</w:t>
      </w:r>
    </w:p>
    <w:p w14:paraId="22F7B11B" w14:textId="77777777" w:rsidR="0057399C" w:rsidRDefault="00042074">
      <w:pPr>
        <w:numPr>
          <w:ilvl w:val="1"/>
          <w:numId w:val="63"/>
        </w:numPr>
        <w:spacing w:line="240" w:lineRule="auto"/>
        <w:jc w:val="both"/>
      </w:pPr>
      <w:r>
        <w:t>poinformowania Zamawiającego, że wybór jego oferty będzie prowadził do powstania u Zamawiającego obowiązku podatkowego: TAK / NIE;</w:t>
      </w:r>
    </w:p>
    <w:p w14:paraId="135213A1" w14:textId="77777777" w:rsidR="0057399C" w:rsidRDefault="00042074">
      <w:pPr>
        <w:numPr>
          <w:ilvl w:val="1"/>
          <w:numId w:val="63"/>
        </w:numPr>
        <w:spacing w:line="240" w:lineRule="auto"/>
        <w:jc w:val="both"/>
      </w:pPr>
      <w:r>
        <w:t>wskazania nazwy (rodzaju) towaru lub usługi, których dostawa lub świadczenie będą prowadziły do powstania obowiązku podatkowego: ………………………………………………………………………. (nazwa — rodzaj);</w:t>
      </w:r>
    </w:p>
    <w:p w14:paraId="4EC7D184" w14:textId="77777777" w:rsidR="0057399C" w:rsidRDefault="00042074">
      <w:pPr>
        <w:numPr>
          <w:ilvl w:val="1"/>
          <w:numId w:val="63"/>
        </w:numPr>
        <w:spacing w:line="240" w:lineRule="auto"/>
        <w:jc w:val="both"/>
      </w:pPr>
      <w:r>
        <w:t>wskazania wartości towaru lub usługi objętego obowiązkiem podatkowym Zamawiającego, bez kwoty podatku: ……………… (wartość towaru lub usługi) ……………;</w:t>
      </w:r>
    </w:p>
    <w:p w14:paraId="62BDA079" w14:textId="77777777" w:rsidR="0057399C" w:rsidRDefault="00042074">
      <w:pPr>
        <w:numPr>
          <w:ilvl w:val="1"/>
          <w:numId w:val="63"/>
        </w:numPr>
        <w:spacing w:line="240" w:lineRule="auto"/>
        <w:jc w:val="both"/>
      </w:pPr>
      <w:r>
        <w:lastRenderedPageBreak/>
        <w:t>wskazania stawki podatku od towarów i usług, która zgodnie z wiedzą Wykonawcy będzie miała zastosowanie: ……………………………………. (wskazanie stawki podatku) …………….</w:t>
      </w:r>
    </w:p>
    <w:p w14:paraId="1FC234E6" w14:textId="77777777" w:rsidR="0057399C" w:rsidRDefault="00042074">
      <w:pPr>
        <w:numPr>
          <w:ilvl w:val="0"/>
          <w:numId w:val="61"/>
        </w:numPr>
        <w:spacing w:line="240" w:lineRule="auto"/>
        <w:jc w:val="both"/>
      </w:pPr>
      <w: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78742774" w14:textId="77777777" w:rsidR="0057399C" w:rsidRDefault="00042074">
      <w:pPr>
        <w:numPr>
          <w:ilvl w:val="0"/>
          <w:numId w:val="61"/>
        </w:numPr>
        <w:spacing w:line="240" w:lineRule="auto"/>
        <w:jc w:val="both"/>
      </w:pPr>
      <w:r>
        <w:t>Oświadczam, że wszystkie informacje podane w powyższych oświadczeniach są aktualne i zgodne z prawdą oraz zostały przedstawione z pełną świadomością konsekwencji wprowadzenia Zamawiającego w błąd przy przedstawianiu informacji.</w:t>
      </w:r>
    </w:p>
    <w:p w14:paraId="1B1A8D6C" w14:textId="77777777" w:rsidR="0057399C" w:rsidRDefault="00042074">
      <w:pPr>
        <w:numPr>
          <w:ilvl w:val="0"/>
          <w:numId w:val="61"/>
        </w:numPr>
        <w:spacing w:line="240" w:lineRule="auto"/>
        <w:jc w:val="both"/>
      </w:pPr>
      <w:r>
        <w:t>Tajemnicę przedsiębiorstwa w rozumieniu przepisów ustawy o zwalczaniu nieuczciwej konkurencji stanowią informacje składające się na ofertę, zawarte na stronach od …….. do ……. i jako takie nie mogą być ogólnie udostępnione. Wykazanie, iż zastrzeżone informacje stanowią tajemnicę przedsiębiorstwa, znajduje się na stronach …………. (Niewypełnienie niniejszego punktu oznaczać będzie, że Wykonawca nie załącza do oferty żadnych dokumentów objętych tajemnicą przedsiębiorstwa.)</w:t>
      </w:r>
    </w:p>
    <w:p w14:paraId="64B01A82" w14:textId="77777777" w:rsidR="0057399C" w:rsidRDefault="00042074">
      <w:pPr>
        <w:numPr>
          <w:ilvl w:val="0"/>
          <w:numId w:val="61"/>
        </w:numPr>
        <w:spacing w:line="240" w:lineRule="auto"/>
        <w:jc w:val="both"/>
      </w:pPr>
      <w:r>
        <w:t xml:space="preserve">Wykonawca jest </w:t>
      </w:r>
      <w:r>
        <w:rPr>
          <w:i/>
          <w:iCs/>
        </w:rPr>
        <w:t>(proszę zakreślić odpowiedni prostokąt)</w:t>
      </w:r>
      <w:r>
        <w:t>:</w:t>
      </w:r>
    </w:p>
    <w:p w14:paraId="52F5E8DB" w14:textId="77777777" w:rsidR="0057399C" w:rsidRDefault="00042074">
      <w:pPr>
        <w:numPr>
          <w:ilvl w:val="0"/>
          <w:numId w:val="7"/>
        </w:numPr>
        <w:spacing w:line="240" w:lineRule="auto"/>
        <w:jc w:val="both"/>
      </w:pPr>
      <w:r>
        <w:t>[ ] — mikroprzedsiębiorstwem, [ ] — małym przedsiębiorstwem, [ ] — średnim przedsiębiorstwem.</w:t>
      </w:r>
    </w:p>
    <w:p w14:paraId="3EF30E86" w14:textId="77777777" w:rsidR="0057399C" w:rsidRDefault="00042074">
      <w:pPr>
        <w:numPr>
          <w:ilvl w:val="0"/>
          <w:numId w:val="7"/>
        </w:numPr>
        <w:spacing w:line="240" w:lineRule="auto"/>
        <w:jc w:val="both"/>
      </w:pPr>
      <w:r>
        <w:rPr>
          <w:i/>
          <w:iCs/>
        </w:rPr>
        <w:t>Uwaga:</w:t>
      </w:r>
    </w:p>
    <w:p w14:paraId="0D80F2EA" w14:textId="77777777" w:rsidR="0057399C" w:rsidRDefault="00042074">
      <w:pPr>
        <w:numPr>
          <w:ilvl w:val="1"/>
          <w:numId w:val="64"/>
        </w:numPr>
        <w:spacing w:line="240" w:lineRule="auto"/>
        <w:jc w:val="both"/>
      </w:pPr>
      <w:r>
        <w:t>Mikroprzedsiębiorstwo: przedsiębiorstwo, które zatrudnia mniej niż 10 osób i którego roczny obrót lub roczna suma bilansowa nie przekracza 2 mln EUR.</w:t>
      </w:r>
    </w:p>
    <w:p w14:paraId="26F3B262" w14:textId="77777777" w:rsidR="0057399C" w:rsidRDefault="00042074">
      <w:pPr>
        <w:numPr>
          <w:ilvl w:val="1"/>
          <w:numId w:val="64"/>
        </w:numPr>
        <w:spacing w:line="240" w:lineRule="auto"/>
        <w:jc w:val="both"/>
      </w:pPr>
      <w:r>
        <w:t>Małe przedsiębiorstwo: przedsiębiorstwo, które zatrudnia mniej niż 50 osób i którego roczny dochód lub roczna suma bilansowa nie przekracza 10 mln EUR.</w:t>
      </w:r>
    </w:p>
    <w:p w14:paraId="6E0F15FE" w14:textId="77777777" w:rsidR="0057399C" w:rsidRDefault="00042074">
      <w:pPr>
        <w:numPr>
          <w:ilvl w:val="1"/>
          <w:numId w:val="64"/>
        </w:numPr>
        <w:spacing w:line="240" w:lineRule="auto"/>
        <w:jc w:val="both"/>
      </w:pPr>
      <w:r>
        <w:t>Średnie przedsiębiorstwo: przedsiębiorstwo, które nie jest mikroprzedsiębiorstwem ani małym przedsiębiorstwem i które zatrudnia mniej niż 250 osób i którego roczny obrót nie przekracza 50 mln EUR lub roczna suma bilansowa nie przekracza 43 mln EUR.</w:t>
      </w:r>
    </w:p>
    <w:p w14:paraId="53CB9A8C" w14:textId="77777777" w:rsidR="0057399C" w:rsidRDefault="00042074">
      <w:pPr>
        <w:numPr>
          <w:ilvl w:val="0"/>
          <w:numId w:val="61"/>
        </w:numPr>
        <w:spacing w:line="240" w:lineRule="auto"/>
        <w:jc w:val="both"/>
      </w:pPr>
      <w:r>
        <w:rPr>
          <w:b/>
          <w:bCs/>
        </w:rPr>
        <w:t>Dane teleadresowe Wykonawcy:</w:t>
      </w:r>
    </w:p>
    <w:tbl>
      <w:tblPr>
        <w:tblStyle w:val="Table"/>
        <w:tblW w:w="0" w:type="auto"/>
        <w:tblLook w:val="0020" w:firstRow="1" w:lastRow="0" w:firstColumn="0" w:lastColumn="0" w:noHBand="0" w:noVBand="0"/>
      </w:tblPr>
      <w:tblGrid>
        <w:gridCol w:w="2643"/>
        <w:gridCol w:w="5574"/>
      </w:tblGrid>
      <w:tr w:rsidR="0057399C" w14:paraId="186B8ED4" w14:textId="77777777" w:rsidTr="00CC1319">
        <w:trPr>
          <w:tblHeader/>
        </w:trPr>
        <w:tc>
          <w:tcPr>
            <w:tcW w:w="0" w:type="auto"/>
          </w:tcPr>
          <w:p w14:paraId="44F4CEA4" w14:textId="77777777" w:rsidR="0057399C" w:rsidRDefault="00042074" w:rsidP="000B05C6">
            <w:pPr>
              <w:spacing w:line="240" w:lineRule="auto"/>
            </w:pPr>
            <w:r>
              <w:t>Nazwa Wykonawcy / NIP</w:t>
            </w:r>
          </w:p>
        </w:tc>
        <w:tc>
          <w:tcPr>
            <w:tcW w:w="5574" w:type="dxa"/>
          </w:tcPr>
          <w:p w14:paraId="7EA844FD" w14:textId="77777777" w:rsidR="0057399C" w:rsidRDefault="0057399C" w:rsidP="000B05C6">
            <w:pPr>
              <w:spacing w:line="240" w:lineRule="auto"/>
            </w:pPr>
          </w:p>
        </w:tc>
      </w:tr>
      <w:tr w:rsidR="0057399C" w14:paraId="5F2B7AD7" w14:textId="77777777" w:rsidTr="00CC1319">
        <w:tc>
          <w:tcPr>
            <w:tcW w:w="0" w:type="auto"/>
          </w:tcPr>
          <w:p w14:paraId="71532AA9" w14:textId="77777777" w:rsidR="0057399C" w:rsidRDefault="00042074" w:rsidP="000B05C6">
            <w:pPr>
              <w:spacing w:line="240" w:lineRule="auto"/>
            </w:pPr>
            <w:r>
              <w:t>Osoba do kontaktu</w:t>
            </w:r>
          </w:p>
        </w:tc>
        <w:tc>
          <w:tcPr>
            <w:tcW w:w="5574" w:type="dxa"/>
          </w:tcPr>
          <w:p w14:paraId="1E9898D2" w14:textId="77777777" w:rsidR="0057399C" w:rsidRDefault="0057399C" w:rsidP="000B05C6">
            <w:pPr>
              <w:spacing w:line="240" w:lineRule="auto"/>
            </w:pPr>
          </w:p>
        </w:tc>
      </w:tr>
      <w:tr w:rsidR="0057399C" w14:paraId="7A53CCE1" w14:textId="77777777" w:rsidTr="00CC1319">
        <w:tc>
          <w:tcPr>
            <w:tcW w:w="0" w:type="auto"/>
          </w:tcPr>
          <w:p w14:paraId="2214800B" w14:textId="77777777" w:rsidR="0057399C" w:rsidRDefault="00042074" w:rsidP="000B05C6">
            <w:pPr>
              <w:spacing w:line="240" w:lineRule="auto"/>
            </w:pPr>
            <w:r>
              <w:t>Telefon, fax</w:t>
            </w:r>
          </w:p>
        </w:tc>
        <w:tc>
          <w:tcPr>
            <w:tcW w:w="5574" w:type="dxa"/>
          </w:tcPr>
          <w:p w14:paraId="0780FC18" w14:textId="77777777" w:rsidR="0057399C" w:rsidRDefault="0057399C" w:rsidP="000B05C6">
            <w:pPr>
              <w:spacing w:line="240" w:lineRule="auto"/>
            </w:pPr>
          </w:p>
        </w:tc>
      </w:tr>
      <w:tr w:rsidR="0057399C" w14:paraId="51ED15E7" w14:textId="77777777" w:rsidTr="00CC1319">
        <w:tc>
          <w:tcPr>
            <w:tcW w:w="0" w:type="auto"/>
          </w:tcPr>
          <w:p w14:paraId="7BE7BB5C" w14:textId="77777777" w:rsidR="0057399C" w:rsidRDefault="00042074" w:rsidP="000B05C6">
            <w:pPr>
              <w:spacing w:line="240" w:lineRule="auto"/>
            </w:pPr>
            <w:r>
              <w:t>e-mail</w:t>
            </w:r>
          </w:p>
        </w:tc>
        <w:tc>
          <w:tcPr>
            <w:tcW w:w="5574" w:type="dxa"/>
          </w:tcPr>
          <w:p w14:paraId="040BC0B8" w14:textId="77777777" w:rsidR="0057399C" w:rsidRDefault="0057399C" w:rsidP="000B05C6">
            <w:pPr>
              <w:spacing w:line="240" w:lineRule="auto"/>
            </w:pPr>
          </w:p>
        </w:tc>
      </w:tr>
    </w:tbl>
    <w:p w14:paraId="0F6E2E90" w14:textId="77777777" w:rsidR="0057399C" w:rsidRDefault="00042074">
      <w:pPr>
        <w:numPr>
          <w:ilvl w:val="0"/>
          <w:numId w:val="65"/>
        </w:numPr>
        <w:spacing w:line="240" w:lineRule="auto"/>
        <w:jc w:val="both"/>
      </w:pPr>
      <w:r>
        <w:lastRenderedPageBreak/>
        <w:t xml:space="preserve">Do formularza ofertowego załączam kopię certyfikatu informującego o klasie </w:t>
      </w:r>
      <w:proofErr w:type="spellStart"/>
      <w:r>
        <w:t>A1</w:t>
      </w:r>
      <w:proofErr w:type="spellEnd"/>
      <w:r>
        <w:t xml:space="preserve"> produktu z podaniem numeru certyfikatu.</w:t>
      </w:r>
    </w:p>
    <w:p w14:paraId="10FD1685" w14:textId="77777777" w:rsidR="0057399C" w:rsidRDefault="00042074" w:rsidP="000B05C6">
      <w:pPr>
        <w:spacing w:line="240" w:lineRule="auto"/>
        <w:jc w:val="both"/>
      </w:pPr>
      <w:r>
        <w:t xml:space="preserve">……………………………… </w:t>
      </w:r>
      <w:r>
        <w:rPr>
          <w:i/>
          <w:iCs/>
        </w:rPr>
        <w:t>(miejscowość i data)</w:t>
      </w:r>
    </w:p>
    <w:p w14:paraId="58559560" w14:textId="77777777" w:rsidR="0057399C" w:rsidRDefault="00042074" w:rsidP="000B05C6">
      <w:pPr>
        <w:pStyle w:val="Tekstpodstawowy"/>
        <w:spacing w:line="240" w:lineRule="auto"/>
        <w:jc w:val="both"/>
      </w:pPr>
      <w:r>
        <w:t xml:space="preserve">……………………………………………………………………… </w:t>
      </w:r>
      <w:r>
        <w:rPr>
          <w:i/>
          <w:iCs/>
        </w:rPr>
        <w:t>(podpis osoby / osób uprawnionych do reprezentowania Wykonawcy)</w:t>
      </w:r>
    </w:p>
    <w:p w14:paraId="66507264" w14:textId="77777777" w:rsidR="0057399C" w:rsidRDefault="00042074" w:rsidP="000B05C6">
      <w:pPr>
        <w:pStyle w:val="Tekstpodstawowy"/>
        <w:spacing w:line="240" w:lineRule="auto"/>
        <w:jc w:val="both"/>
      </w:pPr>
      <w:r>
        <w:rPr>
          <w:i/>
          <w:iCs/>
        </w:rPr>
        <w:t>*niepotrzebne skreślić</w:t>
      </w:r>
    </w:p>
    <w:p w14:paraId="5C6AA207" w14:textId="77777777" w:rsidR="00115FA2" w:rsidRDefault="00115FA2">
      <w:pPr>
        <w:rPr>
          <w:rFonts w:asciiTheme="majorHAnsi" w:eastAsiaTheme="majorEastAsia" w:hAnsiTheme="majorHAnsi" w:cstheme="majorBidi"/>
          <w:b/>
          <w:bCs/>
          <w:sz w:val="32"/>
          <w:szCs w:val="28"/>
        </w:rPr>
      </w:pPr>
      <w:bookmarkStart w:id="4" w:name="załącznik-nr-2-do-swz"/>
      <w:bookmarkEnd w:id="1"/>
      <w:bookmarkEnd w:id="2"/>
      <w:bookmarkEnd w:id="3"/>
      <w:r>
        <w:br w:type="page"/>
      </w:r>
    </w:p>
    <w:p w14:paraId="37416376" w14:textId="306CE3C4" w:rsidR="0057399C" w:rsidRDefault="00042074" w:rsidP="00CC1319">
      <w:pPr>
        <w:pStyle w:val="LFAttachments"/>
        <w:ind w:left="5760" w:firstLine="720"/>
      </w:pPr>
      <w:r>
        <w:lastRenderedPageBreak/>
        <w:t>Załącznik nr 2 do SWZ</w:t>
      </w:r>
    </w:p>
    <w:p w14:paraId="62916661" w14:textId="77777777" w:rsidR="0057399C" w:rsidRDefault="00042074" w:rsidP="000B05C6">
      <w:pPr>
        <w:spacing w:line="240" w:lineRule="auto"/>
        <w:jc w:val="both"/>
      </w:pPr>
      <w:r>
        <w:rPr>
          <w:b/>
          <w:bCs/>
        </w:rPr>
        <w:t>Wykonawca:</w:t>
      </w:r>
      <w:r>
        <w:t xml:space="preserve"> ……………………………………………… ……………………………………………… NIP/PESEL ……………………………………………… </w:t>
      </w:r>
      <w:r>
        <w:rPr>
          <w:i/>
          <w:iCs/>
        </w:rPr>
        <w:t xml:space="preserve">(pełna nazwa / firma, adres, w zależności od podmiotu: KRS / </w:t>
      </w:r>
      <w:proofErr w:type="spellStart"/>
      <w:r>
        <w:rPr>
          <w:i/>
          <w:iCs/>
        </w:rPr>
        <w:t>CEiDG</w:t>
      </w:r>
      <w:proofErr w:type="spellEnd"/>
      <w:r>
        <w:rPr>
          <w:i/>
          <w:iCs/>
        </w:rPr>
        <w:t>)</w:t>
      </w:r>
    </w:p>
    <w:p w14:paraId="7F118022" w14:textId="77777777" w:rsidR="0057399C" w:rsidRDefault="00042074" w:rsidP="000B05C6">
      <w:pPr>
        <w:pStyle w:val="LFPartyLabel"/>
        <w:spacing w:line="240" w:lineRule="auto"/>
        <w:jc w:val="both"/>
      </w:pPr>
      <w:r>
        <w:t>reprezentowany przez:</w:t>
      </w:r>
    </w:p>
    <w:p w14:paraId="5D6DA3F1" w14:textId="43DAE518" w:rsidR="0057399C" w:rsidRDefault="00042074" w:rsidP="000B05C6">
      <w:pPr>
        <w:pStyle w:val="LFPartyInfo"/>
        <w:spacing w:line="240" w:lineRule="auto"/>
        <w:jc w:val="both"/>
      </w:pPr>
      <w:r>
        <w:t>……………………………………………..…</w:t>
      </w:r>
      <w:r>
        <w:br/>
      </w:r>
      <w:r>
        <w:rPr>
          <w:i/>
          <w:iCs/>
        </w:rPr>
        <w:t>(imię, nazwisko, stanowisko / podstawa do reprezentacji)</w:t>
      </w:r>
      <w:r>
        <w:br/>
      </w:r>
      <w:r>
        <w:rPr>
          <w:b/>
          <w:bCs/>
        </w:rPr>
        <w:t xml:space="preserve">Nr postępowania — oznaczenie Zamawiającego: </w:t>
      </w:r>
      <w:r w:rsidR="000B05C6">
        <w:rPr>
          <w:b/>
          <w:bCs/>
        </w:rPr>
        <w:t>L.dz. SP-36/2025/2026</w:t>
      </w:r>
    </w:p>
    <w:p w14:paraId="52373DAD" w14:textId="77777777" w:rsidR="0057399C" w:rsidRDefault="00042074" w:rsidP="000B05C6">
      <w:pPr>
        <w:pStyle w:val="Nagwek2"/>
        <w:spacing w:line="240" w:lineRule="auto"/>
        <w:jc w:val="both"/>
      </w:pPr>
      <w:bookmarkStart w:id="5" w:name="Xdc090d48045a8e099dbc6428c69eef92ae97b3c"/>
      <w:r>
        <w:t xml:space="preserve">OŚWIADCZENIE WYKONAWCY </w:t>
      </w:r>
      <w:r>
        <w:rPr>
          <w:i/>
          <w:iCs/>
        </w:rPr>
        <w:t>(składane wraz z ofertą)</w:t>
      </w:r>
    </w:p>
    <w:p w14:paraId="2C45E99E" w14:textId="77777777" w:rsidR="0057399C" w:rsidRDefault="00042074" w:rsidP="000B05C6">
      <w:pPr>
        <w:spacing w:line="240" w:lineRule="auto"/>
        <w:jc w:val="both"/>
      </w:pPr>
      <w:r>
        <w:t>Oświadczenie Wykonawcy składane na podstawie art. 125 ust. 1 ustawy Prawo zamówień publicznych, wstępnie potwierdzające, że Wykonawca nie podlega wykluczeniu oraz spełnia warunki udziału w postępowaniu:</w:t>
      </w:r>
    </w:p>
    <w:p w14:paraId="11202F17" w14:textId="69138B81" w:rsidR="0057399C" w:rsidRDefault="00042074" w:rsidP="000B05C6">
      <w:pPr>
        <w:pStyle w:val="Tekstpodstawowy"/>
        <w:spacing w:line="240" w:lineRule="auto"/>
        <w:jc w:val="both"/>
      </w:pPr>
      <w:r>
        <w:t xml:space="preserve">„Zakup i sukcesywna dostawa 160 000 kg wraz z transportem w sezonie grzewczym 2026/2027 roku sprasowanej biomasy drzewnej typu </w:t>
      </w:r>
      <w:proofErr w:type="spellStart"/>
      <w:r>
        <w:t>pellet</w:t>
      </w:r>
      <w:proofErr w:type="spellEnd"/>
      <w:r>
        <w:t xml:space="preserve"> klasy </w:t>
      </w:r>
      <w:proofErr w:type="spellStart"/>
      <w:r>
        <w:t>A1</w:t>
      </w:r>
      <w:proofErr w:type="spellEnd"/>
      <w:r>
        <w:t xml:space="preserve"> dla Szkoły Podstawowej im. Jana Pawła II w Łopusznie“</w:t>
      </w:r>
    </w:p>
    <w:p w14:paraId="1ABB2CEC" w14:textId="77777777" w:rsidR="0057399C" w:rsidRDefault="00042074" w:rsidP="000B05C6">
      <w:pPr>
        <w:pStyle w:val="Tekstpodstawowy"/>
        <w:spacing w:line="240" w:lineRule="auto"/>
        <w:jc w:val="both"/>
      </w:pPr>
      <w:r>
        <w:t>prowadzonego przez Zamawiającego: Szkoła Podstawowa im. Jana Pawła II w Łopusznie, ul. Strażacka 5, 26-070 Łopuszno</w:t>
      </w:r>
    </w:p>
    <w:p w14:paraId="19B7099E" w14:textId="77777777" w:rsidR="0057399C" w:rsidRDefault="00042074" w:rsidP="000B05C6">
      <w:pPr>
        <w:pStyle w:val="Tekstpodstawowy"/>
        <w:spacing w:line="240" w:lineRule="auto"/>
        <w:jc w:val="both"/>
      </w:pPr>
      <w:r>
        <w:t>oświadczam, co następuje:</w:t>
      </w:r>
    </w:p>
    <w:p w14:paraId="1DF8A880" w14:textId="77777777" w:rsidR="0057399C" w:rsidRDefault="00042074">
      <w:pPr>
        <w:numPr>
          <w:ilvl w:val="0"/>
          <w:numId w:val="66"/>
        </w:numPr>
        <w:spacing w:line="240" w:lineRule="auto"/>
        <w:jc w:val="both"/>
      </w:pPr>
      <w:r>
        <w:t>OŚWIADCZENIE O BRAKU PODSTAW DO WYKLUCZENIA:</w:t>
      </w:r>
    </w:p>
    <w:p w14:paraId="6764EF85" w14:textId="77777777" w:rsidR="0057399C" w:rsidRDefault="00042074" w:rsidP="000B05C6">
      <w:pPr>
        <w:spacing w:line="240" w:lineRule="auto"/>
        <w:jc w:val="both"/>
      </w:pPr>
      <w:r>
        <w:t>Oświadczam, że nie podlegam wykluczeniu z postępowania na podstawie art. 108 ust. 1 ustawy PZP.</w:t>
      </w:r>
    </w:p>
    <w:p w14:paraId="2645A3ED" w14:textId="77777777" w:rsidR="0057399C" w:rsidRDefault="00042074" w:rsidP="000B05C6">
      <w:pPr>
        <w:pStyle w:val="Tekstpodstawowy"/>
        <w:spacing w:line="240" w:lineRule="auto"/>
        <w:jc w:val="both"/>
      </w:pPr>
      <w:r>
        <w:t xml:space="preserve">…………………….……., dnia ………….………….. </w:t>
      </w:r>
      <w:r>
        <w:rPr>
          <w:i/>
          <w:iCs/>
        </w:rPr>
        <w:t>(miejscowość)</w:t>
      </w:r>
      <w:r>
        <w:t xml:space="preserve"> </w:t>
      </w:r>
      <w:r>
        <w:rPr>
          <w:i/>
          <w:iCs/>
        </w:rPr>
        <w:t>(podpis)</w:t>
      </w:r>
    </w:p>
    <w:p w14:paraId="58AE7012" w14:textId="77777777" w:rsidR="0057399C" w:rsidRDefault="00042074">
      <w:pPr>
        <w:numPr>
          <w:ilvl w:val="0"/>
          <w:numId w:val="67"/>
        </w:numPr>
        <w:spacing w:line="240" w:lineRule="auto"/>
        <w:jc w:val="both"/>
      </w:pPr>
      <w:r>
        <w:t>OŚWIADCZENIE O ZAISTNIENIU PODSTAW DO WYKLUCZENIA:</w:t>
      </w:r>
    </w:p>
    <w:p w14:paraId="370E4C7D" w14:textId="77777777" w:rsidR="0057399C" w:rsidRDefault="00042074" w:rsidP="000B05C6">
      <w:pPr>
        <w:spacing w:line="240" w:lineRule="auto"/>
        <w:jc w:val="both"/>
      </w:pPr>
      <w:r>
        <w:t xml:space="preserve">Oświadczam, że zachodzą w stosunku do mnie podstawy wykluczenia z postępowania na podstawie art. ………….ustawy PZP </w:t>
      </w:r>
      <w:r>
        <w:rPr>
          <w:i/>
          <w:iCs/>
        </w:rPr>
        <w:t>(podać mającą zastosowanie podstawę wykluczenia spośród wymienionych w art. 108 ust. 1 pkt 1, 2, 5 lub 6 ustawy PZP)</w:t>
      </w:r>
      <w:r>
        <w:t>. Jednocześnie oświadczam, że w związku z ww. okolicznością, na podstawie art. 110 ust. 2 ustawy PZP podjąłem następujące środki naprawcze:</w:t>
      </w:r>
    </w:p>
    <w:p w14:paraId="3A992B1B" w14:textId="77777777" w:rsidR="0057399C" w:rsidRDefault="00042074" w:rsidP="000B05C6">
      <w:pPr>
        <w:pStyle w:val="Tekstpodstawowy"/>
        <w:spacing w:line="240" w:lineRule="auto"/>
        <w:jc w:val="both"/>
      </w:pPr>
      <w:r>
        <w:t>……………………………………………………………………………………………………</w:t>
      </w:r>
    </w:p>
    <w:p w14:paraId="21178087" w14:textId="77777777" w:rsidR="0057399C" w:rsidRDefault="00042074" w:rsidP="000B05C6">
      <w:pPr>
        <w:pStyle w:val="Tekstpodstawowy"/>
        <w:spacing w:line="240" w:lineRule="auto"/>
        <w:jc w:val="both"/>
      </w:pPr>
      <w:r>
        <w:t xml:space="preserve">…………………….……., dnia ………….………….. </w:t>
      </w:r>
      <w:r>
        <w:rPr>
          <w:i/>
          <w:iCs/>
        </w:rPr>
        <w:t>(miejscowość)</w:t>
      </w:r>
      <w:r>
        <w:t xml:space="preserve"> </w:t>
      </w:r>
      <w:r>
        <w:rPr>
          <w:i/>
          <w:iCs/>
        </w:rPr>
        <w:t>(podpis)</w:t>
      </w:r>
    </w:p>
    <w:p w14:paraId="1DAA8D18" w14:textId="77777777" w:rsidR="0057399C" w:rsidRDefault="00042074">
      <w:pPr>
        <w:numPr>
          <w:ilvl w:val="0"/>
          <w:numId w:val="68"/>
        </w:numPr>
        <w:spacing w:line="240" w:lineRule="auto"/>
        <w:jc w:val="both"/>
      </w:pPr>
      <w:r>
        <w:t>OŚWIADCZENIE O SPEŁNIENIU WARUNKÓW W POSTĘPOWANIU:</w:t>
      </w:r>
    </w:p>
    <w:p w14:paraId="32F38139" w14:textId="77777777" w:rsidR="0057399C" w:rsidRDefault="00042074" w:rsidP="000B05C6">
      <w:pPr>
        <w:spacing w:line="240" w:lineRule="auto"/>
        <w:jc w:val="both"/>
      </w:pPr>
      <w:r>
        <w:t>Oświadczam, że spełniam warunki udziału w postępowaniu określone przez Zamawiającego w Specyfikacji Warunków Zamówienia.</w:t>
      </w:r>
    </w:p>
    <w:p w14:paraId="42B147B1" w14:textId="77777777" w:rsidR="0057399C" w:rsidRDefault="00042074" w:rsidP="000B05C6">
      <w:pPr>
        <w:pStyle w:val="Tekstpodstawowy"/>
        <w:spacing w:line="240" w:lineRule="auto"/>
        <w:jc w:val="both"/>
      </w:pPr>
      <w:r>
        <w:lastRenderedPageBreak/>
        <w:t xml:space="preserve">…………………….……., dnia ………….………….. </w:t>
      </w:r>
      <w:r>
        <w:rPr>
          <w:i/>
          <w:iCs/>
        </w:rPr>
        <w:t>(miejscowość)</w:t>
      </w:r>
      <w:r>
        <w:t xml:space="preserve"> </w:t>
      </w:r>
      <w:r>
        <w:rPr>
          <w:i/>
          <w:iCs/>
        </w:rPr>
        <w:t>(podpis)</w:t>
      </w:r>
    </w:p>
    <w:p w14:paraId="26181EEE" w14:textId="77777777" w:rsidR="0057399C" w:rsidRDefault="00042074" w:rsidP="000B05C6">
      <w:pPr>
        <w:pStyle w:val="Tekstpodstawowy"/>
        <w:spacing w:line="240" w:lineRule="auto"/>
        <w:jc w:val="both"/>
      </w:pPr>
      <w:r>
        <w:rPr>
          <w:i/>
          <w:iCs/>
        </w:rPr>
        <w:t>4. INFORMACJA W ZWIĄZKU Z POLEGANIEM NA ZASOBACH INNYCH PODMIOTÓW (jeżeli dotyczy — wypełnić oświadczenie dotyczące udostępnienia zasobów — Załącznik nr 4 do SWZ):</w:t>
      </w:r>
      <w:r>
        <w:t>*</w:t>
      </w:r>
    </w:p>
    <w:p w14:paraId="06674AD5" w14:textId="77777777" w:rsidR="0057399C" w:rsidRDefault="00042074" w:rsidP="000B05C6">
      <w:pPr>
        <w:pStyle w:val="Tekstpodstawowy"/>
        <w:spacing w:line="240" w:lineRule="auto"/>
        <w:jc w:val="both"/>
      </w:pPr>
      <w:r>
        <w:t xml:space="preserve">4.1. Oświadczam, że w celu wykazania spełniania warunków udziału w postępowaniu określonych przez Zamawiającego w Specyfikacji Warunków Zamówienia polegam na zasobach następującego / </w:t>
      </w:r>
      <w:proofErr w:type="spellStart"/>
      <w:r>
        <w:t>ych</w:t>
      </w:r>
      <w:proofErr w:type="spellEnd"/>
      <w:r>
        <w:t xml:space="preserve"> podmiotu / ów:</w:t>
      </w:r>
    </w:p>
    <w:p w14:paraId="43AE93F6" w14:textId="77777777" w:rsidR="0057399C" w:rsidRDefault="00042074">
      <w:pPr>
        <w:numPr>
          <w:ilvl w:val="0"/>
          <w:numId w:val="69"/>
        </w:numPr>
        <w:spacing w:line="240" w:lineRule="auto"/>
        <w:jc w:val="both"/>
      </w:pPr>
      <w:r>
        <w:t>…………………………….……………………………….………………</w:t>
      </w:r>
    </w:p>
    <w:p w14:paraId="1B6F2241" w14:textId="77777777" w:rsidR="0057399C" w:rsidRDefault="00042074">
      <w:pPr>
        <w:numPr>
          <w:ilvl w:val="0"/>
          <w:numId w:val="69"/>
        </w:numPr>
        <w:spacing w:line="240" w:lineRule="auto"/>
        <w:jc w:val="both"/>
      </w:pPr>
      <w:r>
        <w:t>…………………………….……………………………….………………</w:t>
      </w:r>
    </w:p>
    <w:p w14:paraId="1181E1F2" w14:textId="77777777" w:rsidR="0057399C" w:rsidRDefault="00042074" w:rsidP="000B05C6">
      <w:pPr>
        <w:spacing w:line="240" w:lineRule="auto"/>
        <w:jc w:val="both"/>
      </w:pPr>
      <w:r>
        <w:t xml:space="preserve">w następującym zakresie: ……………………………………………… </w:t>
      </w:r>
      <w:r>
        <w:rPr>
          <w:i/>
          <w:iCs/>
        </w:rPr>
        <w:t>(wskazać podmiot i określić odpowiedni zakres dla wskazanego podmiotu)</w:t>
      </w:r>
    </w:p>
    <w:p w14:paraId="3EC5BB95" w14:textId="77777777" w:rsidR="0057399C" w:rsidRDefault="00042074" w:rsidP="000B05C6">
      <w:pPr>
        <w:pStyle w:val="Tekstpodstawowy"/>
        <w:spacing w:line="240" w:lineRule="auto"/>
        <w:jc w:val="both"/>
      </w:pPr>
      <w:r>
        <w:t xml:space="preserve">…………………….……., dnia …………. </w:t>
      </w:r>
      <w:r>
        <w:rPr>
          <w:i/>
          <w:iCs/>
        </w:rPr>
        <w:t>(miejscowość)</w:t>
      </w:r>
      <w:r>
        <w:t xml:space="preserve"> </w:t>
      </w:r>
      <w:r>
        <w:rPr>
          <w:i/>
          <w:iCs/>
        </w:rPr>
        <w:t>(podpis)</w:t>
      </w:r>
    </w:p>
    <w:p w14:paraId="42BA2596" w14:textId="77777777" w:rsidR="0057399C" w:rsidRDefault="00042074" w:rsidP="000B05C6">
      <w:pPr>
        <w:pStyle w:val="Tekstpodstawowy"/>
        <w:spacing w:line="240" w:lineRule="auto"/>
        <w:jc w:val="both"/>
      </w:pPr>
      <w:r>
        <w:t xml:space="preserve">4.2. Oświadczam, że następujący / e podmiot / y, na którego / </w:t>
      </w:r>
      <w:proofErr w:type="spellStart"/>
      <w:r>
        <w:t>ych</w:t>
      </w:r>
      <w:proofErr w:type="spellEnd"/>
      <w:r>
        <w:t xml:space="preserve"> zasoby powołuję się w niniejszym postępowaniu, tj.: ………………………………………… </w:t>
      </w:r>
      <w:r>
        <w:rPr>
          <w:i/>
          <w:iCs/>
        </w:rPr>
        <w:t xml:space="preserve">(podać pełną nazwę / firmę, adres, a także w zależności od podmiotu: NIP / PESEL, KRS / </w:t>
      </w:r>
      <w:proofErr w:type="spellStart"/>
      <w:r>
        <w:rPr>
          <w:i/>
          <w:iCs/>
        </w:rPr>
        <w:t>CEiDG</w:t>
      </w:r>
      <w:proofErr w:type="spellEnd"/>
      <w:r>
        <w:rPr>
          <w:i/>
          <w:iCs/>
        </w:rPr>
        <w:t>)</w:t>
      </w:r>
      <w:r>
        <w:t xml:space="preserve"> nie podlega / ją wykluczeniu z postępowania o udzielenie zamówienia.</w:t>
      </w:r>
    </w:p>
    <w:p w14:paraId="7A40B8E4" w14:textId="77777777" w:rsidR="0057399C" w:rsidRDefault="00042074" w:rsidP="000B05C6">
      <w:pPr>
        <w:pStyle w:val="Tekstpodstawowy"/>
        <w:spacing w:line="240" w:lineRule="auto"/>
        <w:jc w:val="both"/>
      </w:pPr>
      <w:r>
        <w:t xml:space="preserve">…………………….……., dnia ……….. </w:t>
      </w:r>
      <w:r>
        <w:rPr>
          <w:i/>
          <w:iCs/>
        </w:rPr>
        <w:t>(miejscowość)</w:t>
      </w:r>
      <w:r>
        <w:t xml:space="preserve"> </w:t>
      </w:r>
      <w:r>
        <w:rPr>
          <w:i/>
          <w:iCs/>
        </w:rPr>
        <w:t>(podpis)</w:t>
      </w:r>
    </w:p>
    <w:p w14:paraId="2001F505" w14:textId="77777777" w:rsidR="0057399C" w:rsidRDefault="00042074" w:rsidP="000B05C6">
      <w:pPr>
        <w:pStyle w:val="Tekstpodstawowy"/>
        <w:spacing w:line="240" w:lineRule="auto"/>
        <w:jc w:val="both"/>
      </w:pPr>
      <w:r>
        <w:rPr>
          <w:b/>
          <w:bCs/>
        </w:rPr>
        <w:t>5. OŚWIADCZENIE DOTYCZĄCE PODWYKONAWCY NIEBĘDĄCEGO PODMIOTEM, NA KTÓREGO ZASOBY POWOŁUJE SIĘ WYKONAWCA:</w:t>
      </w:r>
      <w:r>
        <w:t>*</w:t>
      </w:r>
    </w:p>
    <w:p w14:paraId="062193C4" w14:textId="77777777" w:rsidR="0057399C" w:rsidRDefault="00042074" w:rsidP="000B05C6">
      <w:pPr>
        <w:pStyle w:val="Tekstpodstawowy"/>
        <w:spacing w:line="240" w:lineRule="auto"/>
        <w:jc w:val="both"/>
      </w:pPr>
      <w:r>
        <w:t xml:space="preserve">5.1. Oświadczam, że następujący / e podmiot / y, będący / e podwykonawcą / </w:t>
      </w:r>
      <w:proofErr w:type="spellStart"/>
      <w:r>
        <w:t>ami</w:t>
      </w:r>
      <w:proofErr w:type="spellEnd"/>
      <w:r>
        <w:t xml:space="preserve">: a. ……….………………………….……………………………….……… b. …………………………….……………………………….…………… </w:t>
      </w:r>
      <w:r>
        <w:rPr>
          <w:i/>
          <w:iCs/>
        </w:rPr>
        <w:t xml:space="preserve">(podać pełną nazwę / firmę, adres, a także w zależności od podmiotu: NIP / PESEL, KRS / </w:t>
      </w:r>
      <w:proofErr w:type="spellStart"/>
      <w:r>
        <w:rPr>
          <w:i/>
          <w:iCs/>
        </w:rPr>
        <w:t>CEiDG</w:t>
      </w:r>
      <w:proofErr w:type="spellEnd"/>
      <w:r>
        <w:rPr>
          <w:i/>
          <w:iCs/>
        </w:rPr>
        <w:t>)</w:t>
      </w:r>
      <w:r>
        <w:t>, nie podlega / ją wykluczeniu z postępowania o udzielenie zamówienia.</w:t>
      </w:r>
    </w:p>
    <w:p w14:paraId="512E7C9A" w14:textId="77777777" w:rsidR="0057399C" w:rsidRDefault="00042074" w:rsidP="000B05C6">
      <w:pPr>
        <w:pStyle w:val="Tekstpodstawowy"/>
        <w:spacing w:line="240" w:lineRule="auto"/>
        <w:jc w:val="both"/>
      </w:pPr>
      <w:r>
        <w:t xml:space="preserve">…………………….……., dnia ……….. </w:t>
      </w:r>
      <w:r>
        <w:rPr>
          <w:i/>
          <w:iCs/>
        </w:rPr>
        <w:t>(miejscowość)</w:t>
      </w:r>
      <w:r>
        <w:t xml:space="preserve"> </w:t>
      </w:r>
      <w:r>
        <w:rPr>
          <w:i/>
          <w:iCs/>
        </w:rPr>
        <w:t>(podpis)</w:t>
      </w:r>
    </w:p>
    <w:p w14:paraId="7F6EF4D6" w14:textId="77777777" w:rsidR="0057399C" w:rsidRDefault="00042074">
      <w:pPr>
        <w:numPr>
          <w:ilvl w:val="0"/>
          <w:numId w:val="70"/>
        </w:numPr>
        <w:spacing w:line="240" w:lineRule="auto"/>
        <w:jc w:val="both"/>
      </w:pPr>
      <w:r>
        <w:t>OŚWIADCZENIE DOTYCZĄCE PODANYCH INFORMACJI:</w:t>
      </w:r>
    </w:p>
    <w:p w14:paraId="5EB3AE3A" w14:textId="77777777" w:rsidR="0057399C" w:rsidRDefault="00042074" w:rsidP="000B05C6">
      <w:pPr>
        <w:spacing w:line="240" w:lineRule="auto"/>
        <w:jc w:val="both"/>
      </w:pPr>
      <w:r>
        <w:t>Oświadczam, że wszystkie informacje podane w powyższych oświadczeniach są aktualne i zgodne z prawdą oraz zostały przedstawione z pełną świadomością konsekwencji wprowadzenia Zamawiającego w błąd przy przedstawianiu informacji.</w:t>
      </w:r>
    </w:p>
    <w:p w14:paraId="2E2FC3E8" w14:textId="77777777" w:rsidR="0057399C" w:rsidRDefault="00042074" w:rsidP="000B05C6">
      <w:pPr>
        <w:pStyle w:val="Tekstpodstawowy"/>
        <w:spacing w:line="240" w:lineRule="auto"/>
        <w:jc w:val="both"/>
      </w:pPr>
      <w:r>
        <w:t xml:space="preserve">…………………….……., dnia ……….. </w:t>
      </w:r>
      <w:r>
        <w:rPr>
          <w:i/>
          <w:iCs/>
        </w:rPr>
        <w:t>(miejscowość)</w:t>
      </w:r>
      <w:r>
        <w:t xml:space="preserve"> </w:t>
      </w:r>
      <w:r>
        <w:rPr>
          <w:i/>
          <w:iCs/>
        </w:rPr>
        <w:t>(podpis)</w:t>
      </w:r>
    </w:p>
    <w:p w14:paraId="797B7724" w14:textId="77777777" w:rsidR="0057399C" w:rsidRDefault="00042074" w:rsidP="000B05C6">
      <w:pPr>
        <w:pStyle w:val="Tekstpodstawowy"/>
        <w:spacing w:line="240" w:lineRule="auto"/>
        <w:jc w:val="both"/>
      </w:pPr>
      <w:r>
        <w:t xml:space="preserve">Prawdziwość powyższych danych potwierdzam własnoręcznym podpisem / potwierdzamy własnoręcznymi podpisami ( ) świadom / świadomi ( ) odpowiedzialności karnej z art. 233 Kodeksu karnego. </w:t>
      </w:r>
      <w:r>
        <w:rPr>
          <w:i/>
          <w:iCs/>
        </w:rPr>
        <w:t>(</w:t>
      </w:r>
      <w:r>
        <w:t xml:space="preserve"> ) niepotrzebne skreślić*</w:t>
      </w:r>
    </w:p>
    <w:p w14:paraId="10969472" w14:textId="77777777" w:rsidR="0057399C" w:rsidRDefault="00042074" w:rsidP="000B05C6">
      <w:pPr>
        <w:pStyle w:val="Tekstpodstawowy"/>
        <w:spacing w:line="240" w:lineRule="auto"/>
        <w:jc w:val="both"/>
      </w:pPr>
      <w:r>
        <w:rPr>
          <w:i/>
          <w:iCs/>
        </w:rPr>
        <w:t>Uwaga:</w:t>
      </w:r>
    </w:p>
    <w:p w14:paraId="7BC99055" w14:textId="77777777" w:rsidR="0057399C" w:rsidRDefault="00042074">
      <w:pPr>
        <w:numPr>
          <w:ilvl w:val="0"/>
          <w:numId w:val="71"/>
        </w:numPr>
        <w:spacing w:line="240" w:lineRule="auto"/>
        <w:jc w:val="both"/>
      </w:pPr>
      <w:r>
        <w:t>Podpisuje każdy Wykonawca składający ofertę.</w:t>
      </w:r>
    </w:p>
    <w:p w14:paraId="7EB3128C" w14:textId="77777777" w:rsidR="0057399C" w:rsidRDefault="00042074">
      <w:pPr>
        <w:numPr>
          <w:ilvl w:val="0"/>
          <w:numId w:val="71"/>
        </w:numPr>
        <w:spacing w:line="240" w:lineRule="auto"/>
        <w:jc w:val="both"/>
      </w:pPr>
      <w:r>
        <w:lastRenderedPageBreak/>
        <w:t>W przypadku Wykonawców wspólnie ubiegających się o zamówienie powyższy dokument podpisują i składają oddzielnie wszyscy członkowie.</w:t>
      </w:r>
    </w:p>
    <w:p w14:paraId="38BFB7B8" w14:textId="4B68A6DD" w:rsidR="0037125D" w:rsidRDefault="00115FA2">
      <w:pPr>
        <w:rPr>
          <w:rFonts w:asciiTheme="majorHAnsi" w:eastAsiaTheme="majorEastAsia" w:hAnsiTheme="majorHAnsi" w:cstheme="majorBidi"/>
          <w:b/>
          <w:bCs/>
          <w:sz w:val="32"/>
          <w:szCs w:val="28"/>
        </w:rPr>
      </w:pPr>
      <w:bookmarkStart w:id="6" w:name="X62ce870a6a13fed4de73914bea9b751e4040be0"/>
      <w:bookmarkEnd w:id="4"/>
      <w:bookmarkEnd w:id="5"/>
      <w:r>
        <w:br w:type="page"/>
      </w:r>
      <w:bookmarkStart w:id="7" w:name="załącznik-nr-4-do-swz-jeżeli-dotyczy"/>
      <w:bookmarkEnd w:id="6"/>
    </w:p>
    <w:p w14:paraId="4B3BDA2A" w14:textId="1D03E047" w:rsidR="0057399C" w:rsidRDefault="00042074" w:rsidP="00CC1319">
      <w:pPr>
        <w:pStyle w:val="LFAttachments"/>
        <w:spacing w:line="240" w:lineRule="auto"/>
        <w:ind w:left="3600" w:firstLine="720"/>
        <w:rPr>
          <w:i/>
          <w:iCs/>
        </w:rPr>
      </w:pPr>
      <w:r>
        <w:lastRenderedPageBreak/>
        <w:t xml:space="preserve">Załącznik nr 4 do SWZ </w:t>
      </w:r>
      <w:r>
        <w:rPr>
          <w:i/>
          <w:iCs/>
        </w:rPr>
        <w:t>(jeżeli dotyczy)</w:t>
      </w:r>
    </w:p>
    <w:p w14:paraId="492FF6CC" w14:textId="77777777" w:rsidR="00CC1319" w:rsidRDefault="00CC1319" w:rsidP="00CC1319">
      <w:pPr>
        <w:pStyle w:val="LFAttachments"/>
        <w:spacing w:line="240" w:lineRule="auto"/>
        <w:ind w:left="3600" w:firstLine="720"/>
      </w:pPr>
    </w:p>
    <w:p w14:paraId="522D5406" w14:textId="77777777" w:rsidR="0057399C" w:rsidRDefault="00042074" w:rsidP="00CC1319">
      <w:pPr>
        <w:pStyle w:val="Nagwek2"/>
        <w:spacing w:line="240" w:lineRule="auto"/>
        <w:jc w:val="both"/>
        <w:rPr>
          <w:i/>
          <w:iCs/>
        </w:rPr>
      </w:pPr>
      <w:bookmarkStart w:id="8" w:name="X7926a545b59dabed5c6475192192b6247bc9b5b"/>
      <w:r>
        <w:t xml:space="preserve">Oświadczenie dotyczące udostępnienia zasobów </w:t>
      </w:r>
      <w:r>
        <w:rPr>
          <w:i/>
          <w:iCs/>
        </w:rPr>
        <w:t>(składane wraz z ofertą — jeżeli dotyczy)</w:t>
      </w:r>
    </w:p>
    <w:p w14:paraId="5A9872FE" w14:textId="77777777" w:rsidR="00CC1319" w:rsidRPr="00CC1319" w:rsidRDefault="00CC1319" w:rsidP="00CC1319"/>
    <w:p w14:paraId="2FFD510F" w14:textId="77777777" w:rsidR="0057399C" w:rsidRDefault="00042074" w:rsidP="000B05C6">
      <w:pPr>
        <w:spacing w:line="240" w:lineRule="auto"/>
        <w:jc w:val="both"/>
      </w:pPr>
      <w:r>
        <w:t xml:space="preserve">Ja niżej podpisany ……………………..……………………………………………………………. ……………………………………………………………………………………………………….. </w:t>
      </w:r>
      <w:r>
        <w:rPr>
          <w:i/>
          <w:iCs/>
        </w:rPr>
        <w:t>(imię i nazwisko osoby upoważnionej do reprezentowania podmiotu)</w:t>
      </w:r>
    </w:p>
    <w:p w14:paraId="241B6EFD" w14:textId="77777777" w:rsidR="0057399C" w:rsidRDefault="00042074" w:rsidP="000B05C6">
      <w:pPr>
        <w:pStyle w:val="Tekstpodstawowy"/>
        <w:spacing w:line="240" w:lineRule="auto"/>
        <w:jc w:val="both"/>
      </w:pPr>
      <w:r>
        <w:t xml:space="preserve">działając w imieniu i na rzecz ……………………………………………………………………………………………………………… ……………………………………………………………………………………………………………… </w:t>
      </w:r>
      <w:r>
        <w:rPr>
          <w:i/>
          <w:iCs/>
        </w:rPr>
        <w:t>(nazwa / firma, dokładny adres)</w:t>
      </w:r>
    </w:p>
    <w:p w14:paraId="4B7D9EC6" w14:textId="77777777" w:rsidR="0057399C" w:rsidRDefault="00042074" w:rsidP="000B05C6">
      <w:pPr>
        <w:pStyle w:val="Tekstpodstawowy"/>
        <w:spacing w:line="240" w:lineRule="auto"/>
        <w:jc w:val="both"/>
      </w:pPr>
      <w:r>
        <w:t xml:space="preserve">Zobowiązuję się do oddania niżej wymienionych zasobów na potrzeby wykonania zamówienia: ……………………………………………………………………………………………………………… </w:t>
      </w:r>
      <w:r>
        <w:rPr>
          <w:i/>
          <w:iCs/>
        </w:rPr>
        <w:t>(określenie zasobu: wiedza i doświadczenie, potencjał techniczny, potencjał kadrowy, potencjał ekonomiczny lub finansowy)</w:t>
      </w:r>
    </w:p>
    <w:p w14:paraId="2D40FAFB" w14:textId="77777777" w:rsidR="0057399C" w:rsidRDefault="00042074" w:rsidP="000B05C6">
      <w:pPr>
        <w:pStyle w:val="Tekstpodstawowy"/>
        <w:spacing w:line="240" w:lineRule="auto"/>
        <w:jc w:val="both"/>
      </w:pPr>
      <w:r>
        <w:t xml:space="preserve">do dyspozycji Wykonawcy…………………………………………………………………………………. ……………………………………………………………………………………………………………… </w:t>
      </w:r>
      <w:r>
        <w:rPr>
          <w:i/>
          <w:iCs/>
        </w:rPr>
        <w:t>(nazwa Wykonawcy)</w:t>
      </w:r>
    </w:p>
    <w:p w14:paraId="30E93BFD" w14:textId="77777777" w:rsidR="0057399C" w:rsidRDefault="00042074" w:rsidP="000B05C6">
      <w:pPr>
        <w:pStyle w:val="Tekstpodstawowy"/>
        <w:spacing w:line="240" w:lineRule="auto"/>
        <w:jc w:val="both"/>
      </w:pPr>
      <w:r>
        <w:t>przy wykonywaniu niżej wymienionego zamówienia, pn.:</w:t>
      </w:r>
    </w:p>
    <w:p w14:paraId="7EAF135A" w14:textId="064D6A12" w:rsidR="0057399C" w:rsidRDefault="00042074" w:rsidP="000B05C6">
      <w:pPr>
        <w:pStyle w:val="Tekstpodstawowy"/>
        <w:spacing w:line="240" w:lineRule="auto"/>
        <w:jc w:val="both"/>
      </w:pPr>
      <w:r>
        <w:t xml:space="preserve">„Zakup i sukcesywna dostawa 160 000 kg wraz z transportem w sezonie grzewczym 2026/2027 roku sprasowanej biomasy drzewnej typu </w:t>
      </w:r>
      <w:proofErr w:type="spellStart"/>
      <w:r>
        <w:t>pellet</w:t>
      </w:r>
      <w:proofErr w:type="spellEnd"/>
      <w:r>
        <w:t xml:space="preserve"> klasy </w:t>
      </w:r>
      <w:proofErr w:type="spellStart"/>
      <w:r>
        <w:t>A1</w:t>
      </w:r>
      <w:proofErr w:type="spellEnd"/>
      <w:r>
        <w:t xml:space="preserve"> dla Szkoły Podstawowej im. Jana Pawła II w Łopusznie“</w:t>
      </w:r>
    </w:p>
    <w:p w14:paraId="1D86579D" w14:textId="77777777" w:rsidR="0057399C" w:rsidRDefault="00042074" w:rsidP="000B05C6">
      <w:pPr>
        <w:pStyle w:val="Tekstpodstawowy"/>
        <w:spacing w:line="240" w:lineRule="auto"/>
        <w:jc w:val="both"/>
      </w:pPr>
      <w:r>
        <w:t>prowadzonego przez</w:t>
      </w:r>
    </w:p>
    <w:p w14:paraId="45DBD583" w14:textId="77777777" w:rsidR="0057399C" w:rsidRDefault="00042074" w:rsidP="000B05C6">
      <w:pPr>
        <w:pStyle w:val="Tekstpodstawowy"/>
        <w:spacing w:line="240" w:lineRule="auto"/>
        <w:jc w:val="both"/>
      </w:pPr>
      <w:r>
        <w:t>…………………………………….</w:t>
      </w:r>
    </w:p>
    <w:p w14:paraId="1D9AD444" w14:textId="77777777" w:rsidR="0057399C" w:rsidRDefault="00042074" w:rsidP="00CC1319">
      <w:pPr>
        <w:pStyle w:val="Tekstpodstawowy"/>
        <w:spacing w:line="240" w:lineRule="auto"/>
        <w:jc w:val="both"/>
      </w:pPr>
      <w:r>
        <w:t>Oświadczam, iż:</w:t>
      </w:r>
    </w:p>
    <w:p w14:paraId="57CDE7BA" w14:textId="77777777" w:rsidR="0057399C" w:rsidRDefault="00042074" w:rsidP="00CC1319">
      <w:pPr>
        <w:numPr>
          <w:ilvl w:val="0"/>
          <w:numId w:val="85"/>
        </w:numPr>
        <w:spacing w:line="240" w:lineRule="auto"/>
        <w:jc w:val="both"/>
      </w:pPr>
      <w:r>
        <w:t xml:space="preserve">udostępniam Wykonawcy ww. zasoby, w następującym zakresie: …………………………………………………………………………………………………………… </w:t>
      </w:r>
      <w:r>
        <w:rPr>
          <w:i/>
          <w:iCs/>
        </w:rPr>
        <w:t>(określenie zasobu — sytuacja finansowa lub ekonomiczna, zdolność techniczna i zawodowa (wiedza i doświadczenie), osoby (potencjał kadrowy))</w:t>
      </w:r>
    </w:p>
    <w:p w14:paraId="113FBF29" w14:textId="77777777" w:rsidR="0057399C" w:rsidRDefault="00042074" w:rsidP="00CC1319">
      <w:pPr>
        <w:numPr>
          <w:ilvl w:val="0"/>
          <w:numId w:val="85"/>
        </w:numPr>
        <w:spacing w:line="240" w:lineRule="auto"/>
        <w:jc w:val="both"/>
      </w:pPr>
      <w:r>
        <w:t>sposób wykorzystania udostępnionych przeze mnie zasobów będzie następujący: ……………………………………………………………………………………………………………</w:t>
      </w:r>
    </w:p>
    <w:p w14:paraId="559553A5" w14:textId="77777777" w:rsidR="0057399C" w:rsidRDefault="00042074" w:rsidP="00CC1319">
      <w:pPr>
        <w:numPr>
          <w:ilvl w:val="0"/>
          <w:numId w:val="85"/>
        </w:numPr>
        <w:spacing w:line="240" w:lineRule="auto"/>
        <w:jc w:val="both"/>
      </w:pPr>
      <w:r>
        <w:t>zakres i okres mojego udziału przy wykonywaniu zamówienia będzie następujący: ……………………………………………………………………………………………………………</w:t>
      </w:r>
    </w:p>
    <w:p w14:paraId="5CB6D348" w14:textId="77777777" w:rsidR="0057399C" w:rsidRDefault="00042074" w:rsidP="00CC1319">
      <w:pPr>
        <w:numPr>
          <w:ilvl w:val="0"/>
          <w:numId w:val="85"/>
        </w:numPr>
        <w:spacing w:line="240" w:lineRule="auto"/>
        <w:jc w:val="both"/>
      </w:pPr>
      <w:r>
        <w:lastRenderedPageBreak/>
        <w:t>w odniesieniu do warunków udziału w postępowaniu dotyczących wykształcenia, kwalifikacji zawodowych lub doświadczenia zrealizuję dostawy, których wskazane zdolności dotyczą.</w:t>
      </w:r>
    </w:p>
    <w:p w14:paraId="6CD45209" w14:textId="77777777" w:rsidR="0057399C" w:rsidRDefault="00042074" w:rsidP="000B05C6">
      <w:pPr>
        <w:spacing w:line="240" w:lineRule="auto"/>
        <w:jc w:val="both"/>
      </w:pPr>
      <w:r>
        <w:t xml:space="preserve">…………………….……., dnia ………….…………..         ………………………………………………. </w:t>
      </w:r>
      <w:r>
        <w:rPr>
          <w:i/>
          <w:iCs/>
        </w:rPr>
        <w:t>(miejscowość)</w:t>
      </w:r>
      <w:r>
        <w:t xml:space="preserve">                                                                                                   </w:t>
      </w:r>
      <w:r>
        <w:rPr>
          <w:i/>
          <w:iCs/>
        </w:rPr>
        <w:t>(podpis)</w:t>
      </w:r>
    </w:p>
    <w:p w14:paraId="19CADE65" w14:textId="77777777" w:rsidR="0037125D" w:rsidRDefault="0037125D">
      <w:pPr>
        <w:rPr>
          <w:rFonts w:asciiTheme="majorHAnsi" w:eastAsiaTheme="majorEastAsia" w:hAnsiTheme="majorHAnsi" w:cstheme="majorBidi"/>
          <w:b/>
          <w:bCs/>
          <w:sz w:val="32"/>
          <w:szCs w:val="28"/>
        </w:rPr>
      </w:pPr>
      <w:bookmarkStart w:id="9" w:name="załącznik-nr-5-do-swz"/>
      <w:bookmarkEnd w:id="7"/>
      <w:bookmarkEnd w:id="8"/>
      <w:r>
        <w:br w:type="page"/>
      </w:r>
    </w:p>
    <w:p w14:paraId="285C1E27" w14:textId="2DF7E2F7" w:rsidR="0057399C" w:rsidRDefault="00042074" w:rsidP="00CC1319">
      <w:pPr>
        <w:pStyle w:val="LFAttachments"/>
        <w:ind w:left="5760" w:firstLine="720"/>
      </w:pPr>
      <w:r>
        <w:lastRenderedPageBreak/>
        <w:t>Załącznik nr 5 do SWZ</w:t>
      </w:r>
    </w:p>
    <w:p w14:paraId="70FD93CF" w14:textId="77777777" w:rsidR="0057399C" w:rsidRDefault="00042074" w:rsidP="000B05C6">
      <w:pPr>
        <w:pStyle w:val="Nagwek2"/>
        <w:spacing w:line="240" w:lineRule="auto"/>
        <w:jc w:val="both"/>
      </w:pPr>
      <w:bookmarkStart w:id="10" w:name="Xf1aa1611e1937947700f61bce735eb371f63176"/>
      <w:r>
        <w:t>OBOWIĄZEK INFORMACYJNY W ZAKRESIE PRZETWARZANIA DANYCH OSOBOWYCH (KLAUZULA INFORMACYJNA)</w:t>
      </w:r>
    </w:p>
    <w:p w14:paraId="4B1C5DA4" w14:textId="77777777" w:rsidR="0057399C" w:rsidRDefault="00042074" w:rsidP="000B05C6">
      <w:pPr>
        <w:spacing w:line="240" w:lineRule="auto"/>
        <w:jc w:val="both"/>
      </w:pPr>
      <w:r>
        <w:t>Wypełniając obowiązek informacyjny w zakresie ochrony danych osobowych na podstawie art. 13 ust. 1 i ust. 2 ogólnego rozporządzenia Parlamentu Europejskiego i Rady (UE) 2016/679 z dnia 27 kwietnia 2016 r. w sprawie ochrony osób fizycznych w związku z przetwarzaniem danych osobowych i w sprawie swobodnego przepływu takich danych oraz uchylenia dyrektywy 95/46/WE, zwanego dalej „RODO“, i dbając o Państwa dane osobowe przetwarzane przez nas, informujemy, że:</w:t>
      </w:r>
    </w:p>
    <w:p w14:paraId="1A4136B8" w14:textId="6C3C0C0C" w:rsidR="0057399C" w:rsidRDefault="00042074">
      <w:pPr>
        <w:numPr>
          <w:ilvl w:val="0"/>
          <w:numId w:val="86"/>
        </w:numPr>
        <w:spacing w:line="240" w:lineRule="auto"/>
        <w:jc w:val="both"/>
      </w:pPr>
      <w:r>
        <w:t xml:space="preserve">Administratorem Pani/a danych osobowych jest </w:t>
      </w:r>
      <w:r w:rsidR="008A6DFD" w:rsidRPr="008A6DFD">
        <w:rPr>
          <w:b/>
          <w:bCs/>
        </w:rPr>
        <w:t>Szkoła Podstawowa im. Jana Pawła II w Łopusznie, ul. Strażacka 5, 26-070 Łopuszno</w:t>
      </w:r>
    </w:p>
    <w:p w14:paraId="52DCF806" w14:textId="6E1EBC17" w:rsidR="0057399C" w:rsidRDefault="00042074">
      <w:pPr>
        <w:numPr>
          <w:ilvl w:val="0"/>
          <w:numId w:val="86"/>
        </w:numPr>
        <w:spacing w:line="240" w:lineRule="auto"/>
        <w:jc w:val="both"/>
      </w:pPr>
      <w:r>
        <w:t xml:space="preserve">Z Inspektorem Ochrony Danych można się skontaktować pod adresem e-mail: </w:t>
      </w:r>
      <w:r w:rsidR="008A6DFD" w:rsidRPr="008A6DFD">
        <w:rPr>
          <w:b/>
          <w:bCs/>
        </w:rPr>
        <w:t>inspektor@cbi24.pI</w:t>
      </w:r>
    </w:p>
    <w:p w14:paraId="0223ED74" w14:textId="77777777" w:rsidR="0057399C" w:rsidRDefault="00042074">
      <w:pPr>
        <w:numPr>
          <w:ilvl w:val="0"/>
          <w:numId w:val="86"/>
        </w:numPr>
        <w:spacing w:line="240" w:lineRule="auto"/>
        <w:jc w:val="both"/>
      </w:pPr>
      <w:r>
        <w:t>Pani/a dane osobowe będziemy przetwarzać w celu i na podstawie prawa związanych: a) z wykonaniem umowy, a także podjęcia czynności niezbędnych przed jej zawarciem (art. 6 ust. 1 lit. b RODO); b) z obowiązkiem prawnym ciążącym na administratorze wynikającym z przepisów ustawy Prawo Zamówień Publicznych w związku z realizacją zamówienia, przepisów o rachunkowości w celu rozliczeń, a także ustawy o dostępie do informacji publicznej w związku z obowiązkiem ujawniania danych Wykonawcy w zakresie stanowiącym informację publiczną (art. 6 ust. 1 lit. c RODO); c) w celu ewentualnego dochodzenia lub obrony przed roszczeniami na podstawie prawnie uzasadnionego interesu administratora (art. 6 ust. 1 lit. f RODO).</w:t>
      </w:r>
    </w:p>
    <w:p w14:paraId="37592480" w14:textId="77777777" w:rsidR="0057399C" w:rsidRDefault="00042074">
      <w:pPr>
        <w:numPr>
          <w:ilvl w:val="0"/>
          <w:numId w:val="86"/>
        </w:numPr>
        <w:spacing w:line="240" w:lineRule="auto"/>
        <w:jc w:val="both"/>
      </w:pPr>
      <w:r>
        <w:t>Odbiorcami Pani/a danych osobowych mogą być podmioty na podstawie przepisów prawa oraz podmioty, z którymi zawarliśmy umowy powierzenia przetwarzania danych osobowych, jak również podmioty uprawnione do obsługi doręczeń.</w:t>
      </w:r>
    </w:p>
    <w:p w14:paraId="71DA2687" w14:textId="12A58668" w:rsidR="0057399C" w:rsidRDefault="0092120C">
      <w:pPr>
        <w:numPr>
          <w:ilvl w:val="0"/>
          <w:numId w:val="86"/>
        </w:numPr>
        <w:spacing w:line="240" w:lineRule="auto"/>
        <w:jc w:val="both"/>
      </w:pPr>
      <w:r w:rsidRPr="0092120C">
        <w:rPr>
          <w:i/>
          <w:iCs/>
        </w:rPr>
        <w:t>Pani/a dane osobowe przechowywane będą przez okres 4 lat od dnia zakończenia postępowania o udzielenie zamówienia, a jeżeli czas trwania umowy przekracza 4 lata — przez cały czas trwania umowy, zgodnie z art. 97 ust. 1 ustawy Prawo zamówień publicznych. Uwzględniając przepisy prawa, dane osobowe mogą być przechowywane powyżej ww. okresu na podstawie przepisów dotyczących dochodzenia roszczeń lub określonych w zawartych umowach</w:t>
      </w:r>
      <w:r w:rsidR="00042074">
        <w:t>.</w:t>
      </w:r>
    </w:p>
    <w:p w14:paraId="59050CB1" w14:textId="77777777" w:rsidR="0057399C" w:rsidRDefault="00042074">
      <w:pPr>
        <w:numPr>
          <w:ilvl w:val="0"/>
          <w:numId w:val="86"/>
        </w:numPr>
        <w:spacing w:line="240" w:lineRule="auto"/>
        <w:jc w:val="both"/>
      </w:pPr>
      <w:r>
        <w:t>Pani/a dane nie będą przekazywane do państw trzecich / organizacji międzynarodowych.</w:t>
      </w:r>
    </w:p>
    <w:p w14:paraId="31C4C1B0" w14:textId="77777777" w:rsidR="0057399C" w:rsidRDefault="00042074">
      <w:pPr>
        <w:numPr>
          <w:ilvl w:val="0"/>
          <w:numId w:val="86"/>
        </w:numPr>
        <w:spacing w:line="240" w:lineRule="auto"/>
        <w:jc w:val="both"/>
      </w:pPr>
      <w:r>
        <w:t>Pani/a dane nie będą podlegały profilowaniu lub zautomatyzowanemu podejmowaniu decyzji.</w:t>
      </w:r>
    </w:p>
    <w:p w14:paraId="60AD38A8" w14:textId="77777777" w:rsidR="005F555F" w:rsidRDefault="005F555F">
      <w:pPr>
        <w:numPr>
          <w:ilvl w:val="0"/>
          <w:numId w:val="86"/>
        </w:numPr>
        <w:spacing w:line="240" w:lineRule="auto"/>
        <w:jc w:val="both"/>
      </w:pPr>
      <w:r w:rsidRPr="005F555F">
        <w:rPr>
          <w:i/>
          <w:iCs/>
        </w:rPr>
        <w:lastRenderedPageBreak/>
        <w:t>Pani/Pan ma prawo: a) dostępu do swoich danych oraz otrzymania ich kopii; b) sprostowania (poprawiania) swoich danych osobowych; c) ograniczenia przetwarzania swoich danych osobowych; d) usunięcia swoich danych osobowych na podstawie przepisów prawa; e) sprzeciwu wobec przetwarzania swoich danych; f) wniesienia skargi do Prezesa UODO (ul. Stawki 2, 00-193 Warszawa</w:t>
      </w:r>
      <w:r w:rsidR="00042074">
        <w:t>.</w:t>
      </w:r>
      <w:r>
        <w:t xml:space="preserve"> </w:t>
      </w:r>
    </w:p>
    <w:p w14:paraId="6447392E" w14:textId="7B4D5470" w:rsidR="0057399C" w:rsidRDefault="005F555F">
      <w:pPr>
        <w:numPr>
          <w:ilvl w:val="0"/>
          <w:numId w:val="86"/>
        </w:numPr>
        <w:spacing w:line="240" w:lineRule="auto"/>
        <w:jc w:val="both"/>
      </w:pPr>
      <w:r w:rsidRPr="005F555F">
        <w:rPr>
          <w:b/>
          <w:bCs/>
          <w:i/>
          <w:iCs/>
        </w:rPr>
        <w:t>Nie przysługuje Pani/Panu:</w:t>
      </w:r>
      <w:r w:rsidRPr="005F555F">
        <w:rPr>
          <w:i/>
          <w:iCs/>
        </w:rPr>
        <w:t> — prawo do przenoszenia danych osobowych, o którym mowa w art. 20 RODO (przetwarzanie nie odbywa się na podstawie zgody ani umowy); — prawo do usunięcia danych osobowych w związku z art. 17 ust. 3 lit. b, d lub e RODO.</w:t>
      </w:r>
    </w:p>
    <w:p w14:paraId="1B69750D" w14:textId="77777777" w:rsidR="0057399C" w:rsidRDefault="00042074">
      <w:pPr>
        <w:numPr>
          <w:ilvl w:val="0"/>
          <w:numId w:val="86"/>
        </w:numPr>
        <w:spacing w:line="240" w:lineRule="auto"/>
        <w:jc w:val="both"/>
      </w:pPr>
      <w:r>
        <w:t>Podanie przez Panią/a danych osobowych jest dobrowolne, ale ich niepodanie uniemożliwi zawarcie umowy i jej realizację.</w:t>
      </w:r>
    </w:p>
    <w:p w14:paraId="427ABD3E" w14:textId="77777777" w:rsidR="0037125D" w:rsidRDefault="0037125D">
      <w:pPr>
        <w:rPr>
          <w:b/>
          <w:bCs/>
        </w:rPr>
      </w:pPr>
      <w:r>
        <w:rPr>
          <w:b/>
          <w:bCs/>
        </w:rPr>
        <w:br w:type="page"/>
      </w:r>
    </w:p>
    <w:p w14:paraId="37BC374F" w14:textId="36AC1734" w:rsidR="0057399C" w:rsidRDefault="000B05C6" w:rsidP="001B728E">
      <w:pPr>
        <w:spacing w:line="240" w:lineRule="auto"/>
        <w:ind w:left="2160" w:firstLine="720"/>
        <w:jc w:val="both"/>
      </w:pPr>
      <w:r>
        <w:lastRenderedPageBreak/>
        <w:t xml:space="preserve">                                                                    </w:t>
      </w:r>
      <w:r>
        <w:rPr>
          <w:b/>
          <w:bCs/>
        </w:rPr>
        <w:t>Załącznik nr 6 do SWZ</w:t>
      </w:r>
    </w:p>
    <w:p w14:paraId="4AA2A565" w14:textId="77777777" w:rsidR="0057399C" w:rsidRDefault="00042074" w:rsidP="00CC1319">
      <w:pPr>
        <w:pStyle w:val="LFAttachments"/>
        <w:jc w:val="center"/>
      </w:pPr>
      <w:bookmarkStart w:id="11" w:name="X3d5ce8e5720770017026db33be5ae733f2a802f"/>
      <w:bookmarkEnd w:id="10"/>
      <w:r>
        <w:t>OŚWIADCZENIE (należy załączyć wraz z ofertą)</w:t>
      </w:r>
    </w:p>
    <w:p w14:paraId="5CAFE968" w14:textId="0302E655" w:rsidR="0057399C" w:rsidRDefault="00042074" w:rsidP="000B05C6">
      <w:pPr>
        <w:spacing w:line="240" w:lineRule="auto"/>
        <w:jc w:val="both"/>
      </w:pPr>
      <w:r>
        <w:t xml:space="preserve">Jako Wykonawca: ……….……………………………………………… </w:t>
      </w:r>
      <w:r>
        <w:rPr>
          <w:i/>
          <w:iCs/>
        </w:rPr>
        <w:t>(należy podać nazwę Wykonawcy)</w:t>
      </w:r>
      <w:r>
        <w:t xml:space="preserve"> ubiegający się o zamówienie „Zakup i sukcesywna dostawa 160 000 kg wraz z transportem w sezonie grzewczym 2026/2027 roku sprasowanej biomasy drzewnej typu </w:t>
      </w:r>
      <w:proofErr w:type="spellStart"/>
      <w:r>
        <w:t>pellet</w:t>
      </w:r>
      <w:proofErr w:type="spellEnd"/>
      <w:r>
        <w:t xml:space="preserve"> klasy </w:t>
      </w:r>
      <w:proofErr w:type="spellStart"/>
      <w:r>
        <w:t>A1</w:t>
      </w:r>
      <w:proofErr w:type="spellEnd"/>
      <w:r>
        <w:t xml:space="preserve"> dla Szkoły Podstawowej im. Jana Pawła II w Łopusznie“ oświadczam,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t>t.j</w:t>
      </w:r>
      <w:proofErr w:type="spellEnd"/>
      <w:r>
        <w:t>. Dz. U. z dnia 15 kwietnia 2022 r. poz. 835), zwanej dalej „ustawą o przeciwdziałaniu“.</w:t>
      </w:r>
    </w:p>
    <w:p w14:paraId="639A3330" w14:textId="77777777" w:rsidR="0057399C" w:rsidRDefault="00042074" w:rsidP="000B05C6">
      <w:pPr>
        <w:pStyle w:val="Tekstpodstawowy"/>
        <w:spacing w:line="240" w:lineRule="auto"/>
        <w:jc w:val="both"/>
      </w:pPr>
      <w:r>
        <w:t>Na podstawie art. 7 ust. 1 ustawy o przeciwdziałaniu z postępowania wyklucza się:</w:t>
      </w:r>
    </w:p>
    <w:p w14:paraId="2DAAB4AC" w14:textId="77777777" w:rsidR="0057399C" w:rsidRDefault="00042074">
      <w:pPr>
        <w:numPr>
          <w:ilvl w:val="0"/>
          <w:numId w:val="87"/>
        </w:numPr>
        <w:spacing w:line="240" w:lineRule="auto"/>
        <w:jc w:val="both"/>
      </w:pPr>
      <w:r>
        <w:t xml:space="preserve">Wykonawcę wymienionego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t>późn</w:t>
      </w:r>
      <w:proofErr w:type="spellEnd"/>
      <w:r>
        <w:t xml:space="preserve">. zm.), zwanego dalej „rozporządzeniem 765/2006“,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t>późn</w:t>
      </w:r>
      <w:proofErr w:type="spellEnd"/>
      <w:r>
        <w:t>. zm.), zwanego dalej „rozporządzeniem 269/2014“, albo wpisanego na listę na podstawie decyzji w sprawie wpisu na listę rozstrzygającej o zastosowaniu środka, o którym mowa w art. 1 pkt 3 ustawy o przeciwdziałaniu;</w:t>
      </w:r>
    </w:p>
    <w:p w14:paraId="08E1E41C" w14:textId="77777777" w:rsidR="0057399C" w:rsidRDefault="00042074">
      <w:pPr>
        <w:numPr>
          <w:ilvl w:val="0"/>
          <w:numId w:val="87"/>
        </w:numPr>
        <w:spacing w:line="240" w:lineRule="auto"/>
        <w:jc w:val="both"/>
      </w:pPr>
      <w: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przeciwdziałaniu;</w:t>
      </w:r>
    </w:p>
    <w:p w14:paraId="5CF8AD6F" w14:textId="77777777" w:rsidR="0057399C" w:rsidRDefault="00042074">
      <w:pPr>
        <w:numPr>
          <w:ilvl w:val="0"/>
          <w:numId w:val="87"/>
        </w:numPr>
        <w:spacing w:line="240" w:lineRule="auto"/>
        <w:jc w:val="both"/>
      </w:pPr>
      <w: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 przeciwdziałaniu.</w:t>
      </w:r>
    </w:p>
    <w:p w14:paraId="4B225C0E" w14:textId="77777777" w:rsidR="0057399C" w:rsidRDefault="00042074" w:rsidP="000B05C6">
      <w:pPr>
        <w:spacing w:line="240" w:lineRule="auto"/>
        <w:jc w:val="both"/>
      </w:pPr>
      <w:r>
        <w:t xml:space="preserve">Lista osób i podmiotów (lista), wobec których są stosowane środki, o których mowa powyżej, jest prowadzona przez ministra właściwego do spraw wewnętrznych i </w:t>
      </w:r>
      <w:r>
        <w:lastRenderedPageBreak/>
        <w:t>publikowana w Biuletynie Informacji Publicznej na stronie podmiotowej ministra właściwego do spraw wewnętrznych.</w:t>
      </w:r>
    </w:p>
    <w:p w14:paraId="00327209" w14:textId="77777777" w:rsidR="0057399C" w:rsidRDefault="00042074" w:rsidP="000B05C6">
      <w:pPr>
        <w:pStyle w:val="Tekstpodstawowy"/>
        <w:spacing w:line="240" w:lineRule="auto"/>
        <w:jc w:val="both"/>
      </w:pPr>
      <w:r>
        <w:t>Wykluczenie następuje na okres trwania okoliczności wskazanych powyżej, z zastrzeżeniem, że okres ten nie rozpoczyna się wcześniej niż po 30.04.2022 r.</w:t>
      </w:r>
    </w:p>
    <w:p w14:paraId="2A4D7ACB" w14:textId="77777777" w:rsidR="0057399C" w:rsidRDefault="00042074" w:rsidP="000B05C6">
      <w:pPr>
        <w:pStyle w:val="Tekstpodstawowy"/>
        <w:spacing w:line="240" w:lineRule="auto"/>
        <w:jc w:val="both"/>
      </w:pPr>
      <w:r>
        <w:t xml:space="preserve">………..…………………………………………………………………………………………. </w:t>
      </w:r>
      <w:r>
        <w:rPr>
          <w:i/>
          <w:iCs/>
        </w:rPr>
        <w:t>Data i podpis Wykonawcy (osoby uprawnionej do reprezentowania Wykonawcy)</w:t>
      </w:r>
    </w:p>
    <w:p w14:paraId="796C8813" w14:textId="77777777" w:rsidR="0057399C" w:rsidRDefault="00042074" w:rsidP="000B05C6">
      <w:pPr>
        <w:pStyle w:val="Tekstpodstawowy"/>
        <w:spacing w:line="240" w:lineRule="auto"/>
        <w:jc w:val="both"/>
      </w:pPr>
      <w:r>
        <w:t> </w:t>
      </w:r>
    </w:p>
    <w:p w14:paraId="53AD3052" w14:textId="77777777" w:rsidR="0057399C" w:rsidRDefault="00042074" w:rsidP="000B05C6">
      <w:pPr>
        <w:pStyle w:val="Tekstpodstawowy"/>
        <w:spacing w:line="240" w:lineRule="auto"/>
        <w:jc w:val="both"/>
      </w:pPr>
      <w:r>
        <w:t> </w:t>
      </w:r>
    </w:p>
    <w:bookmarkEnd w:id="9"/>
    <w:bookmarkEnd w:id="11"/>
    <w:p w14:paraId="36239786" w14:textId="7DF1AFAE" w:rsidR="0057399C" w:rsidRDefault="0057399C" w:rsidP="000B05C6">
      <w:pPr>
        <w:pStyle w:val="Tekstpodstawowy"/>
        <w:spacing w:line="240" w:lineRule="auto"/>
        <w:jc w:val="both"/>
      </w:pPr>
    </w:p>
    <w:sectPr w:rsidR="0057399C" w:rsidSect="00042074">
      <w:headerReference w:type="default" r:id="rId7"/>
      <w:footerReference w:type="default" r:id="rId8"/>
      <w:pgSz w:w="12240" w:h="15840"/>
      <w:pgMar w:top="1417" w:right="1417" w:bottom="1417" w:left="19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DCA0A" w14:textId="77777777" w:rsidR="00F2308B" w:rsidRDefault="00F2308B">
      <w:pPr>
        <w:spacing w:after="0" w:line="240" w:lineRule="auto"/>
      </w:pPr>
      <w:r>
        <w:separator/>
      </w:r>
    </w:p>
  </w:endnote>
  <w:endnote w:type="continuationSeparator" w:id="0">
    <w:p w14:paraId="64A96148" w14:textId="77777777" w:rsidR="00F2308B" w:rsidRDefault="00F23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2BF32" w14:textId="77777777" w:rsidR="00042074" w:rsidRDefault="00042074">
    <w:pPr>
      <w:pStyle w:val="Stopka"/>
      <w:jc w:val="right"/>
    </w:pPr>
    <w:r>
      <w:rPr>
        <w:sz w:val="18"/>
      </w:rPr>
      <w:fldChar w:fldCharType="begin"/>
    </w:r>
    <w:r>
      <w:rPr>
        <w:sz w:val="18"/>
      </w:rPr>
      <w:instrText>PAGE</w:instrText>
    </w:r>
    <w:r>
      <w:rPr>
        <w:sz w:val="18"/>
      </w:rPr>
      <w:fldChar w:fldCharType="separate"/>
    </w:r>
    <w:r>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163C7" w14:textId="77777777" w:rsidR="00F2308B" w:rsidRDefault="00F2308B">
      <w:r>
        <w:separator/>
      </w:r>
    </w:p>
  </w:footnote>
  <w:footnote w:type="continuationSeparator" w:id="0">
    <w:p w14:paraId="71C97520" w14:textId="77777777" w:rsidR="00F2308B" w:rsidRDefault="00F23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18D5" w14:textId="131788C7" w:rsidR="00042074" w:rsidRDefault="001B728E">
    <w:pPr>
      <w:pStyle w:val="Nagwek"/>
    </w:pPr>
    <w:r>
      <w:rPr>
        <w:b/>
        <w:bCs/>
      </w:rPr>
      <w:t>L.dz. SP-36/2025/2026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000A990"/>
    <w:multiLevelType w:val="multilevel"/>
    <w:tmpl w:val="C3E6E81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7" w15:restartNumberingAfterBreak="0">
    <w:nsid w:val="0000A991"/>
    <w:multiLevelType w:val="multilevel"/>
    <w:tmpl w:val="5BA2E18A"/>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8" w15:restartNumberingAfterBreak="0">
    <w:nsid w:val="00A99411"/>
    <w:multiLevelType w:val="multilevel"/>
    <w:tmpl w:val="30C0A9DA"/>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 w15:restartNumberingAfterBreak="0">
    <w:nsid w:val="00A99412"/>
    <w:multiLevelType w:val="multilevel"/>
    <w:tmpl w:val="C4C8DF02"/>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10" w15:restartNumberingAfterBreak="0">
    <w:nsid w:val="00A99413"/>
    <w:multiLevelType w:val="multilevel"/>
    <w:tmpl w:val="DCF2ED50"/>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11" w15:restartNumberingAfterBreak="0">
    <w:nsid w:val="00A99414"/>
    <w:multiLevelType w:val="multilevel"/>
    <w:tmpl w:val="A45CE3A2"/>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abstractNum w:abstractNumId="12" w15:restartNumberingAfterBreak="0">
    <w:nsid w:val="00A99415"/>
    <w:multiLevelType w:val="multilevel"/>
    <w:tmpl w:val="C90A220A"/>
    <w:lvl w:ilvl="0">
      <w:start w:val="5"/>
      <w:numFmt w:val="decimal"/>
      <w:lvlText w:val="%1."/>
      <w:lvlJc w:val="left"/>
      <w:pPr>
        <w:ind w:left="720" w:hanging="480"/>
      </w:p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abstractNum w:abstractNumId="13" w15:restartNumberingAfterBreak="0">
    <w:nsid w:val="00A99416"/>
    <w:multiLevelType w:val="multilevel"/>
    <w:tmpl w:val="AE86CFCA"/>
    <w:lvl w:ilvl="0">
      <w:start w:val="6"/>
      <w:numFmt w:val="decimal"/>
      <w:lvlText w:val="%1."/>
      <w:lvlJc w:val="left"/>
      <w:pPr>
        <w:ind w:left="720" w:hanging="480"/>
      </w:pPr>
    </w:lvl>
    <w:lvl w:ilvl="1">
      <w:start w:val="6"/>
      <w:numFmt w:val="decimal"/>
      <w:lvlText w:val="%2."/>
      <w:lvlJc w:val="left"/>
      <w:pPr>
        <w:ind w:left="1440" w:hanging="480"/>
      </w:pPr>
    </w:lvl>
    <w:lvl w:ilvl="2">
      <w:start w:val="6"/>
      <w:numFmt w:val="decimal"/>
      <w:lvlText w:val="%3."/>
      <w:lvlJc w:val="left"/>
      <w:pPr>
        <w:ind w:left="2160" w:hanging="480"/>
      </w:pPr>
    </w:lvl>
    <w:lvl w:ilvl="3">
      <w:start w:val="6"/>
      <w:numFmt w:val="decimal"/>
      <w:lvlText w:val="%4."/>
      <w:lvlJc w:val="left"/>
      <w:pPr>
        <w:ind w:left="2880" w:hanging="480"/>
      </w:pPr>
    </w:lvl>
    <w:lvl w:ilvl="4">
      <w:start w:val="6"/>
      <w:numFmt w:val="decimal"/>
      <w:lvlText w:val="%5."/>
      <w:lvlJc w:val="left"/>
      <w:pPr>
        <w:ind w:left="3600" w:hanging="480"/>
      </w:pPr>
    </w:lvl>
    <w:lvl w:ilvl="5">
      <w:start w:val="6"/>
      <w:numFmt w:val="decimal"/>
      <w:lvlText w:val="%6."/>
      <w:lvlJc w:val="left"/>
      <w:pPr>
        <w:ind w:left="4320" w:hanging="480"/>
      </w:pPr>
    </w:lvl>
    <w:lvl w:ilvl="6">
      <w:start w:val="6"/>
      <w:numFmt w:val="decimal"/>
      <w:lvlText w:val="%7."/>
      <w:lvlJc w:val="left"/>
      <w:pPr>
        <w:ind w:left="5040" w:hanging="480"/>
      </w:pPr>
    </w:lvl>
    <w:lvl w:ilvl="7">
      <w:start w:val="6"/>
      <w:numFmt w:val="decimal"/>
      <w:lvlText w:val="%8."/>
      <w:lvlJc w:val="left"/>
      <w:pPr>
        <w:ind w:left="5760" w:hanging="480"/>
      </w:pPr>
    </w:lvl>
    <w:lvl w:ilvl="8">
      <w:start w:val="6"/>
      <w:numFmt w:val="decimal"/>
      <w:lvlText w:val="%9."/>
      <w:lvlJc w:val="left"/>
      <w:pPr>
        <w:ind w:left="6480" w:hanging="480"/>
      </w:pPr>
    </w:lvl>
  </w:abstractNum>
  <w:abstractNum w:abstractNumId="14" w15:restartNumberingAfterBreak="0">
    <w:nsid w:val="00A99421"/>
    <w:multiLevelType w:val="multilevel"/>
    <w:tmpl w:val="7F5C93E2"/>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15" w15:restartNumberingAfterBreak="0">
    <w:nsid w:val="00A99423"/>
    <w:multiLevelType w:val="multilevel"/>
    <w:tmpl w:val="B944FF4A"/>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16" w15:restartNumberingAfterBreak="0">
    <w:nsid w:val="00A99711"/>
    <w:multiLevelType w:val="multilevel"/>
    <w:tmpl w:val="06821C76"/>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17" w15:restartNumberingAfterBreak="0">
    <w:nsid w:val="00A99721"/>
    <w:multiLevelType w:val="multilevel"/>
    <w:tmpl w:val="8F8A4BE4"/>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18" w15:restartNumberingAfterBreak="0">
    <w:nsid w:val="0A994114"/>
    <w:multiLevelType w:val="multilevel"/>
    <w:tmpl w:val="B7B2D0C2"/>
    <w:lvl w:ilvl="0">
      <w:start w:val="14"/>
      <w:numFmt w:val="decimal"/>
      <w:lvlText w:val="%1."/>
      <w:lvlJc w:val="left"/>
      <w:pPr>
        <w:ind w:left="720" w:hanging="480"/>
      </w:pPr>
    </w:lvl>
    <w:lvl w:ilvl="1">
      <w:start w:val="14"/>
      <w:numFmt w:val="decimal"/>
      <w:lvlText w:val="%2."/>
      <w:lvlJc w:val="left"/>
      <w:pPr>
        <w:ind w:left="1440" w:hanging="480"/>
      </w:pPr>
    </w:lvl>
    <w:lvl w:ilvl="2">
      <w:start w:val="14"/>
      <w:numFmt w:val="decimal"/>
      <w:lvlText w:val="%3."/>
      <w:lvlJc w:val="left"/>
      <w:pPr>
        <w:ind w:left="2160" w:hanging="480"/>
      </w:pPr>
    </w:lvl>
    <w:lvl w:ilvl="3">
      <w:start w:val="14"/>
      <w:numFmt w:val="decimal"/>
      <w:lvlText w:val="%4."/>
      <w:lvlJc w:val="left"/>
      <w:pPr>
        <w:ind w:left="2880" w:hanging="480"/>
      </w:pPr>
    </w:lvl>
    <w:lvl w:ilvl="4">
      <w:start w:val="14"/>
      <w:numFmt w:val="decimal"/>
      <w:lvlText w:val="%5."/>
      <w:lvlJc w:val="left"/>
      <w:pPr>
        <w:ind w:left="3600" w:hanging="480"/>
      </w:pPr>
    </w:lvl>
    <w:lvl w:ilvl="5">
      <w:start w:val="14"/>
      <w:numFmt w:val="decimal"/>
      <w:lvlText w:val="%6."/>
      <w:lvlJc w:val="left"/>
      <w:pPr>
        <w:ind w:left="4320" w:hanging="480"/>
      </w:pPr>
    </w:lvl>
    <w:lvl w:ilvl="6">
      <w:start w:val="14"/>
      <w:numFmt w:val="decimal"/>
      <w:lvlText w:val="%7."/>
      <w:lvlJc w:val="left"/>
      <w:pPr>
        <w:ind w:left="5040" w:hanging="480"/>
      </w:pPr>
    </w:lvl>
    <w:lvl w:ilvl="7">
      <w:start w:val="14"/>
      <w:numFmt w:val="decimal"/>
      <w:lvlText w:val="%8."/>
      <w:lvlJc w:val="left"/>
      <w:pPr>
        <w:ind w:left="5760" w:hanging="480"/>
      </w:pPr>
    </w:lvl>
    <w:lvl w:ilvl="8">
      <w:start w:val="14"/>
      <w:numFmt w:val="decimal"/>
      <w:lvlText w:val="%9."/>
      <w:lvlJc w:val="left"/>
      <w:pPr>
        <w:ind w:left="6480" w:hanging="480"/>
      </w:pPr>
    </w:lvl>
  </w:abstractNum>
  <w:num w:numId="1" w16cid:durableId="919484469">
    <w:abstractNumId w:val="5"/>
  </w:num>
  <w:num w:numId="2" w16cid:durableId="216019445">
    <w:abstractNumId w:val="3"/>
  </w:num>
  <w:num w:numId="3" w16cid:durableId="1205370449">
    <w:abstractNumId w:val="2"/>
  </w:num>
  <w:num w:numId="4" w16cid:durableId="374231962">
    <w:abstractNumId w:val="4"/>
  </w:num>
  <w:num w:numId="5" w16cid:durableId="1954827526">
    <w:abstractNumId w:val="1"/>
  </w:num>
  <w:num w:numId="6" w16cid:durableId="1851946197">
    <w:abstractNumId w:val="0"/>
  </w:num>
  <w:num w:numId="7" w16cid:durableId="1664234751">
    <w:abstractNumId w:val="6"/>
  </w:num>
  <w:num w:numId="8" w16cid:durableId="2514696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77383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68849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4499268">
    <w:abstractNumId w:val="7"/>
  </w:num>
  <w:num w:numId="12" w16cid:durableId="481700770">
    <w:abstractNumId w:val="7"/>
  </w:num>
  <w:num w:numId="13" w16cid:durableId="615260100">
    <w:abstractNumId w:val="9"/>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4" w16cid:durableId="12060236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639056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20925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68118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83556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724449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23934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43211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6147876">
    <w:abstractNumId w:val="7"/>
  </w:num>
  <w:num w:numId="23" w16cid:durableId="10350394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83951053">
    <w:abstractNumId w:val="7"/>
  </w:num>
  <w:num w:numId="25" w16cid:durableId="136384907">
    <w:abstractNumId w:val="7"/>
  </w:num>
  <w:num w:numId="26" w16cid:durableId="7151976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523499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51315156">
    <w:abstractNumId w:val="15"/>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29" w16cid:durableId="3480684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553778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04892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35381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96371337">
    <w:abstractNumId w:val="7"/>
  </w:num>
  <w:num w:numId="34" w16cid:durableId="9573715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297132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420033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813898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823678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074077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366620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736873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076600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58755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051291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428290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27335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202263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493130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925480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814908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132448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78644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625015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976046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544247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61135758">
    <w:abstractNumId w:val="7"/>
  </w:num>
  <w:num w:numId="57" w16cid:durableId="7226787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16309916">
    <w:abstractNumId w:val="11"/>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59" w16cid:durableId="10426340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857528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291240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086145645">
    <w:abstractNumId w:val="7"/>
  </w:num>
  <w:num w:numId="63" w16cid:durableId="9838479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497188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946303670">
    <w:abstractNumId w:val="18"/>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66" w16cid:durableId="16689043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071468419">
    <w:abstractNumId w:val="9"/>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68" w16cid:durableId="1508406114">
    <w:abstractNumId w:val="10"/>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69" w16cid:durableId="10651801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430662647">
    <w:abstractNumId w:val="13"/>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71" w16cid:durableId="3630231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519126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29775167">
    <w:abstractNumId w:val="7"/>
  </w:num>
  <w:num w:numId="74" w16cid:durableId="867110072">
    <w:abstractNumId w:val="7"/>
  </w:num>
  <w:num w:numId="75" w16cid:durableId="1732923399">
    <w:abstractNumId w:val="7"/>
  </w:num>
  <w:num w:numId="76" w16cid:durableId="19116522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06785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74682329">
    <w:abstractNumId w:val="7"/>
  </w:num>
  <w:num w:numId="79" w16cid:durableId="2064786804">
    <w:abstractNumId w:val="7"/>
  </w:num>
  <w:num w:numId="80" w16cid:durableId="9666639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527917079">
    <w:abstractNumId w:val="7"/>
  </w:num>
  <w:num w:numId="82" w16cid:durableId="12142686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776751885">
    <w:abstractNumId w:val="7"/>
  </w:num>
  <w:num w:numId="84" w16cid:durableId="889802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0043151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5056269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587848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80464481">
    <w:abstractNumId w:val="12"/>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99C"/>
    <w:rsid w:val="000218DC"/>
    <w:rsid w:val="00022472"/>
    <w:rsid w:val="00042074"/>
    <w:rsid w:val="000B05C6"/>
    <w:rsid w:val="000B4A13"/>
    <w:rsid w:val="00115FA2"/>
    <w:rsid w:val="001B728E"/>
    <w:rsid w:val="00341EA6"/>
    <w:rsid w:val="0037125D"/>
    <w:rsid w:val="003A15CC"/>
    <w:rsid w:val="00495244"/>
    <w:rsid w:val="004D796B"/>
    <w:rsid w:val="005070B9"/>
    <w:rsid w:val="0053793D"/>
    <w:rsid w:val="0057399C"/>
    <w:rsid w:val="005F555F"/>
    <w:rsid w:val="00643CCA"/>
    <w:rsid w:val="00652843"/>
    <w:rsid w:val="00877CA8"/>
    <w:rsid w:val="008A6DFD"/>
    <w:rsid w:val="008F0378"/>
    <w:rsid w:val="0092120C"/>
    <w:rsid w:val="009D44D4"/>
    <w:rsid w:val="00A90992"/>
    <w:rsid w:val="00B632FF"/>
    <w:rsid w:val="00BD2EDA"/>
    <w:rsid w:val="00C32CCC"/>
    <w:rsid w:val="00CC1319"/>
    <w:rsid w:val="00CC4CC4"/>
    <w:rsid w:val="00CC73C7"/>
    <w:rsid w:val="00F2308B"/>
    <w:rsid w:val="00FE000A"/>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D97B"/>
  <w15:docId w15:val="{A02D62E4-85DA-49C1-9E0A-5E011C0D0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Calibri" w:hAnsi="Calibri"/>
      <w:color w:val="000000"/>
      <w:sz w:val="24"/>
    </w:rPr>
  </w:style>
  <w:style w:type="paragraph" w:styleId="Nagwek1">
    <w:name w:val="heading 1"/>
    <w:basedOn w:val="Normalny"/>
    <w:next w:val="Normalny"/>
    <w:link w:val="Nagwek1Znak"/>
    <w:uiPriority w:val="9"/>
    <w:qFormat/>
    <w:rsid w:val="00FC693F"/>
    <w:pPr>
      <w:keepNext/>
      <w:keepLines/>
      <w:spacing w:before="480" w:after="0"/>
      <w:jc w:val="center"/>
      <w:outlineLvl w:val="0"/>
    </w:pPr>
    <w:rPr>
      <w:rFonts w:asciiTheme="majorHAnsi" w:eastAsiaTheme="majorEastAsia" w:hAnsiTheme="majorHAnsi" w:cstheme="majorBidi"/>
      <w:b/>
      <w:bCs/>
      <w:sz w:val="32"/>
      <w:szCs w:val="28"/>
    </w:rPr>
  </w:style>
  <w:style w:type="paragraph" w:styleId="Nagwek2">
    <w:name w:val="heading 2"/>
    <w:basedOn w:val="Normalny"/>
    <w:next w:val="Normalny"/>
    <w:link w:val="Nagwek2Znak"/>
    <w:uiPriority w:val="9"/>
    <w:unhideWhenUsed/>
    <w:qFormat/>
    <w:rsid w:val="00FC693F"/>
    <w:pPr>
      <w:keepNext/>
      <w:keepLines/>
      <w:spacing w:before="200" w:after="0"/>
      <w:jc w:val="center"/>
      <w:outlineLvl w:val="1"/>
    </w:pPr>
    <w:rPr>
      <w:rFonts w:asciiTheme="majorHAnsi" w:eastAsiaTheme="majorEastAsia" w:hAnsiTheme="majorHAnsi" w:cstheme="majorBidi"/>
      <w:b/>
      <w:bCs/>
      <w:sz w:val="28"/>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sz w:val="26"/>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table" w:customStyle="1" w:styleId="Table">
    <w:name w:val="Table"/>
    <w:basedOn w:val="Standardowy"/>
    <w:rsid w:val="000B05C6"/>
    <w:pPr>
      <w:spacing w:after="0" w:line="276" w:lineRule="atLeast"/>
      <w:jc w:val="both"/>
    </w:pPr>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4"/>
      </w:numPr>
      <w:contextualSpacing/>
    </w:pPr>
  </w:style>
  <w:style w:type="paragraph" w:styleId="Listanumerowana2">
    <w:name w:val="List Number 2"/>
    <w:basedOn w:val="Normalny"/>
    <w:uiPriority w:val="99"/>
    <w:unhideWhenUsed/>
    <w:rsid w:val="0029639D"/>
    <w:pPr>
      <w:numPr>
        <w:numId w:val="5"/>
      </w:numPr>
      <w:contextualSpacing/>
    </w:pPr>
  </w:style>
  <w:style w:type="paragraph" w:styleId="Listanumerowana3">
    <w:name w:val="List Number 3"/>
    <w:basedOn w:val="Normalny"/>
    <w:uiPriority w:val="99"/>
    <w:unhideWhenUsed/>
    <w:rsid w:val="0029639D"/>
    <w:pPr>
      <w:numPr>
        <w:numId w:val="6"/>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VerbatimChar">
    <w:name w:val="Verbatim Char"/>
    <w:basedOn w:val="TekstpodstawowyZnak"/>
    <w:link w:val="SourceCode"/>
    <w:rPr>
      <w:rFonts w:ascii="Calibri" w:hAnsi="Calibri" w:cs="Calibri"/>
      <w:color w:val="000000"/>
      <w:sz w:val="24"/>
    </w:rPr>
  </w:style>
  <w:style w:type="paragraph" w:customStyle="1" w:styleId="SourceCode">
    <w:name w:val="Source Code"/>
    <w:basedOn w:val="Normalny"/>
    <w:link w:val="VerbatimChar"/>
    <w:pPr>
      <w:wordWrap w:val="0"/>
      <w:spacing w:before="120" w:after="0" w:line="276" w:lineRule="atLeast"/>
      <w:jc w:val="both"/>
    </w:pPr>
    <w:rPr>
      <w:rFonts w:cs="Calibri"/>
    </w:rPr>
  </w:style>
  <w:style w:type="paragraph" w:customStyle="1" w:styleId="LFDateRight">
    <w:name w:val="LFDateRight"/>
    <w:basedOn w:val="Tekstpodstawowy"/>
    <w:qFormat/>
    <w:pPr>
      <w:jc w:val="right"/>
    </w:pPr>
  </w:style>
  <w:style w:type="paragraph" w:customStyle="1" w:styleId="LFCaseNumber">
    <w:name w:val="LFCaseNumber"/>
    <w:basedOn w:val="Tekstpodstawowy"/>
    <w:qFormat/>
    <w:rPr>
      <w:b/>
    </w:rPr>
  </w:style>
  <w:style w:type="paragraph" w:customStyle="1" w:styleId="LFCourtCenter">
    <w:name w:val="LFCourtCenter"/>
    <w:basedOn w:val="Tekstpodstawowy"/>
    <w:qFormat/>
    <w:pPr>
      <w:spacing w:after="240"/>
      <w:jc w:val="center"/>
    </w:pPr>
  </w:style>
  <w:style w:type="paragraph" w:customStyle="1" w:styleId="LFTitleCenter">
    <w:name w:val="LFTitleCenter"/>
    <w:basedOn w:val="Tekstpodstawowy"/>
    <w:qFormat/>
    <w:pPr>
      <w:spacing w:before="240" w:after="240"/>
      <w:jc w:val="center"/>
    </w:pPr>
    <w:rPr>
      <w:b/>
    </w:rPr>
  </w:style>
  <w:style w:type="paragraph" w:customStyle="1" w:styleId="LFSubject">
    <w:name w:val="LFSubject"/>
    <w:basedOn w:val="Tekstpodstawowy"/>
    <w:qFormat/>
    <w:pPr>
      <w:spacing w:before="240"/>
    </w:pPr>
    <w:rPr>
      <w:b/>
      <w:u w:val="single"/>
    </w:rPr>
  </w:style>
  <w:style w:type="paragraph" w:customStyle="1" w:styleId="LFAttachments">
    <w:name w:val="LFAttachments"/>
    <w:basedOn w:val="Tekstpodstawowy"/>
    <w:qFormat/>
    <w:pPr>
      <w:spacing w:before="240"/>
    </w:pPr>
    <w:rPr>
      <w:b/>
    </w:rPr>
  </w:style>
  <w:style w:type="paragraph" w:customStyle="1" w:styleId="LFPartyLabel">
    <w:name w:val="LFPartyLabel"/>
    <w:basedOn w:val="Tekstpodstawowy"/>
    <w:qFormat/>
    <w:pPr>
      <w:spacing w:after="40"/>
    </w:pPr>
  </w:style>
  <w:style w:type="paragraph" w:customStyle="1" w:styleId="LFPartyInfo">
    <w:name w:val="LFPartyInfo"/>
    <w:basedOn w:val="Tekstpodstawowy"/>
    <w:qFormat/>
    <w:pPr>
      <w:spacing w:after="160"/>
      <w:ind w:left="3118"/>
    </w:pPr>
  </w:style>
  <w:style w:type="character" w:customStyle="1" w:styleId="KeywordTok">
    <w:name w:val="KeywordTok"/>
    <w:basedOn w:val="VerbatimChar"/>
    <w:rPr>
      <w:rFonts w:ascii="Calibri" w:hAnsi="Calibri" w:cs="Calibri"/>
      <w:b/>
      <w:color w:val="007020"/>
      <w:sz w:val="24"/>
    </w:rPr>
  </w:style>
  <w:style w:type="character" w:customStyle="1" w:styleId="DataTypeTok">
    <w:name w:val="DataTypeTok"/>
    <w:basedOn w:val="VerbatimChar"/>
    <w:rPr>
      <w:rFonts w:ascii="Calibri" w:hAnsi="Calibri" w:cs="Calibri"/>
      <w:color w:val="902000"/>
      <w:sz w:val="24"/>
    </w:rPr>
  </w:style>
  <w:style w:type="character" w:customStyle="1" w:styleId="DecValTok">
    <w:name w:val="DecValTok"/>
    <w:basedOn w:val="VerbatimChar"/>
    <w:rPr>
      <w:rFonts w:ascii="Calibri" w:hAnsi="Calibri" w:cs="Calibri"/>
      <w:color w:val="40A070"/>
      <w:sz w:val="24"/>
    </w:rPr>
  </w:style>
  <w:style w:type="character" w:customStyle="1" w:styleId="BaseNTok">
    <w:name w:val="BaseNTok"/>
    <w:basedOn w:val="VerbatimChar"/>
    <w:rPr>
      <w:rFonts w:ascii="Calibri" w:hAnsi="Calibri" w:cs="Calibri"/>
      <w:color w:val="40A070"/>
      <w:sz w:val="24"/>
    </w:rPr>
  </w:style>
  <w:style w:type="character" w:customStyle="1" w:styleId="FloatTok">
    <w:name w:val="FloatTok"/>
    <w:basedOn w:val="VerbatimChar"/>
    <w:rPr>
      <w:rFonts w:ascii="Calibri" w:hAnsi="Calibri" w:cs="Calibri"/>
      <w:color w:val="40A070"/>
      <w:sz w:val="24"/>
    </w:rPr>
  </w:style>
  <w:style w:type="character" w:customStyle="1" w:styleId="ConstantTok">
    <w:name w:val="ConstantTok"/>
    <w:basedOn w:val="VerbatimChar"/>
    <w:rPr>
      <w:rFonts w:ascii="Calibri" w:hAnsi="Calibri" w:cs="Calibri"/>
      <w:color w:val="880000"/>
      <w:sz w:val="24"/>
    </w:rPr>
  </w:style>
  <w:style w:type="character" w:customStyle="1" w:styleId="CharTok">
    <w:name w:val="CharTok"/>
    <w:basedOn w:val="VerbatimChar"/>
    <w:rPr>
      <w:rFonts w:ascii="Calibri" w:hAnsi="Calibri" w:cs="Calibri"/>
      <w:color w:val="4070A0"/>
      <w:sz w:val="24"/>
    </w:rPr>
  </w:style>
  <w:style w:type="character" w:customStyle="1" w:styleId="SpecialCharTok">
    <w:name w:val="SpecialCharTok"/>
    <w:basedOn w:val="VerbatimChar"/>
    <w:rPr>
      <w:rFonts w:ascii="Calibri" w:hAnsi="Calibri" w:cs="Calibri"/>
      <w:color w:val="4070A0"/>
      <w:sz w:val="24"/>
    </w:rPr>
  </w:style>
  <w:style w:type="character" w:customStyle="1" w:styleId="StringTok">
    <w:name w:val="StringTok"/>
    <w:basedOn w:val="VerbatimChar"/>
    <w:rPr>
      <w:rFonts w:ascii="Calibri" w:hAnsi="Calibri" w:cs="Calibri"/>
      <w:color w:val="4070A0"/>
      <w:sz w:val="24"/>
    </w:rPr>
  </w:style>
  <w:style w:type="character" w:customStyle="1" w:styleId="VerbatimStringTok">
    <w:name w:val="VerbatimStringTok"/>
    <w:basedOn w:val="VerbatimChar"/>
    <w:rPr>
      <w:rFonts w:ascii="Calibri" w:hAnsi="Calibri" w:cs="Calibri"/>
      <w:color w:val="4070A0"/>
      <w:sz w:val="24"/>
    </w:rPr>
  </w:style>
  <w:style w:type="character" w:customStyle="1" w:styleId="SpecialStringTok">
    <w:name w:val="SpecialStringTok"/>
    <w:basedOn w:val="VerbatimChar"/>
    <w:rPr>
      <w:rFonts w:ascii="Calibri" w:hAnsi="Calibri" w:cs="Calibri"/>
      <w:color w:val="BB6688"/>
      <w:sz w:val="24"/>
    </w:rPr>
  </w:style>
  <w:style w:type="character" w:customStyle="1" w:styleId="ImportTok">
    <w:name w:val="ImportTok"/>
    <w:basedOn w:val="VerbatimChar"/>
    <w:rPr>
      <w:rFonts w:ascii="Calibri" w:hAnsi="Calibri" w:cs="Calibri"/>
      <w:b/>
      <w:color w:val="008000"/>
      <w:sz w:val="24"/>
    </w:rPr>
  </w:style>
  <w:style w:type="character" w:customStyle="1" w:styleId="CommentTok">
    <w:name w:val="CommentTok"/>
    <w:basedOn w:val="VerbatimChar"/>
    <w:rPr>
      <w:rFonts w:ascii="Calibri" w:hAnsi="Calibri" w:cs="Calibri"/>
      <w:i/>
      <w:color w:val="60A0B0"/>
      <w:sz w:val="24"/>
    </w:rPr>
  </w:style>
  <w:style w:type="character" w:customStyle="1" w:styleId="DocumentationTok">
    <w:name w:val="DocumentationTok"/>
    <w:basedOn w:val="VerbatimChar"/>
    <w:rPr>
      <w:rFonts w:ascii="Calibri" w:hAnsi="Calibri" w:cs="Calibri"/>
      <w:i/>
      <w:color w:val="BA2121"/>
      <w:sz w:val="24"/>
    </w:rPr>
  </w:style>
  <w:style w:type="character" w:customStyle="1" w:styleId="AnnotationTok">
    <w:name w:val="AnnotationTok"/>
    <w:basedOn w:val="VerbatimChar"/>
    <w:rPr>
      <w:rFonts w:ascii="Calibri" w:hAnsi="Calibri" w:cs="Calibri"/>
      <w:b/>
      <w:i/>
      <w:color w:val="60A0B0"/>
      <w:sz w:val="24"/>
    </w:rPr>
  </w:style>
  <w:style w:type="character" w:customStyle="1" w:styleId="CommentVarTok">
    <w:name w:val="CommentVarTok"/>
    <w:basedOn w:val="VerbatimChar"/>
    <w:rPr>
      <w:rFonts w:ascii="Calibri" w:hAnsi="Calibri" w:cs="Calibri"/>
      <w:b/>
      <w:i/>
      <w:color w:val="60A0B0"/>
      <w:sz w:val="24"/>
    </w:rPr>
  </w:style>
  <w:style w:type="character" w:customStyle="1" w:styleId="OtherTok">
    <w:name w:val="OtherTok"/>
    <w:basedOn w:val="VerbatimChar"/>
    <w:rPr>
      <w:rFonts w:ascii="Calibri" w:hAnsi="Calibri" w:cs="Calibri"/>
      <w:color w:val="007020"/>
      <w:sz w:val="24"/>
    </w:rPr>
  </w:style>
  <w:style w:type="character" w:customStyle="1" w:styleId="FunctionTok">
    <w:name w:val="FunctionTok"/>
    <w:basedOn w:val="VerbatimChar"/>
    <w:rPr>
      <w:rFonts w:ascii="Calibri" w:hAnsi="Calibri" w:cs="Calibri"/>
      <w:color w:val="06287E"/>
      <w:sz w:val="24"/>
    </w:rPr>
  </w:style>
  <w:style w:type="character" w:customStyle="1" w:styleId="VariableTok">
    <w:name w:val="VariableTok"/>
    <w:basedOn w:val="VerbatimChar"/>
    <w:rPr>
      <w:rFonts w:ascii="Calibri" w:hAnsi="Calibri" w:cs="Calibri"/>
      <w:color w:val="19177C"/>
      <w:sz w:val="24"/>
    </w:rPr>
  </w:style>
  <w:style w:type="character" w:customStyle="1" w:styleId="ControlFlowTok">
    <w:name w:val="ControlFlowTok"/>
    <w:basedOn w:val="VerbatimChar"/>
    <w:rPr>
      <w:rFonts w:ascii="Calibri" w:hAnsi="Calibri" w:cs="Calibri"/>
      <w:b/>
      <w:color w:val="007020"/>
      <w:sz w:val="24"/>
    </w:rPr>
  </w:style>
  <w:style w:type="character" w:customStyle="1" w:styleId="OperatorTok">
    <w:name w:val="OperatorTok"/>
    <w:basedOn w:val="VerbatimChar"/>
    <w:rPr>
      <w:rFonts w:ascii="Calibri" w:hAnsi="Calibri" w:cs="Calibri"/>
      <w:color w:val="666666"/>
      <w:sz w:val="24"/>
    </w:rPr>
  </w:style>
  <w:style w:type="character" w:customStyle="1" w:styleId="BuiltInTok">
    <w:name w:val="BuiltInTok"/>
    <w:basedOn w:val="VerbatimChar"/>
    <w:rPr>
      <w:rFonts w:ascii="Calibri" w:hAnsi="Calibri" w:cs="Calibri"/>
      <w:color w:val="008000"/>
      <w:sz w:val="24"/>
    </w:rPr>
  </w:style>
  <w:style w:type="character" w:customStyle="1" w:styleId="ExtensionTok">
    <w:name w:val="ExtensionTok"/>
    <w:basedOn w:val="VerbatimChar"/>
    <w:rPr>
      <w:rFonts w:ascii="Calibri" w:hAnsi="Calibri" w:cs="Calibri"/>
      <w:color w:val="000000"/>
      <w:sz w:val="24"/>
    </w:rPr>
  </w:style>
  <w:style w:type="character" w:customStyle="1" w:styleId="PreprocessorTok">
    <w:name w:val="PreprocessorTok"/>
    <w:basedOn w:val="VerbatimChar"/>
    <w:rPr>
      <w:rFonts w:ascii="Calibri" w:hAnsi="Calibri" w:cs="Calibri"/>
      <w:color w:val="BC7A00"/>
      <w:sz w:val="24"/>
    </w:rPr>
  </w:style>
  <w:style w:type="character" w:customStyle="1" w:styleId="AttributeTok">
    <w:name w:val="AttributeTok"/>
    <w:basedOn w:val="VerbatimChar"/>
    <w:rPr>
      <w:rFonts w:ascii="Calibri" w:hAnsi="Calibri" w:cs="Calibri"/>
      <w:color w:val="7D9029"/>
      <w:sz w:val="24"/>
    </w:rPr>
  </w:style>
  <w:style w:type="character" w:customStyle="1" w:styleId="RegionMarkerTok">
    <w:name w:val="RegionMarkerTok"/>
    <w:basedOn w:val="VerbatimChar"/>
    <w:rPr>
      <w:rFonts w:ascii="Calibri" w:hAnsi="Calibri" w:cs="Calibri"/>
      <w:color w:val="000000"/>
      <w:sz w:val="24"/>
    </w:rPr>
  </w:style>
  <w:style w:type="character" w:customStyle="1" w:styleId="InformationTok">
    <w:name w:val="InformationTok"/>
    <w:basedOn w:val="VerbatimChar"/>
    <w:rPr>
      <w:rFonts w:ascii="Calibri" w:hAnsi="Calibri" w:cs="Calibri"/>
      <w:b/>
      <w:i/>
      <w:color w:val="60A0B0"/>
      <w:sz w:val="24"/>
    </w:rPr>
  </w:style>
  <w:style w:type="character" w:customStyle="1" w:styleId="WarningTok">
    <w:name w:val="WarningTok"/>
    <w:basedOn w:val="VerbatimChar"/>
    <w:rPr>
      <w:rFonts w:ascii="Calibri" w:hAnsi="Calibri" w:cs="Calibri"/>
      <w:b/>
      <w:i/>
      <w:color w:val="60A0B0"/>
      <w:sz w:val="24"/>
    </w:rPr>
  </w:style>
  <w:style w:type="character" w:customStyle="1" w:styleId="AlertTok">
    <w:name w:val="AlertTok"/>
    <w:basedOn w:val="VerbatimChar"/>
    <w:rPr>
      <w:rFonts w:ascii="Calibri" w:hAnsi="Calibri" w:cs="Calibri"/>
      <w:b/>
      <w:color w:val="FF0000"/>
      <w:sz w:val="24"/>
    </w:rPr>
  </w:style>
  <w:style w:type="character" w:customStyle="1" w:styleId="ErrorTok">
    <w:name w:val="ErrorTok"/>
    <w:basedOn w:val="VerbatimChar"/>
    <w:rPr>
      <w:rFonts w:ascii="Calibri" w:hAnsi="Calibri" w:cs="Calibri"/>
      <w:b/>
      <w:color w:val="FF0000"/>
      <w:sz w:val="24"/>
    </w:rPr>
  </w:style>
  <w:style w:type="character" w:customStyle="1" w:styleId="NormalTok">
    <w:name w:val="NormalTok"/>
    <w:basedOn w:val="VerbatimChar"/>
    <w:rPr>
      <w:rFonts w:ascii="Calibri" w:hAnsi="Calibri" w:cs="Calibri"/>
      <w:color w:val="000000"/>
      <w:sz w:val="24"/>
    </w:rPr>
  </w:style>
  <w:style w:type="paragraph" w:customStyle="1" w:styleId="Tekstpodstawowy1">
    <w:name w:val="Tekst podstawowy1"/>
    <w:basedOn w:val="Normalny"/>
    <w:pPr>
      <w:spacing w:after="120"/>
    </w:pPr>
    <w:rPr>
      <w:rFonts w:cs="Calibri"/>
      <w:kern w:val="2"/>
      <w:szCs w:val="24"/>
      <w:lang w:eastAsia="pl-PL"/>
      <w14:ligatures w14:val="standardContextual"/>
    </w:rPr>
  </w:style>
  <w:style w:type="character" w:styleId="Odwoaniedokomentarza">
    <w:name w:val="annotation reference"/>
    <w:basedOn w:val="Domylnaczcionkaakapitu"/>
    <w:uiPriority w:val="99"/>
    <w:semiHidden/>
    <w:unhideWhenUsed/>
    <w:rsid w:val="00042074"/>
    <w:rPr>
      <w:sz w:val="16"/>
      <w:szCs w:val="16"/>
    </w:rPr>
  </w:style>
  <w:style w:type="paragraph" w:styleId="Tekstkomentarza">
    <w:name w:val="annotation text"/>
    <w:basedOn w:val="Normalny"/>
    <w:link w:val="TekstkomentarzaZnak"/>
    <w:uiPriority w:val="99"/>
    <w:semiHidden/>
    <w:unhideWhenUsed/>
    <w:rsid w:val="0004207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42074"/>
    <w:rPr>
      <w:rFonts w:ascii="Calibri" w:hAnsi="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042074"/>
    <w:rPr>
      <w:b/>
      <w:bCs/>
    </w:rPr>
  </w:style>
  <w:style w:type="character" w:customStyle="1" w:styleId="TematkomentarzaZnak">
    <w:name w:val="Temat komentarza Znak"/>
    <w:basedOn w:val="TekstkomentarzaZnak"/>
    <w:link w:val="Tematkomentarza"/>
    <w:uiPriority w:val="99"/>
    <w:semiHidden/>
    <w:rsid w:val="00042074"/>
    <w:rPr>
      <w:rFonts w:ascii="Calibri" w:hAnsi="Calibri"/>
      <w:b/>
      <w:bCs/>
      <w:color w:val="000000"/>
      <w:sz w:val="20"/>
      <w:szCs w:val="20"/>
    </w:rPr>
  </w:style>
  <w:style w:type="paragraph" w:styleId="Tekstdymka">
    <w:name w:val="Balloon Text"/>
    <w:basedOn w:val="Normalny"/>
    <w:link w:val="TekstdymkaZnak"/>
    <w:uiPriority w:val="99"/>
    <w:semiHidden/>
    <w:unhideWhenUsed/>
    <w:rsid w:val="0004207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42074"/>
    <w:rPr>
      <w:rFonts w:ascii="Segoe UI" w:hAnsi="Segoe UI" w:cs="Segoe UI"/>
      <w:color w:val="000000"/>
      <w:sz w:val="18"/>
      <w:szCs w:val="18"/>
    </w:rPr>
  </w:style>
  <w:style w:type="paragraph" w:customStyle="1" w:styleId="Normalny1">
    <w:name w:val="Normalny1"/>
    <w:basedOn w:val="Normalny"/>
    <w:rsid w:val="00341EA6"/>
    <w:rPr>
      <w:rFonts w:cs="Calibri"/>
      <w:kern w:val="2"/>
      <w:szCs w:val="24"/>
      <w:lang w:eastAsia="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2677</Words>
  <Characters>16063</Characters>
  <Application>Microsoft Office Word</Application>
  <DocSecurity>0</DocSecurity>
  <Lines>133</Lines>
  <Paragraphs>37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18703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Wojciech Chłopek</dc:creator>
  <cp:keywords/>
  <cp:lastModifiedBy>Wojciech Chłopek</cp:lastModifiedBy>
  <cp:revision>10</cp:revision>
  <dcterms:created xsi:type="dcterms:W3CDTF">2026-08-23T19:53:00Z</dcterms:created>
  <dcterms:modified xsi:type="dcterms:W3CDTF">2026-08-23T21:02:00Z</dcterms:modified>
</cp:coreProperties>
</file>