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A04C05" w14:textId="77777777" w:rsidR="009675C7" w:rsidRDefault="009675C7" w:rsidP="009675C7">
      <w:pPr>
        <w:pStyle w:val="Default"/>
        <w:jc w:val="center"/>
        <w:rPr>
          <w:b/>
          <w:bCs/>
          <w:color w:val="auto"/>
          <w:sz w:val="22"/>
          <w:szCs w:val="22"/>
        </w:rPr>
      </w:pPr>
      <w:r w:rsidRPr="00D04912">
        <w:rPr>
          <w:b/>
          <w:bCs/>
          <w:color w:val="auto"/>
          <w:sz w:val="22"/>
          <w:szCs w:val="22"/>
        </w:rPr>
        <w:t>UMOWA NR ……….</w:t>
      </w:r>
    </w:p>
    <w:p w14:paraId="1A81E582" w14:textId="77777777" w:rsidR="001050AF" w:rsidRPr="00D04912" w:rsidRDefault="001050AF" w:rsidP="009675C7">
      <w:pPr>
        <w:pStyle w:val="Default"/>
        <w:jc w:val="center"/>
        <w:rPr>
          <w:color w:val="auto"/>
          <w:sz w:val="22"/>
          <w:szCs w:val="22"/>
        </w:rPr>
      </w:pPr>
    </w:p>
    <w:p w14:paraId="1A912C84" w14:textId="014D6060" w:rsidR="009675C7" w:rsidRPr="00D04912" w:rsidRDefault="009675C7" w:rsidP="009675C7">
      <w:pPr>
        <w:pStyle w:val="Default"/>
        <w:jc w:val="both"/>
        <w:rPr>
          <w:color w:val="auto"/>
          <w:sz w:val="22"/>
          <w:szCs w:val="22"/>
        </w:rPr>
      </w:pPr>
      <w:r w:rsidRPr="00D04912">
        <w:rPr>
          <w:color w:val="auto"/>
          <w:sz w:val="22"/>
          <w:szCs w:val="22"/>
        </w:rPr>
        <w:t xml:space="preserve">zawarta w dniu …………………….. pomiędzy </w:t>
      </w:r>
      <w:r w:rsidRPr="00D04912">
        <w:rPr>
          <w:b/>
          <w:bCs/>
          <w:color w:val="auto"/>
          <w:sz w:val="22"/>
          <w:szCs w:val="22"/>
        </w:rPr>
        <w:t xml:space="preserve">Gminą Sokołów Małopolski </w:t>
      </w:r>
      <w:r w:rsidRPr="00D04912">
        <w:rPr>
          <w:color w:val="auto"/>
          <w:sz w:val="22"/>
          <w:szCs w:val="22"/>
        </w:rPr>
        <w:t>z siedzibą w</w:t>
      </w:r>
      <w:r w:rsidR="00D04912">
        <w:rPr>
          <w:color w:val="auto"/>
          <w:sz w:val="22"/>
          <w:szCs w:val="22"/>
        </w:rPr>
        <w:t> </w:t>
      </w:r>
      <w:r w:rsidRPr="00D04912">
        <w:rPr>
          <w:color w:val="auto"/>
          <w:sz w:val="22"/>
          <w:szCs w:val="22"/>
        </w:rPr>
        <w:t>Sokołowie Małopolskim, ul. Rynek 1, 36-050 Sokołów Małopolski, NIP</w:t>
      </w:r>
      <w:r w:rsidR="00D04912">
        <w:rPr>
          <w:color w:val="auto"/>
          <w:sz w:val="22"/>
          <w:szCs w:val="22"/>
        </w:rPr>
        <w:t> </w:t>
      </w:r>
      <w:r w:rsidRPr="00D04912">
        <w:rPr>
          <w:color w:val="auto"/>
          <w:sz w:val="22"/>
          <w:szCs w:val="22"/>
        </w:rPr>
        <w:t xml:space="preserve">…………………………….. reprezentowaną przez: </w:t>
      </w:r>
    </w:p>
    <w:p w14:paraId="4E658F7B" w14:textId="77777777" w:rsidR="009675C7" w:rsidRPr="00D04912" w:rsidRDefault="009675C7" w:rsidP="009675C7">
      <w:pPr>
        <w:pStyle w:val="Default"/>
        <w:rPr>
          <w:color w:val="auto"/>
          <w:sz w:val="22"/>
          <w:szCs w:val="22"/>
        </w:rPr>
      </w:pPr>
      <w:r w:rsidRPr="00D04912">
        <w:rPr>
          <w:b/>
          <w:bCs/>
          <w:color w:val="auto"/>
          <w:sz w:val="22"/>
          <w:szCs w:val="22"/>
        </w:rPr>
        <w:t xml:space="preserve">Pana Andrzeja Kraskę </w:t>
      </w:r>
      <w:r w:rsidRPr="00D04912">
        <w:rPr>
          <w:color w:val="auto"/>
          <w:sz w:val="22"/>
          <w:szCs w:val="22"/>
        </w:rPr>
        <w:t xml:space="preserve">– Burmistrza Gminy i Miasta Sokołów Małopolski, przy kontrasygnacie </w:t>
      </w:r>
      <w:r w:rsidRPr="00D04912">
        <w:rPr>
          <w:b/>
          <w:color w:val="auto"/>
          <w:sz w:val="22"/>
          <w:szCs w:val="22"/>
        </w:rPr>
        <w:t xml:space="preserve">Pani Moniki Lichota </w:t>
      </w:r>
      <w:r w:rsidRPr="00D04912">
        <w:rPr>
          <w:color w:val="auto"/>
          <w:sz w:val="22"/>
          <w:szCs w:val="22"/>
        </w:rPr>
        <w:t xml:space="preserve">– Skarbnika Gminy i Miasta Sokołów Małopolski, zwaną w umowie </w:t>
      </w:r>
      <w:r w:rsidRPr="00D04912">
        <w:rPr>
          <w:b/>
          <w:bCs/>
          <w:color w:val="auto"/>
          <w:sz w:val="22"/>
          <w:szCs w:val="22"/>
        </w:rPr>
        <w:t xml:space="preserve">„ Zamawiającym”, </w:t>
      </w:r>
    </w:p>
    <w:p w14:paraId="293E3F1F" w14:textId="77777777" w:rsidR="009675C7" w:rsidRPr="00D04912" w:rsidRDefault="009675C7" w:rsidP="009675C7">
      <w:pPr>
        <w:pStyle w:val="Default"/>
        <w:rPr>
          <w:color w:val="auto"/>
          <w:sz w:val="22"/>
          <w:szCs w:val="22"/>
        </w:rPr>
      </w:pPr>
      <w:r w:rsidRPr="00D04912">
        <w:rPr>
          <w:b/>
          <w:bCs/>
          <w:color w:val="auto"/>
          <w:sz w:val="22"/>
          <w:szCs w:val="22"/>
        </w:rPr>
        <w:t xml:space="preserve">a </w:t>
      </w:r>
    </w:p>
    <w:p w14:paraId="54084F25" w14:textId="77777777" w:rsidR="009675C7" w:rsidRPr="00D04912" w:rsidRDefault="009675C7" w:rsidP="009675C7">
      <w:pPr>
        <w:pStyle w:val="Default"/>
        <w:jc w:val="both"/>
        <w:rPr>
          <w:color w:val="auto"/>
          <w:sz w:val="22"/>
          <w:szCs w:val="22"/>
        </w:rPr>
      </w:pPr>
      <w:r w:rsidRPr="00D04912">
        <w:rPr>
          <w:b/>
          <w:bCs/>
          <w:color w:val="auto"/>
          <w:sz w:val="22"/>
          <w:szCs w:val="22"/>
        </w:rPr>
        <w:t>……………………………………..</w:t>
      </w:r>
      <w:r w:rsidRPr="00D04912">
        <w:rPr>
          <w:color w:val="auto"/>
          <w:sz w:val="22"/>
          <w:szCs w:val="22"/>
        </w:rPr>
        <w:t>…………………………………………………………………………………………………………………………………………………………………………………………………………………………………………………………………………………………………………………</w:t>
      </w:r>
    </w:p>
    <w:p w14:paraId="5DD111D6" w14:textId="77777777" w:rsidR="009675C7" w:rsidRPr="00D04912" w:rsidRDefault="009675C7" w:rsidP="009675C7">
      <w:pPr>
        <w:pStyle w:val="Default"/>
        <w:jc w:val="both"/>
        <w:rPr>
          <w:color w:val="auto"/>
          <w:sz w:val="22"/>
          <w:szCs w:val="22"/>
        </w:rPr>
      </w:pPr>
      <w:r w:rsidRPr="00D04912">
        <w:rPr>
          <w:color w:val="auto"/>
          <w:sz w:val="22"/>
          <w:szCs w:val="22"/>
        </w:rPr>
        <w:t>zwanym dalej „</w:t>
      </w:r>
      <w:r w:rsidRPr="00D04912">
        <w:rPr>
          <w:b/>
          <w:bCs/>
          <w:color w:val="auto"/>
          <w:sz w:val="22"/>
          <w:szCs w:val="22"/>
        </w:rPr>
        <w:t xml:space="preserve">Wykonawcą”, </w:t>
      </w:r>
    </w:p>
    <w:p w14:paraId="38A61EF3" w14:textId="02EB5716" w:rsidR="009675C7" w:rsidRPr="00D04912" w:rsidRDefault="001217DC" w:rsidP="009675C7">
      <w:pPr>
        <w:pStyle w:val="Default"/>
        <w:jc w:val="both"/>
        <w:rPr>
          <w:i/>
          <w:iCs/>
          <w:color w:val="auto"/>
          <w:sz w:val="22"/>
          <w:szCs w:val="22"/>
        </w:rPr>
      </w:pPr>
      <w:r w:rsidRPr="001217DC">
        <w:rPr>
          <w:i/>
          <w:iCs/>
          <w:color w:val="auto"/>
          <w:sz w:val="22"/>
          <w:szCs w:val="22"/>
          <w:lang w:val="en-US"/>
        </w:rPr>
        <w:t xml:space="preserve">w </w:t>
      </w:r>
      <w:proofErr w:type="spellStart"/>
      <w:r w:rsidRPr="001217DC">
        <w:rPr>
          <w:i/>
          <w:iCs/>
          <w:color w:val="auto"/>
          <w:sz w:val="22"/>
          <w:szCs w:val="22"/>
          <w:lang w:val="en-US"/>
        </w:rPr>
        <w:t>wyniku</w:t>
      </w:r>
      <w:proofErr w:type="spellEnd"/>
      <w:r w:rsidRPr="001217DC">
        <w:rPr>
          <w:i/>
          <w:iCs/>
          <w:color w:val="auto"/>
          <w:sz w:val="22"/>
          <w:szCs w:val="22"/>
          <w:lang w:val="en-US"/>
        </w:rPr>
        <w:t xml:space="preserve"> </w:t>
      </w:r>
      <w:proofErr w:type="spellStart"/>
      <w:r w:rsidRPr="001217DC">
        <w:rPr>
          <w:i/>
          <w:iCs/>
          <w:color w:val="auto"/>
          <w:sz w:val="22"/>
          <w:szCs w:val="22"/>
          <w:lang w:val="en-US"/>
        </w:rPr>
        <w:t>dokonania</w:t>
      </w:r>
      <w:proofErr w:type="spellEnd"/>
      <w:r w:rsidRPr="001217DC">
        <w:rPr>
          <w:i/>
          <w:iCs/>
          <w:color w:val="auto"/>
          <w:sz w:val="22"/>
          <w:szCs w:val="22"/>
          <w:lang w:val="en-US"/>
        </w:rPr>
        <w:t xml:space="preserve"> </w:t>
      </w:r>
      <w:proofErr w:type="spellStart"/>
      <w:r w:rsidRPr="001217DC">
        <w:rPr>
          <w:i/>
          <w:iCs/>
          <w:color w:val="auto"/>
          <w:sz w:val="22"/>
          <w:szCs w:val="22"/>
          <w:lang w:val="en-US"/>
        </w:rPr>
        <w:t>przez</w:t>
      </w:r>
      <w:proofErr w:type="spellEnd"/>
      <w:r w:rsidRPr="001217DC">
        <w:rPr>
          <w:i/>
          <w:iCs/>
          <w:color w:val="auto"/>
          <w:sz w:val="22"/>
          <w:szCs w:val="22"/>
          <w:lang w:val="en-US"/>
        </w:rPr>
        <w:t xml:space="preserve"> </w:t>
      </w:r>
      <w:proofErr w:type="spellStart"/>
      <w:r w:rsidRPr="001217DC">
        <w:rPr>
          <w:i/>
          <w:iCs/>
          <w:color w:val="auto"/>
          <w:sz w:val="22"/>
          <w:szCs w:val="22"/>
          <w:lang w:val="en-US"/>
        </w:rPr>
        <w:t>Zamawiającego</w:t>
      </w:r>
      <w:proofErr w:type="spellEnd"/>
      <w:r w:rsidRPr="001217DC">
        <w:rPr>
          <w:i/>
          <w:iCs/>
          <w:color w:val="auto"/>
          <w:sz w:val="22"/>
          <w:szCs w:val="22"/>
          <w:lang w:val="en-US"/>
        </w:rPr>
        <w:t xml:space="preserve"> </w:t>
      </w:r>
      <w:proofErr w:type="spellStart"/>
      <w:r w:rsidRPr="001217DC">
        <w:rPr>
          <w:i/>
          <w:iCs/>
          <w:color w:val="auto"/>
          <w:sz w:val="22"/>
          <w:szCs w:val="22"/>
          <w:lang w:val="en-US"/>
        </w:rPr>
        <w:t>wyboru</w:t>
      </w:r>
      <w:proofErr w:type="spellEnd"/>
      <w:r w:rsidRPr="001217DC">
        <w:rPr>
          <w:i/>
          <w:iCs/>
          <w:color w:val="auto"/>
          <w:sz w:val="22"/>
          <w:szCs w:val="22"/>
          <w:lang w:val="en-US"/>
        </w:rPr>
        <w:t xml:space="preserve"> </w:t>
      </w:r>
      <w:proofErr w:type="spellStart"/>
      <w:r w:rsidRPr="001217DC">
        <w:rPr>
          <w:i/>
          <w:iCs/>
          <w:color w:val="auto"/>
          <w:sz w:val="22"/>
          <w:szCs w:val="22"/>
          <w:lang w:val="en-US"/>
        </w:rPr>
        <w:t>oferty</w:t>
      </w:r>
      <w:proofErr w:type="spellEnd"/>
      <w:r w:rsidRPr="001217DC">
        <w:rPr>
          <w:i/>
          <w:iCs/>
          <w:color w:val="auto"/>
          <w:sz w:val="22"/>
          <w:szCs w:val="22"/>
          <w:lang w:val="en-US"/>
        </w:rPr>
        <w:t xml:space="preserve"> </w:t>
      </w:r>
      <w:proofErr w:type="spellStart"/>
      <w:r w:rsidRPr="001217DC">
        <w:rPr>
          <w:i/>
          <w:iCs/>
          <w:color w:val="auto"/>
          <w:sz w:val="22"/>
          <w:szCs w:val="22"/>
          <w:lang w:val="en-US"/>
        </w:rPr>
        <w:t>Wykonawcy</w:t>
      </w:r>
      <w:proofErr w:type="spellEnd"/>
      <w:r w:rsidRPr="001217DC">
        <w:rPr>
          <w:i/>
          <w:iCs/>
          <w:color w:val="auto"/>
          <w:sz w:val="22"/>
          <w:szCs w:val="22"/>
          <w:lang w:val="en-US"/>
        </w:rPr>
        <w:t xml:space="preserve"> w </w:t>
      </w:r>
      <w:proofErr w:type="spellStart"/>
      <w:r w:rsidRPr="001217DC">
        <w:rPr>
          <w:i/>
          <w:iCs/>
          <w:color w:val="auto"/>
          <w:sz w:val="22"/>
          <w:szCs w:val="22"/>
          <w:lang w:val="en-US"/>
        </w:rPr>
        <w:t>postępowaniu</w:t>
      </w:r>
      <w:proofErr w:type="spellEnd"/>
      <w:r w:rsidRPr="001217DC">
        <w:rPr>
          <w:i/>
          <w:iCs/>
          <w:color w:val="auto"/>
          <w:sz w:val="22"/>
          <w:szCs w:val="22"/>
          <w:lang w:val="en-US"/>
        </w:rPr>
        <w:t xml:space="preserve"> o</w:t>
      </w:r>
      <w:r>
        <w:rPr>
          <w:i/>
          <w:iCs/>
          <w:color w:val="auto"/>
          <w:sz w:val="22"/>
          <w:szCs w:val="22"/>
          <w:lang w:val="en-US"/>
        </w:rPr>
        <w:t> </w:t>
      </w:r>
      <w:proofErr w:type="spellStart"/>
      <w:r w:rsidRPr="001217DC">
        <w:rPr>
          <w:i/>
          <w:iCs/>
          <w:color w:val="auto"/>
          <w:sz w:val="22"/>
          <w:szCs w:val="22"/>
          <w:lang w:val="en-US"/>
        </w:rPr>
        <w:t>udzielenie</w:t>
      </w:r>
      <w:proofErr w:type="spellEnd"/>
      <w:r w:rsidRPr="001217DC">
        <w:rPr>
          <w:i/>
          <w:iCs/>
          <w:color w:val="auto"/>
          <w:sz w:val="22"/>
          <w:szCs w:val="22"/>
          <w:lang w:val="en-US"/>
        </w:rPr>
        <w:t xml:space="preserve"> </w:t>
      </w:r>
      <w:proofErr w:type="spellStart"/>
      <w:r w:rsidRPr="001217DC">
        <w:rPr>
          <w:i/>
          <w:iCs/>
          <w:color w:val="auto"/>
          <w:sz w:val="22"/>
          <w:szCs w:val="22"/>
          <w:lang w:val="en-US"/>
        </w:rPr>
        <w:t>zamówienia</w:t>
      </w:r>
      <w:proofErr w:type="spellEnd"/>
      <w:r w:rsidRPr="001217DC">
        <w:rPr>
          <w:i/>
          <w:iCs/>
          <w:color w:val="auto"/>
          <w:sz w:val="22"/>
          <w:szCs w:val="22"/>
          <w:lang w:val="en-US"/>
        </w:rPr>
        <w:t xml:space="preserve"> </w:t>
      </w:r>
      <w:proofErr w:type="spellStart"/>
      <w:r w:rsidRPr="001217DC">
        <w:rPr>
          <w:i/>
          <w:iCs/>
          <w:color w:val="auto"/>
          <w:sz w:val="22"/>
          <w:szCs w:val="22"/>
          <w:lang w:val="en-US"/>
        </w:rPr>
        <w:t>publicznego</w:t>
      </w:r>
      <w:proofErr w:type="spellEnd"/>
      <w:r w:rsidRPr="001217DC">
        <w:rPr>
          <w:i/>
          <w:iCs/>
          <w:color w:val="auto"/>
          <w:sz w:val="22"/>
          <w:szCs w:val="22"/>
          <w:lang w:val="en-US"/>
        </w:rPr>
        <w:t xml:space="preserve"> </w:t>
      </w:r>
      <w:proofErr w:type="spellStart"/>
      <w:r w:rsidRPr="001217DC">
        <w:rPr>
          <w:i/>
          <w:iCs/>
          <w:color w:val="auto"/>
          <w:sz w:val="22"/>
          <w:szCs w:val="22"/>
          <w:lang w:val="en-US"/>
        </w:rPr>
        <w:t>prowadzonym</w:t>
      </w:r>
      <w:proofErr w:type="spellEnd"/>
      <w:r w:rsidRPr="001217DC">
        <w:rPr>
          <w:i/>
          <w:iCs/>
          <w:color w:val="auto"/>
          <w:sz w:val="22"/>
          <w:szCs w:val="22"/>
          <w:lang w:val="en-US"/>
        </w:rPr>
        <w:t xml:space="preserve"> w </w:t>
      </w:r>
      <w:proofErr w:type="spellStart"/>
      <w:r w:rsidRPr="001217DC">
        <w:rPr>
          <w:i/>
          <w:iCs/>
          <w:color w:val="auto"/>
          <w:sz w:val="22"/>
          <w:szCs w:val="22"/>
          <w:lang w:val="en-US"/>
        </w:rPr>
        <w:t>trybie</w:t>
      </w:r>
      <w:proofErr w:type="spellEnd"/>
      <w:r w:rsidRPr="001217DC">
        <w:rPr>
          <w:i/>
          <w:iCs/>
          <w:color w:val="auto"/>
          <w:sz w:val="22"/>
          <w:szCs w:val="22"/>
          <w:lang w:val="en-US"/>
        </w:rPr>
        <w:t xml:space="preserve"> </w:t>
      </w:r>
      <w:proofErr w:type="spellStart"/>
      <w:r w:rsidRPr="001217DC">
        <w:rPr>
          <w:i/>
          <w:iCs/>
          <w:color w:val="auto"/>
          <w:sz w:val="22"/>
          <w:szCs w:val="22"/>
          <w:lang w:val="en-US"/>
        </w:rPr>
        <w:t>podstawowym</w:t>
      </w:r>
      <w:proofErr w:type="spellEnd"/>
      <w:r w:rsidRPr="001217DC">
        <w:rPr>
          <w:i/>
          <w:iCs/>
          <w:color w:val="auto"/>
          <w:sz w:val="22"/>
          <w:szCs w:val="22"/>
          <w:lang w:val="en-US"/>
        </w:rPr>
        <w:t xml:space="preserve"> bez </w:t>
      </w:r>
      <w:proofErr w:type="spellStart"/>
      <w:r w:rsidRPr="001217DC">
        <w:rPr>
          <w:i/>
          <w:iCs/>
          <w:color w:val="auto"/>
          <w:sz w:val="22"/>
          <w:szCs w:val="22"/>
          <w:lang w:val="en-US"/>
        </w:rPr>
        <w:t>negocjacji</w:t>
      </w:r>
      <w:proofErr w:type="spellEnd"/>
      <w:r w:rsidRPr="001217DC">
        <w:rPr>
          <w:i/>
          <w:iCs/>
          <w:color w:val="auto"/>
          <w:sz w:val="22"/>
          <w:szCs w:val="22"/>
          <w:lang w:val="en-US"/>
        </w:rPr>
        <w:t>, o</w:t>
      </w:r>
      <w:r>
        <w:rPr>
          <w:i/>
          <w:iCs/>
          <w:color w:val="auto"/>
          <w:sz w:val="22"/>
          <w:szCs w:val="22"/>
          <w:lang w:val="en-US"/>
        </w:rPr>
        <w:t> </w:t>
      </w:r>
      <w:proofErr w:type="spellStart"/>
      <w:r w:rsidRPr="001217DC">
        <w:rPr>
          <w:i/>
          <w:iCs/>
          <w:color w:val="auto"/>
          <w:sz w:val="22"/>
          <w:szCs w:val="22"/>
          <w:lang w:val="en-US"/>
        </w:rPr>
        <w:t>którym</w:t>
      </w:r>
      <w:proofErr w:type="spellEnd"/>
      <w:r w:rsidRPr="001217DC">
        <w:rPr>
          <w:i/>
          <w:iCs/>
          <w:color w:val="auto"/>
          <w:sz w:val="22"/>
          <w:szCs w:val="22"/>
          <w:lang w:val="en-US"/>
        </w:rPr>
        <w:t xml:space="preserve"> </w:t>
      </w:r>
      <w:proofErr w:type="spellStart"/>
      <w:r w:rsidRPr="001217DC">
        <w:rPr>
          <w:i/>
          <w:iCs/>
          <w:color w:val="auto"/>
          <w:sz w:val="22"/>
          <w:szCs w:val="22"/>
          <w:lang w:val="en-US"/>
        </w:rPr>
        <w:t>mowa</w:t>
      </w:r>
      <w:proofErr w:type="spellEnd"/>
      <w:r w:rsidRPr="001217DC">
        <w:rPr>
          <w:i/>
          <w:iCs/>
          <w:color w:val="auto"/>
          <w:sz w:val="22"/>
          <w:szCs w:val="22"/>
          <w:lang w:val="en-US"/>
        </w:rPr>
        <w:t xml:space="preserve"> w art. 275 </w:t>
      </w:r>
      <w:proofErr w:type="spellStart"/>
      <w:r w:rsidRPr="001217DC">
        <w:rPr>
          <w:i/>
          <w:iCs/>
          <w:color w:val="auto"/>
          <w:sz w:val="22"/>
          <w:szCs w:val="22"/>
          <w:lang w:val="en-US"/>
        </w:rPr>
        <w:t>pkt</w:t>
      </w:r>
      <w:proofErr w:type="spellEnd"/>
      <w:r w:rsidRPr="001217DC">
        <w:rPr>
          <w:i/>
          <w:iCs/>
          <w:color w:val="auto"/>
          <w:sz w:val="22"/>
          <w:szCs w:val="22"/>
          <w:lang w:val="en-US"/>
        </w:rPr>
        <w:t xml:space="preserve"> 1 </w:t>
      </w:r>
      <w:proofErr w:type="spellStart"/>
      <w:r w:rsidRPr="001217DC">
        <w:rPr>
          <w:i/>
          <w:iCs/>
          <w:color w:val="auto"/>
          <w:sz w:val="22"/>
          <w:szCs w:val="22"/>
          <w:lang w:val="en-US"/>
        </w:rPr>
        <w:t>ustawy</w:t>
      </w:r>
      <w:proofErr w:type="spellEnd"/>
      <w:r w:rsidRPr="001217DC">
        <w:rPr>
          <w:i/>
          <w:iCs/>
          <w:color w:val="auto"/>
          <w:sz w:val="22"/>
          <w:szCs w:val="22"/>
          <w:lang w:val="en-US"/>
        </w:rPr>
        <w:t xml:space="preserve"> z </w:t>
      </w:r>
      <w:proofErr w:type="spellStart"/>
      <w:r w:rsidRPr="001217DC">
        <w:rPr>
          <w:i/>
          <w:iCs/>
          <w:color w:val="auto"/>
          <w:sz w:val="22"/>
          <w:szCs w:val="22"/>
          <w:lang w:val="en-US"/>
        </w:rPr>
        <w:t>dnia</w:t>
      </w:r>
      <w:proofErr w:type="spellEnd"/>
      <w:r w:rsidRPr="001217DC">
        <w:rPr>
          <w:i/>
          <w:iCs/>
          <w:color w:val="auto"/>
          <w:sz w:val="22"/>
          <w:szCs w:val="22"/>
          <w:lang w:val="en-US"/>
        </w:rPr>
        <w:t xml:space="preserve"> 11 </w:t>
      </w:r>
      <w:proofErr w:type="spellStart"/>
      <w:r w:rsidRPr="001217DC">
        <w:rPr>
          <w:i/>
          <w:iCs/>
          <w:color w:val="auto"/>
          <w:sz w:val="22"/>
          <w:szCs w:val="22"/>
          <w:lang w:val="en-US"/>
        </w:rPr>
        <w:t>września</w:t>
      </w:r>
      <w:proofErr w:type="spellEnd"/>
      <w:r w:rsidRPr="001217DC">
        <w:rPr>
          <w:i/>
          <w:iCs/>
          <w:color w:val="auto"/>
          <w:sz w:val="22"/>
          <w:szCs w:val="22"/>
          <w:lang w:val="en-US"/>
        </w:rPr>
        <w:t xml:space="preserve"> 2019 r. – </w:t>
      </w:r>
      <w:proofErr w:type="spellStart"/>
      <w:r w:rsidRPr="001217DC">
        <w:rPr>
          <w:i/>
          <w:iCs/>
          <w:color w:val="auto"/>
          <w:sz w:val="22"/>
          <w:szCs w:val="22"/>
          <w:lang w:val="en-US"/>
        </w:rPr>
        <w:t>Prawo</w:t>
      </w:r>
      <w:proofErr w:type="spellEnd"/>
      <w:r w:rsidRPr="001217DC">
        <w:rPr>
          <w:i/>
          <w:iCs/>
          <w:color w:val="auto"/>
          <w:sz w:val="22"/>
          <w:szCs w:val="22"/>
          <w:lang w:val="en-US"/>
        </w:rPr>
        <w:t xml:space="preserve"> </w:t>
      </w:r>
      <w:proofErr w:type="spellStart"/>
      <w:r w:rsidRPr="001217DC">
        <w:rPr>
          <w:i/>
          <w:iCs/>
          <w:color w:val="auto"/>
          <w:sz w:val="22"/>
          <w:szCs w:val="22"/>
          <w:lang w:val="en-US"/>
        </w:rPr>
        <w:t>zamówień</w:t>
      </w:r>
      <w:proofErr w:type="spellEnd"/>
      <w:r w:rsidRPr="001217DC">
        <w:rPr>
          <w:i/>
          <w:iCs/>
          <w:color w:val="auto"/>
          <w:sz w:val="22"/>
          <w:szCs w:val="22"/>
          <w:lang w:val="en-US"/>
        </w:rPr>
        <w:t xml:space="preserve"> </w:t>
      </w:r>
      <w:proofErr w:type="spellStart"/>
      <w:r w:rsidRPr="001217DC">
        <w:rPr>
          <w:i/>
          <w:iCs/>
          <w:color w:val="auto"/>
          <w:sz w:val="22"/>
          <w:szCs w:val="22"/>
          <w:lang w:val="en-US"/>
        </w:rPr>
        <w:t>publicznych</w:t>
      </w:r>
      <w:proofErr w:type="spellEnd"/>
      <w:r w:rsidR="009675C7" w:rsidRPr="00D04912">
        <w:rPr>
          <w:i/>
          <w:iCs/>
          <w:color w:val="auto"/>
          <w:sz w:val="22"/>
          <w:szCs w:val="22"/>
        </w:rPr>
        <w:t xml:space="preserve"> (</w:t>
      </w:r>
      <w:proofErr w:type="spellStart"/>
      <w:r w:rsidRPr="001217DC">
        <w:rPr>
          <w:i/>
          <w:iCs/>
          <w:color w:val="auto"/>
          <w:sz w:val="22"/>
          <w:szCs w:val="22"/>
          <w:lang w:val="en-US"/>
        </w:rPr>
        <w:t>Dz.U</w:t>
      </w:r>
      <w:proofErr w:type="spellEnd"/>
      <w:r w:rsidRPr="001217DC">
        <w:rPr>
          <w:i/>
          <w:iCs/>
          <w:color w:val="auto"/>
          <w:sz w:val="22"/>
          <w:szCs w:val="22"/>
          <w:lang w:val="en-US"/>
        </w:rPr>
        <w:t xml:space="preserve">. z 2026 r. </w:t>
      </w:r>
      <w:proofErr w:type="spellStart"/>
      <w:r w:rsidRPr="001217DC">
        <w:rPr>
          <w:i/>
          <w:iCs/>
          <w:color w:val="auto"/>
          <w:sz w:val="22"/>
          <w:szCs w:val="22"/>
          <w:lang w:val="en-US"/>
        </w:rPr>
        <w:t>poz</w:t>
      </w:r>
      <w:proofErr w:type="spellEnd"/>
      <w:r w:rsidRPr="001217DC">
        <w:rPr>
          <w:i/>
          <w:iCs/>
          <w:color w:val="auto"/>
          <w:sz w:val="22"/>
          <w:szCs w:val="22"/>
          <w:lang w:val="en-US"/>
        </w:rPr>
        <w:t>. 793</w:t>
      </w:r>
      <w:r w:rsidR="009675C7" w:rsidRPr="00D04912">
        <w:rPr>
          <w:i/>
          <w:iCs/>
          <w:color w:val="auto"/>
          <w:sz w:val="22"/>
          <w:szCs w:val="22"/>
        </w:rPr>
        <w:t xml:space="preserve">) zawarto umowę o następującej treści: </w:t>
      </w:r>
    </w:p>
    <w:p w14:paraId="6BAD7F1E" w14:textId="77777777" w:rsidR="00D04912" w:rsidRDefault="00D04912" w:rsidP="009675C7">
      <w:pPr>
        <w:pStyle w:val="Default"/>
        <w:jc w:val="both"/>
        <w:rPr>
          <w:color w:val="auto"/>
          <w:sz w:val="20"/>
          <w:szCs w:val="20"/>
        </w:rPr>
      </w:pPr>
    </w:p>
    <w:p w14:paraId="00963697" w14:textId="77777777" w:rsidR="00A14461" w:rsidRDefault="00A14461" w:rsidP="00A14461">
      <w:pPr>
        <w:pStyle w:val="Default"/>
        <w:rPr>
          <w:color w:val="auto"/>
          <w:sz w:val="22"/>
          <w:szCs w:val="22"/>
        </w:rPr>
      </w:pPr>
    </w:p>
    <w:p w14:paraId="57FE32CF" w14:textId="77777777" w:rsidR="009675C7" w:rsidRDefault="009675C7" w:rsidP="00A14461">
      <w:pPr>
        <w:pStyle w:val="Default"/>
        <w:rPr>
          <w:color w:val="auto"/>
          <w:sz w:val="22"/>
          <w:szCs w:val="22"/>
        </w:rPr>
      </w:pPr>
      <w:bookmarkStart w:id="0" w:name="_GoBack"/>
      <w:bookmarkEnd w:id="0"/>
      <w:r>
        <w:rPr>
          <w:color w:val="auto"/>
          <w:sz w:val="22"/>
          <w:szCs w:val="22"/>
        </w:rPr>
        <w:t>Strony ustalają, co następuje:</w:t>
      </w:r>
    </w:p>
    <w:p w14:paraId="4DF00391" w14:textId="77777777" w:rsidR="009675C7" w:rsidRDefault="009675C7" w:rsidP="009675C7">
      <w:pPr>
        <w:pStyle w:val="Default"/>
        <w:jc w:val="center"/>
        <w:rPr>
          <w:color w:val="auto"/>
          <w:sz w:val="22"/>
          <w:szCs w:val="22"/>
        </w:rPr>
      </w:pPr>
      <w:r>
        <w:rPr>
          <w:b/>
          <w:bCs/>
          <w:color w:val="auto"/>
          <w:sz w:val="22"/>
          <w:szCs w:val="22"/>
        </w:rPr>
        <w:t>§ 1</w:t>
      </w:r>
    </w:p>
    <w:p w14:paraId="0BC5BFC0" w14:textId="77777777" w:rsidR="009675C7" w:rsidRDefault="009675C7" w:rsidP="009675C7">
      <w:pPr>
        <w:pStyle w:val="Default"/>
        <w:jc w:val="center"/>
        <w:rPr>
          <w:color w:val="auto"/>
          <w:sz w:val="22"/>
          <w:szCs w:val="22"/>
        </w:rPr>
      </w:pPr>
      <w:r>
        <w:rPr>
          <w:b/>
          <w:bCs/>
          <w:color w:val="auto"/>
          <w:sz w:val="22"/>
          <w:szCs w:val="22"/>
        </w:rPr>
        <w:t>PRZEDMIOT UMOWY</w:t>
      </w:r>
    </w:p>
    <w:p w14:paraId="3C59D5B5" w14:textId="7939C75F" w:rsidR="009675C7" w:rsidRDefault="009675C7" w:rsidP="00D04912">
      <w:pPr>
        <w:pStyle w:val="Default"/>
        <w:spacing w:after="120"/>
        <w:jc w:val="both"/>
        <w:rPr>
          <w:color w:val="auto"/>
          <w:sz w:val="22"/>
          <w:szCs w:val="22"/>
        </w:rPr>
      </w:pPr>
      <w:r>
        <w:rPr>
          <w:color w:val="auto"/>
          <w:sz w:val="22"/>
          <w:szCs w:val="22"/>
        </w:rPr>
        <w:t xml:space="preserve">1. Przedmiotem umowy jest </w:t>
      </w:r>
      <w:bookmarkStart w:id="1" w:name="_Hlk190069764"/>
      <w:proofErr w:type="spellStart"/>
      <w:r w:rsidR="00FC26DA" w:rsidRPr="00FC26DA">
        <w:rPr>
          <w:b/>
          <w:bCs/>
          <w:color w:val="auto"/>
          <w:sz w:val="22"/>
          <w:szCs w:val="22"/>
          <w:lang w:val="en-US"/>
        </w:rPr>
        <w:t>Zakup</w:t>
      </w:r>
      <w:proofErr w:type="spellEnd"/>
      <w:r w:rsidR="00FC26DA" w:rsidRPr="00FC26DA">
        <w:rPr>
          <w:b/>
          <w:bCs/>
          <w:color w:val="auto"/>
          <w:sz w:val="22"/>
          <w:szCs w:val="22"/>
          <w:lang w:val="en-US"/>
        </w:rPr>
        <w:t xml:space="preserve"> </w:t>
      </w:r>
      <w:proofErr w:type="spellStart"/>
      <w:r w:rsidR="00FC26DA" w:rsidRPr="00FC26DA">
        <w:rPr>
          <w:b/>
          <w:bCs/>
          <w:color w:val="auto"/>
          <w:sz w:val="22"/>
          <w:szCs w:val="22"/>
          <w:lang w:val="en-US"/>
        </w:rPr>
        <w:t>dwóch</w:t>
      </w:r>
      <w:proofErr w:type="spellEnd"/>
      <w:r w:rsidR="00FC26DA" w:rsidRPr="00FC26DA">
        <w:rPr>
          <w:b/>
          <w:bCs/>
          <w:color w:val="auto"/>
          <w:sz w:val="22"/>
          <w:szCs w:val="22"/>
          <w:lang w:val="en-US"/>
        </w:rPr>
        <w:t xml:space="preserve"> 9-osobowych </w:t>
      </w:r>
      <w:proofErr w:type="spellStart"/>
      <w:r w:rsidR="00FC26DA" w:rsidRPr="00FC26DA">
        <w:rPr>
          <w:b/>
          <w:bCs/>
          <w:color w:val="auto"/>
          <w:sz w:val="22"/>
          <w:szCs w:val="22"/>
          <w:lang w:val="en-US"/>
        </w:rPr>
        <w:t>samochodów</w:t>
      </w:r>
      <w:proofErr w:type="spellEnd"/>
      <w:r w:rsidR="00FC26DA" w:rsidRPr="00FC26DA">
        <w:rPr>
          <w:b/>
          <w:bCs/>
          <w:color w:val="auto"/>
          <w:sz w:val="22"/>
          <w:szCs w:val="22"/>
          <w:lang w:val="en-US"/>
        </w:rPr>
        <w:t xml:space="preserve"> do </w:t>
      </w:r>
      <w:proofErr w:type="spellStart"/>
      <w:r w:rsidR="00FC26DA" w:rsidRPr="00FC26DA">
        <w:rPr>
          <w:b/>
          <w:bCs/>
          <w:color w:val="auto"/>
          <w:sz w:val="22"/>
          <w:szCs w:val="22"/>
          <w:lang w:val="en-US"/>
        </w:rPr>
        <w:t>przewozu</w:t>
      </w:r>
      <w:proofErr w:type="spellEnd"/>
      <w:r w:rsidR="00FC26DA" w:rsidRPr="00FC26DA">
        <w:rPr>
          <w:b/>
          <w:bCs/>
          <w:color w:val="auto"/>
          <w:sz w:val="22"/>
          <w:szCs w:val="22"/>
          <w:lang w:val="en-US"/>
        </w:rPr>
        <w:t xml:space="preserve"> </w:t>
      </w:r>
      <w:proofErr w:type="spellStart"/>
      <w:r w:rsidR="00FC26DA" w:rsidRPr="00FC26DA">
        <w:rPr>
          <w:b/>
          <w:bCs/>
          <w:color w:val="auto"/>
          <w:sz w:val="22"/>
          <w:szCs w:val="22"/>
          <w:lang w:val="en-US"/>
        </w:rPr>
        <w:t>osób</w:t>
      </w:r>
      <w:proofErr w:type="spellEnd"/>
      <w:r w:rsidR="00FC26DA" w:rsidRPr="00FC26DA">
        <w:rPr>
          <w:b/>
          <w:bCs/>
          <w:color w:val="auto"/>
          <w:sz w:val="22"/>
          <w:szCs w:val="22"/>
          <w:lang w:val="en-US"/>
        </w:rPr>
        <w:t xml:space="preserve"> </w:t>
      </w:r>
      <w:proofErr w:type="spellStart"/>
      <w:r w:rsidR="00FC26DA" w:rsidRPr="00FC26DA">
        <w:rPr>
          <w:b/>
          <w:bCs/>
          <w:color w:val="auto"/>
          <w:sz w:val="22"/>
          <w:szCs w:val="22"/>
          <w:lang w:val="en-US"/>
        </w:rPr>
        <w:t>niepełnosprawnych</w:t>
      </w:r>
      <w:bookmarkEnd w:id="1"/>
      <w:proofErr w:type="spellEnd"/>
      <w:r>
        <w:rPr>
          <w:color w:val="auto"/>
          <w:sz w:val="22"/>
          <w:szCs w:val="22"/>
        </w:rPr>
        <w:t>, zwanego w treści umowy „sprzętem” lub „samochod</w:t>
      </w:r>
      <w:r w:rsidR="00FC26DA">
        <w:rPr>
          <w:color w:val="auto"/>
          <w:sz w:val="22"/>
          <w:szCs w:val="22"/>
        </w:rPr>
        <w:t>ami</w:t>
      </w:r>
      <w:r>
        <w:rPr>
          <w:color w:val="auto"/>
          <w:sz w:val="22"/>
          <w:szCs w:val="22"/>
        </w:rPr>
        <w:t xml:space="preserve">”. </w:t>
      </w:r>
    </w:p>
    <w:p w14:paraId="5D6859FE" w14:textId="08D7C7CB" w:rsidR="009675C7" w:rsidRDefault="009675C7" w:rsidP="00D04912">
      <w:pPr>
        <w:pStyle w:val="Default"/>
        <w:spacing w:after="120"/>
        <w:jc w:val="both"/>
        <w:rPr>
          <w:color w:val="auto"/>
          <w:sz w:val="22"/>
          <w:szCs w:val="22"/>
        </w:rPr>
      </w:pPr>
      <w:r>
        <w:rPr>
          <w:color w:val="auto"/>
          <w:sz w:val="22"/>
          <w:szCs w:val="22"/>
        </w:rPr>
        <w:t xml:space="preserve">2. </w:t>
      </w:r>
      <w:r w:rsidR="00AC0B55">
        <w:rPr>
          <w:color w:val="auto"/>
          <w:sz w:val="22"/>
          <w:szCs w:val="22"/>
        </w:rPr>
        <w:t>S</w:t>
      </w:r>
      <w:r>
        <w:rPr>
          <w:color w:val="auto"/>
          <w:sz w:val="22"/>
          <w:szCs w:val="22"/>
        </w:rPr>
        <w:t>amoch</w:t>
      </w:r>
      <w:r w:rsidR="00FC26DA">
        <w:rPr>
          <w:color w:val="auto"/>
          <w:sz w:val="22"/>
          <w:szCs w:val="22"/>
        </w:rPr>
        <w:t>ody</w:t>
      </w:r>
      <w:r w:rsidR="00AC0B55">
        <w:rPr>
          <w:color w:val="auto"/>
          <w:sz w:val="22"/>
          <w:szCs w:val="22"/>
        </w:rPr>
        <w:t xml:space="preserve"> stanowiąc</w:t>
      </w:r>
      <w:r w:rsidR="00FC26DA">
        <w:rPr>
          <w:color w:val="auto"/>
          <w:sz w:val="22"/>
          <w:szCs w:val="22"/>
        </w:rPr>
        <w:t>e</w:t>
      </w:r>
      <w:r w:rsidR="00AC0B55">
        <w:rPr>
          <w:color w:val="auto"/>
          <w:sz w:val="22"/>
          <w:szCs w:val="22"/>
        </w:rPr>
        <w:t xml:space="preserve"> przedmiot umowy</w:t>
      </w:r>
      <w:r>
        <w:rPr>
          <w:color w:val="auto"/>
          <w:sz w:val="22"/>
          <w:szCs w:val="22"/>
        </w:rPr>
        <w:t xml:space="preserve"> mus</w:t>
      </w:r>
      <w:r w:rsidR="00FC26DA">
        <w:rPr>
          <w:color w:val="auto"/>
          <w:sz w:val="22"/>
          <w:szCs w:val="22"/>
        </w:rPr>
        <w:t>zą</w:t>
      </w:r>
      <w:r>
        <w:rPr>
          <w:color w:val="auto"/>
          <w:sz w:val="22"/>
          <w:szCs w:val="22"/>
        </w:rPr>
        <w:t xml:space="preserve"> spełniać wymagania określone w</w:t>
      </w:r>
      <w:r w:rsidR="00FC26DA">
        <w:rPr>
          <w:color w:val="auto"/>
          <w:sz w:val="22"/>
          <w:szCs w:val="22"/>
        </w:rPr>
        <w:t> </w:t>
      </w:r>
      <w:r>
        <w:rPr>
          <w:color w:val="auto"/>
          <w:sz w:val="22"/>
          <w:szCs w:val="22"/>
        </w:rPr>
        <w:t xml:space="preserve">dokumentach zamówienia w szczególności w opisie przedmiotu zamówienia, a </w:t>
      </w:r>
      <w:r w:rsidR="00FC26DA">
        <w:rPr>
          <w:color w:val="auto"/>
          <w:sz w:val="22"/>
          <w:szCs w:val="22"/>
        </w:rPr>
        <w:t>ich</w:t>
      </w:r>
      <w:r>
        <w:rPr>
          <w:color w:val="auto"/>
          <w:sz w:val="22"/>
          <w:szCs w:val="22"/>
        </w:rPr>
        <w:t xml:space="preserve"> jakość musi odpowiadać powszechnie obowiązującym dla sprzętu tego rodzaju standardom, normom i</w:t>
      </w:r>
      <w:r w:rsidR="00FC26DA">
        <w:rPr>
          <w:color w:val="auto"/>
          <w:sz w:val="22"/>
          <w:szCs w:val="22"/>
        </w:rPr>
        <w:t> </w:t>
      </w:r>
      <w:r>
        <w:rPr>
          <w:color w:val="auto"/>
          <w:sz w:val="22"/>
          <w:szCs w:val="22"/>
        </w:rPr>
        <w:t xml:space="preserve">przepisom. </w:t>
      </w:r>
    </w:p>
    <w:p w14:paraId="07514BEE" w14:textId="6E9E47C5" w:rsidR="009675C7" w:rsidRDefault="009675C7" w:rsidP="00D04912">
      <w:pPr>
        <w:pStyle w:val="Default"/>
        <w:spacing w:after="120"/>
        <w:jc w:val="both"/>
        <w:rPr>
          <w:color w:val="auto"/>
          <w:sz w:val="22"/>
          <w:szCs w:val="22"/>
        </w:rPr>
      </w:pPr>
      <w:r>
        <w:rPr>
          <w:color w:val="auto"/>
          <w:sz w:val="22"/>
          <w:szCs w:val="22"/>
        </w:rPr>
        <w:t xml:space="preserve">3. </w:t>
      </w:r>
      <w:r w:rsidR="00AC0B55">
        <w:rPr>
          <w:color w:val="auto"/>
          <w:sz w:val="22"/>
          <w:szCs w:val="22"/>
        </w:rPr>
        <w:t>Samoch</w:t>
      </w:r>
      <w:r w:rsidR="00FC26DA">
        <w:rPr>
          <w:color w:val="auto"/>
          <w:sz w:val="22"/>
          <w:szCs w:val="22"/>
        </w:rPr>
        <w:t>ody</w:t>
      </w:r>
      <w:r w:rsidR="00AC0B55">
        <w:rPr>
          <w:color w:val="auto"/>
          <w:sz w:val="22"/>
          <w:szCs w:val="22"/>
        </w:rPr>
        <w:t xml:space="preserve"> stanowiąc</w:t>
      </w:r>
      <w:r w:rsidR="00FC26DA">
        <w:rPr>
          <w:color w:val="auto"/>
          <w:sz w:val="22"/>
          <w:szCs w:val="22"/>
        </w:rPr>
        <w:t>e</w:t>
      </w:r>
      <w:r w:rsidR="00AC0B55">
        <w:rPr>
          <w:color w:val="auto"/>
          <w:sz w:val="22"/>
          <w:szCs w:val="22"/>
        </w:rPr>
        <w:t xml:space="preserve"> przedmiot umowy </w:t>
      </w:r>
      <w:r>
        <w:rPr>
          <w:color w:val="auto"/>
          <w:sz w:val="22"/>
          <w:szCs w:val="22"/>
        </w:rPr>
        <w:t>mus</w:t>
      </w:r>
      <w:r w:rsidR="00FC26DA">
        <w:rPr>
          <w:color w:val="auto"/>
          <w:sz w:val="22"/>
          <w:szCs w:val="22"/>
        </w:rPr>
        <w:t xml:space="preserve">zą </w:t>
      </w:r>
      <w:r>
        <w:rPr>
          <w:color w:val="auto"/>
          <w:sz w:val="22"/>
          <w:szCs w:val="22"/>
        </w:rPr>
        <w:t>być fabrycznie now</w:t>
      </w:r>
      <w:r w:rsidR="00FC26DA">
        <w:rPr>
          <w:color w:val="auto"/>
          <w:sz w:val="22"/>
          <w:szCs w:val="22"/>
        </w:rPr>
        <w:t>e</w:t>
      </w:r>
      <w:r>
        <w:rPr>
          <w:color w:val="auto"/>
          <w:sz w:val="22"/>
          <w:szCs w:val="22"/>
        </w:rPr>
        <w:t>, woln</w:t>
      </w:r>
      <w:r w:rsidR="00FC26DA">
        <w:rPr>
          <w:color w:val="auto"/>
          <w:sz w:val="22"/>
          <w:szCs w:val="22"/>
        </w:rPr>
        <w:t>e</w:t>
      </w:r>
      <w:r>
        <w:rPr>
          <w:color w:val="auto"/>
          <w:sz w:val="22"/>
          <w:szCs w:val="22"/>
        </w:rPr>
        <w:t xml:space="preserve"> od wad prawnych i fizycznych, wyprodukowan</w:t>
      </w:r>
      <w:r w:rsidR="00FC26DA">
        <w:rPr>
          <w:color w:val="auto"/>
          <w:sz w:val="22"/>
          <w:szCs w:val="22"/>
        </w:rPr>
        <w:t>e</w:t>
      </w:r>
      <w:r>
        <w:rPr>
          <w:color w:val="auto"/>
          <w:sz w:val="22"/>
          <w:szCs w:val="22"/>
        </w:rPr>
        <w:t xml:space="preserve"> nie wcześniej niż w roku 202</w:t>
      </w:r>
      <w:r w:rsidR="00FC26DA">
        <w:rPr>
          <w:color w:val="auto"/>
          <w:sz w:val="22"/>
          <w:szCs w:val="22"/>
        </w:rPr>
        <w:t>6</w:t>
      </w:r>
      <w:r>
        <w:rPr>
          <w:color w:val="auto"/>
          <w:sz w:val="22"/>
          <w:szCs w:val="22"/>
        </w:rPr>
        <w:t xml:space="preserve">. </w:t>
      </w:r>
    </w:p>
    <w:p w14:paraId="54DA9717" w14:textId="3676279A" w:rsidR="009675C7" w:rsidRDefault="009675C7" w:rsidP="00D04912">
      <w:pPr>
        <w:pStyle w:val="Default"/>
        <w:spacing w:after="120"/>
        <w:jc w:val="both"/>
        <w:rPr>
          <w:color w:val="auto"/>
          <w:sz w:val="22"/>
          <w:szCs w:val="22"/>
        </w:rPr>
      </w:pPr>
      <w:r>
        <w:rPr>
          <w:color w:val="auto"/>
          <w:sz w:val="22"/>
          <w:szCs w:val="22"/>
        </w:rPr>
        <w:t xml:space="preserve">4. </w:t>
      </w:r>
      <w:r w:rsidR="00AC0B55">
        <w:rPr>
          <w:color w:val="auto"/>
          <w:sz w:val="22"/>
          <w:szCs w:val="22"/>
        </w:rPr>
        <w:t>S</w:t>
      </w:r>
      <w:r>
        <w:rPr>
          <w:color w:val="auto"/>
          <w:sz w:val="22"/>
          <w:szCs w:val="22"/>
        </w:rPr>
        <w:t xml:space="preserve">przęt </w:t>
      </w:r>
      <w:r w:rsidR="00AC0B55">
        <w:rPr>
          <w:color w:val="auto"/>
          <w:sz w:val="22"/>
          <w:szCs w:val="22"/>
        </w:rPr>
        <w:t xml:space="preserve">stanowiący przedmiot umowy </w:t>
      </w:r>
      <w:r>
        <w:rPr>
          <w:color w:val="auto"/>
          <w:sz w:val="22"/>
          <w:szCs w:val="22"/>
        </w:rPr>
        <w:t xml:space="preserve">nie może być przedmiotem praw i obciążeń oraz roszczeń osób trzecich oraz nie może toczyć się względem niego postępowanie sądowe, zabezpieczające, egzekucyjne ani żadne inne. </w:t>
      </w:r>
    </w:p>
    <w:p w14:paraId="60E33EF2" w14:textId="77777777" w:rsidR="009675C7" w:rsidRDefault="009675C7" w:rsidP="009675C7">
      <w:pPr>
        <w:pStyle w:val="Default"/>
        <w:rPr>
          <w:color w:val="auto"/>
          <w:sz w:val="22"/>
          <w:szCs w:val="22"/>
        </w:rPr>
      </w:pPr>
    </w:p>
    <w:p w14:paraId="08F2B1D8" w14:textId="77777777" w:rsidR="009675C7" w:rsidRDefault="009675C7" w:rsidP="009675C7">
      <w:pPr>
        <w:pStyle w:val="Default"/>
        <w:jc w:val="center"/>
        <w:rPr>
          <w:color w:val="auto"/>
          <w:sz w:val="22"/>
          <w:szCs w:val="22"/>
        </w:rPr>
      </w:pPr>
      <w:r>
        <w:rPr>
          <w:b/>
          <w:bCs/>
          <w:color w:val="auto"/>
          <w:sz w:val="22"/>
          <w:szCs w:val="22"/>
        </w:rPr>
        <w:t>§ 2</w:t>
      </w:r>
    </w:p>
    <w:p w14:paraId="619D5C78" w14:textId="77777777" w:rsidR="009675C7" w:rsidRDefault="009675C7" w:rsidP="009675C7">
      <w:pPr>
        <w:pStyle w:val="Default"/>
        <w:jc w:val="center"/>
        <w:rPr>
          <w:color w:val="auto"/>
          <w:sz w:val="22"/>
          <w:szCs w:val="22"/>
        </w:rPr>
      </w:pPr>
      <w:r>
        <w:rPr>
          <w:b/>
          <w:bCs/>
          <w:color w:val="auto"/>
          <w:sz w:val="22"/>
          <w:szCs w:val="22"/>
        </w:rPr>
        <w:t>CENA I WARUNKI PŁATNOŚCI</w:t>
      </w:r>
    </w:p>
    <w:p w14:paraId="6CF15FDA" w14:textId="7710917D" w:rsidR="009675C7" w:rsidRDefault="009675C7" w:rsidP="00D04912">
      <w:pPr>
        <w:pStyle w:val="Default"/>
        <w:spacing w:after="120"/>
        <w:jc w:val="both"/>
        <w:rPr>
          <w:color w:val="auto"/>
          <w:sz w:val="22"/>
          <w:szCs w:val="22"/>
        </w:rPr>
      </w:pPr>
      <w:r>
        <w:rPr>
          <w:color w:val="auto"/>
          <w:sz w:val="22"/>
          <w:szCs w:val="22"/>
        </w:rPr>
        <w:t xml:space="preserve">1. Za wykonanie przedmiotu umowy określonego w § 1, zgodnie ze złożoną ofertą WYKONAWCY, ustala się </w:t>
      </w:r>
      <w:r w:rsidR="00F55E60">
        <w:rPr>
          <w:color w:val="auto"/>
          <w:sz w:val="22"/>
          <w:szCs w:val="22"/>
        </w:rPr>
        <w:t xml:space="preserve">łączne </w:t>
      </w:r>
      <w:r>
        <w:rPr>
          <w:color w:val="auto"/>
          <w:sz w:val="22"/>
          <w:szCs w:val="22"/>
        </w:rPr>
        <w:t xml:space="preserve">wynagrodzenie </w:t>
      </w:r>
      <w:r w:rsidR="00AC0B55">
        <w:rPr>
          <w:color w:val="auto"/>
          <w:sz w:val="22"/>
          <w:szCs w:val="22"/>
        </w:rPr>
        <w:t xml:space="preserve">ryczałtowe </w:t>
      </w:r>
      <w:r>
        <w:rPr>
          <w:color w:val="auto"/>
          <w:sz w:val="22"/>
          <w:szCs w:val="22"/>
        </w:rPr>
        <w:t xml:space="preserve">w kwocie: ................................................... zł </w:t>
      </w:r>
      <w:r w:rsidR="001217DC">
        <w:rPr>
          <w:color w:val="auto"/>
          <w:sz w:val="22"/>
          <w:szCs w:val="22"/>
        </w:rPr>
        <w:t>netto</w:t>
      </w:r>
      <w:r>
        <w:rPr>
          <w:color w:val="auto"/>
          <w:sz w:val="22"/>
          <w:szCs w:val="22"/>
        </w:rPr>
        <w:t xml:space="preserve"> (słownie ............................................................................................................................. zł), podatek VAT</w:t>
      </w:r>
      <w:r w:rsidR="008762A7">
        <w:rPr>
          <w:color w:val="auto"/>
          <w:sz w:val="22"/>
          <w:szCs w:val="22"/>
        </w:rPr>
        <w:t xml:space="preserve"> według stawki …%, </w:t>
      </w:r>
      <w:r>
        <w:rPr>
          <w:color w:val="auto"/>
          <w:sz w:val="22"/>
          <w:szCs w:val="22"/>
        </w:rPr>
        <w:t xml:space="preserve">co stanowi kwotę ........................... zł brutto </w:t>
      </w:r>
      <w:r w:rsidRPr="00F653DD">
        <w:rPr>
          <w:color w:val="auto"/>
          <w:sz w:val="22"/>
          <w:szCs w:val="22"/>
        </w:rPr>
        <w:t>(słownie ............................................................................................................................. zł).</w:t>
      </w:r>
    </w:p>
    <w:p w14:paraId="5D0CCFA2" w14:textId="755DCF5E" w:rsidR="009675C7" w:rsidRDefault="009675C7" w:rsidP="00D04912">
      <w:pPr>
        <w:pStyle w:val="Default"/>
        <w:spacing w:after="120"/>
        <w:jc w:val="both"/>
        <w:rPr>
          <w:color w:val="auto"/>
          <w:sz w:val="22"/>
          <w:szCs w:val="22"/>
        </w:rPr>
      </w:pPr>
      <w:r>
        <w:rPr>
          <w:color w:val="auto"/>
          <w:sz w:val="22"/>
          <w:szCs w:val="22"/>
        </w:rPr>
        <w:lastRenderedPageBreak/>
        <w:t>2. Cena określona w ust. 1 jest ceną stałą, na czas obowiązywania umowy nie podlega zmianie i</w:t>
      </w:r>
      <w:r w:rsidR="00FC26DA">
        <w:rPr>
          <w:color w:val="auto"/>
          <w:sz w:val="22"/>
          <w:szCs w:val="22"/>
        </w:rPr>
        <w:t> </w:t>
      </w:r>
      <w:r>
        <w:rPr>
          <w:color w:val="auto"/>
          <w:sz w:val="22"/>
          <w:szCs w:val="22"/>
        </w:rPr>
        <w:t xml:space="preserve">obejmuje wszelkie koszty związane z realizacją przedmiotu umowy. Niedoszacowanie, pominięcie lub brak rozpoznania zakresu przedmiotu umowy nie może być podstawą do żądania zmiany wynagrodzenia. </w:t>
      </w:r>
    </w:p>
    <w:p w14:paraId="4F866D18" w14:textId="224014DB" w:rsidR="009675C7" w:rsidRDefault="009675C7" w:rsidP="00D04912">
      <w:pPr>
        <w:pStyle w:val="Default"/>
        <w:spacing w:after="120"/>
        <w:jc w:val="both"/>
        <w:rPr>
          <w:color w:val="auto"/>
          <w:sz w:val="22"/>
          <w:szCs w:val="22"/>
        </w:rPr>
      </w:pPr>
      <w:r>
        <w:rPr>
          <w:color w:val="auto"/>
          <w:sz w:val="22"/>
          <w:szCs w:val="22"/>
        </w:rPr>
        <w:t>3. ZAMAWIAJĄCY zapłaci WYKONAWCY wynagrodzenie po uprzednim odbiorze końcowym, potwierdzonym protokołem podpisanym przez upoważnionych przedstawicieli ZAMAWIAJĄCEGO i WYKONAWCY. W przypadku wystawienia faktury niezgodnie z</w:t>
      </w:r>
      <w:r w:rsidR="000032E3">
        <w:rPr>
          <w:color w:val="auto"/>
          <w:sz w:val="22"/>
          <w:szCs w:val="22"/>
        </w:rPr>
        <w:t> </w:t>
      </w:r>
      <w:r>
        <w:rPr>
          <w:color w:val="auto"/>
          <w:sz w:val="22"/>
          <w:szCs w:val="22"/>
        </w:rPr>
        <w:t xml:space="preserve">obowiązującymi przepisami lub postanowieniami umowy, jej zapłata zostanie wstrzymana do czasu doręczenia ZAMAWIAJĄCEMU prawidłowo wystawionej faktury lub faktury korygującej. </w:t>
      </w:r>
    </w:p>
    <w:p w14:paraId="05C90BE4" w14:textId="4EDEE1E8" w:rsidR="00CC105D" w:rsidRPr="00CC105D" w:rsidRDefault="00CC105D" w:rsidP="00CC105D">
      <w:pPr>
        <w:pStyle w:val="Default"/>
        <w:rPr>
          <w:color w:val="auto"/>
          <w:sz w:val="22"/>
          <w:szCs w:val="22"/>
          <w:lang w:bidi="pl-PL"/>
        </w:rPr>
      </w:pPr>
      <w:r w:rsidRPr="00CC105D">
        <w:rPr>
          <w:color w:val="auto"/>
          <w:sz w:val="22"/>
          <w:szCs w:val="22"/>
          <w:lang w:bidi="pl-PL"/>
        </w:rPr>
        <w:t>4.</w:t>
      </w:r>
      <w:r w:rsidRPr="00CC105D">
        <w:rPr>
          <w:color w:val="auto"/>
          <w:sz w:val="22"/>
          <w:szCs w:val="22"/>
          <w:lang w:bidi="pl-PL"/>
        </w:rPr>
        <w:tab/>
        <w:t xml:space="preserve">Należność będzie regulowana po protokolarnym odbiorze przedmiotu umowy na podstawie prawidłowo wystawionej faktury na konto nr ………………………….. w terminie do 30 dni od dnia jej wpływu do tutejszego Urzędu. </w:t>
      </w:r>
    </w:p>
    <w:p w14:paraId="0CD9EF84" w14:textId="63DF5217" w:rsidR="00CC105D" w:rsidRPr="00CC105D" w:rsidRDefault="00CC105D" w:rsidP="00CC105D">
      <w:pPr>
        <w:pStyle w:val="Default"/>
        <w:rPr>
          <w:color w:val="auto"/>
          <w:sz w:val="22"/>
          <w:szCs w:val="22"/>
          <w:lang w:bidi="pl-PL"/>
        </w:rPr>
      </w:pPr>
      <w:r w:rsidRPr="00CC105D">
        <w:rPr>
          <w:color w:val="auto"/>
          <w:sz w:val="22"/>
          <w:szCs w:val="22"/>
          <w:lang w:bidi="pl-PL"/>
        </w:rPr>
        <w:t>5.</w:t>
      </w:r>
      <w:r w:rsidRPr="00CC105D">
        <w:rPr>
          <w:color w:val="auto"/>
          <w:sz w:val="22"/>
          <w:szCs w:val="22"/>
          <w:lang w:bidi="pl-PL"/>
        </w:rPr>
        <w:tab/>
        <w:t>Strony ustalają następujące zasady rozliczania i regulowania wynagrodzenia:</w:t>
      </w:r>
    </w:p>
    <w:p w14:paraId="1FC64B95" w14:textId="77777777" w:rsidR="00CC105D" w:rsidRPr="00CC105D" w:rsidRDefault="00CC105D" w:rsidP="00CC105D">
      <w:pPr>
        <w:pStyle w:val="Default"/>
        <w:rPr>
          <w:color w:val="auto"/>
          <w:sz w:val="22"/>
          <w:szCs w:val="22"/>
          <w:lang w:bidi="pl-PL"/>
        </w:rPr>
      </w:pPr>
      <w:r w:rsidRPr="00CC105D">
        <w:rPr>
          <w:color w:val="auto"/>
          <w:sz w:val="22"/>
          <w:szCs w:val="22"/>
          <w:lang w:bidi="pl-PL"/>
        </w:rPr>
        <w:t xml:space="preserve">  Dane do faktury:</w:t>
      </w:r>
    </w:p>
    <w:p w14:paraId="154E688D" w14:textId="77777777" w:rsidR="00CC105D" w:rsidRPr="00CC105D" w:rsidRDefault="00CC105D" w:rsidP="00CC105D">
      <w:pPr>
        <w:pStyle w:val="Default"/>
        <w:rPr>
          <w:color w:val="auto"/>
          <w:sz w:val="22"/>
          <w:szCs w:val="22"/>
          <w:lang w:bidi="pl-PL"/>
        </w:rPr>
      </w:pPr>
    </w:p>
    <w:p w14:paraId="7C0D9F64" w14:textId="77777777" w:rsidR="00CC105D" w:rsidRPr="00CC105D" w:rsidRDefault="00CC105D" w:rsidP="00CC105D">
      <w:pPr>
        <w:pStyle w:val="Default"/>
        <w:rPr>
          <w:color w:val="auto"/>
          <w:sz w:val="22"/>
          <w:szCs w:val="22"/>
          <w:lang w:bidi="pl-PL"/>
        </w:rPr>
      </w:pPr>
      <w:r w:rsidRPr="00CC105D">
        <w:rPr>
          <w:color w:val="auto"/>
          <w:sz w:val="22"/>
          <w:szCs w:val="22"/>
          <w:lang w:bidi="pl-PL"/>
        </w:rPr>
        <w:t>Gmina Sokołów Małopolski</w:t>
      </w:r>
    </w:p>
    <w:p w14:paraId="31A8CC0B" w14:textId="77777777" w:rsidR="00CC105D" w:rsidRPr="00CC105D" w:rsidRDefault="00CC105D" w:rsidP="00CC105D">
      <w:pPr>
        <w:pStyle w:val="Default"/>
        <w:rPr>
          <w:color w:val="auto"/>
          <w:sz w:val="22"/>
          <w:szCs w:val="22"/>
          <w:lang w:bidi="pl-PL"/>
        </w:rPr>
      </w:pPr>
      <w:r w:rsidRPr="00CC105D">
        <w:rPr>
          <w:color w:val="auto"/>
          <w:sz w:val="22"/>
          <w:szCs w:val="22"/>
          <w:lang w:bidi="pl-PL"/>
        </w:rPr>
        <w:t>Ul. Rynek 1</w:t>
      </w:r>
    </w:p>
    <w:p w14:paraId="33A8A0A2" w14:textId="77777777" w:rsidR="00CC105D" w:rsidRPr="00CC105D" w:rsidRDefault="00CC105D" w:rsidP="00CC105D">
      <w:pPr>
        <w:pStyle w:val="Default"/>
        <w:rPr>
          <w:color w:val="auto"/>
          <w:sz w:val="22"/>
          <w:szCs w:val="22"/>
          <w:lang w:bidi="pl-PL"/>
        </w:rPr>
      </w:pPr>
      <w:r w:rsidRPr="00CC105D">
        <w:rPr>
          <w:color w:val="auto"/>
          <w:sz w:val="22"/>
          <w:szCs w:val="22"/>
          <w:lang w:bidi="pl-PL"/>
        </w:rPr>
        <w:t>36-050 Sokołów Małopolski</w:t>
      </w:r>
    </w:p>
    <w:p w14:paraId="67272A23" w14:textId="77777777" w:rsidR="00CC105D" w:rsidRPr="00CC105D" w:rsidRDefault="00CC105D" w:rsidP="00CC105D">
      <w:pPr>
        <w:pStyle w:val="Default"/>
        <w:rPr>
          <w:color w:val="auto"/>
          <w:sz w:val="22"/>
          <w:szCs w:val="22"/>
          <w:lang w:bidi="pl-PL"/>
        </w:rPr>
      </w:pPr>
      <w:r w:rsidRPr="00CC105D">
        <w:rPr>
          <w:color w:val="auto"/>
          <w:sz w:val="22"/>
          <w:szCs w:val="22"/>
          <w:lang w:bidi="pl-PL"/>
        </w:rPr>
        <w:t>NIP: 517-01-21-981</w:t>
      </w:r>
    </w:p>
    <w:p w14:paraId="64885EE6" w14:textId="77777777" w:rsidR="00CC105D" w:rsidRPr="00CC105D" w:rsidRDefault="00CC105D" w:rsidP="00CC105D">
      <w:pPr>
        <w:pStyle w:val="Default"/>
        <w:rPr>
          <w:color w:val="auto"/>
          <w:sz w:val="22"/>
          <w:szCs w:val="22"/>
          <w:lang w:bidi="pl-PL"/>
        </w:rPr>
      </w:pPr>
    </w:p>
    <w:p w14:paraId="5EAD83C1" w14:textId="77777777" w:rsidR="00CC105D" w:rsidRPr="00CC105D" w:rsidRDefault="00CC105D" w:rsidP="00CC105D">
      <w:pPr>
        <w:pStyle w:val="Default"/>
        <w:rPr>
          <w:color w:val="auto"/>
          <w:sz w:val="22"/>
          <w:szCs w:val="22"/>
          <w:lang w:bidi="pl-PL"/>
        </w:rPr>
      </w:pPr>
      <w:r w:rsidRPr="00CC105D">
        <w:rPr>
          <w:color w:val="auto"/>
          <w:sz w:val="22"/>
          <w:szCs w:val="22"/>
          <w:lang w:bidi="pl-PL"/>
        </w:rPr>
        <w:t>ODBIORCA/PŁATNIK</w:t>
      </w:r>
    </w:p>
    <w:p w14:paraId="41A47A06" w14:textId="77777777" w:rsidR="00CC105D" w:rsidRPr="00CC105D" w:rsidRDefault="00CC105D" w:rsidP="00CC105D">
      <w:pPr>
        <w:pStyle w:val="Default"/>
        <w:rPr>
          <w:color w:val="auto"/>
          <w:sz w:val="22"/>
          <w:szCs w:val="22"/>
          <w:lang w:bidi="pl-PL"/>
        </w:rPr>
      </w:pPr>
      <w:r w:rsidRPr="00CC105D">
        <w:rPr>
          <w:color w:val="auto"/>
          <w:sz w:val="22"/>
          <w:szCs w:val="22"/>
          <w:lang w:bidi="pl-PL"/>
        </w:rPr>
        <w:t>Urząd Gminy i Miasta w Sokołowie Małopolskim</w:t>
      </w:r>
    </w:p>
    <w:p w14:paraId="5DEA1C22" w14:textId="77777777" w:rsidR="00CC105D" w:rsidRPr="00CC105D" w:rsidRDefault="00CC105D" w:rsidP="00CC105D">
      <w:pPr>
        <w:pStyle w:val="Default"/>
        <w:rPr>
          <w:color w:val="auto"/>
          <w:sz w:val="22"/>
          <w:szCs w:val="22"/>
          <w:lang w:bidi="pl-PL"/>
        </w:rPr>
      </w:pPr>
      <w:r w:rsidRPr="00CC105D">
        <w:rPr>
          <w:color w:val="auto"/>
          <w:sz w:val="22"/>
          <w:szCs w:val="22"/>
          <w:lang w:bidi="pl-PL"/>
        </w:rPr>
        <w:t>Ul. Rynek 1</w:t>
      </w:r>
    </w:p>
    <w:p w14:paraId="79462A07" w14:textId="77777777" w:rsidR="00CC105D" w:rsidRPr="00CC105D" w:rsidRDefault="00CC105D" w:rsidP="00CC105D">
      <w:pPr>
        <w:pStyle w:val="Default"/>
        <w:rPr>
          <w:color w:val="auto"/>
          <w:sz w:val="22"/>
          <w:szCs w:val="22"/>
          <w:lang w:bidi="pl-PL"/>
        </w:rPr>
      </w:pPr>
      <w:r w:rsidRPr="00CC105D">
        <w:rPr>
          <w:color w:val="auto"/>
          <w:sz w:val="22"/>
          <w:szCs w:val="22"/>
          <w:lang w:bidi="pl-PL"/>
        </w:rPr>
        <w:t>36-050 Sokołów Małopolski</w:t>
      </w:r>
    </w:p>
    <w:p w14:paraId="13C73B0B" w14:textId="77777777" w:rsidR="00CC105D" w:rsidRPr="00CC105D" w:rsidRDefault="00CC105D" w:rsidP="00CC105D">
      <w:pPr>
        <w:pStyle w:val="Default"/>
        <w:rPr>
          <w:color w:val="auto"/>
          <w:sz w:val="22"/>
          <w:szCs w:val="22"/>
          <w:lang w:bidi="pl-PL"/>
        </w:rPr>
      </w:pPr>
      <w:r w:rsidRPr="00CC105D">
        <w:rPr>
          <w:color w:val="auto"/>
          <w:sz w:val="22"/>
          <w:szCs w:val="22"/>
          <w:lang w:bidi="pl-PL"/>
        </w:rPr>
        <w:t>NIP: 814-12-58-727</w:t>
      </w:r>
    </w:p>
    <w:p w14:paraId="5D30C912" w14:textId="77777777" w:rsidR="00CC105D" w:rsidRPr="00CC105D" w:rsidRDefault="00CC105D" w:rsidP="00CC105D">
      <w:pPr>
        <w:pStyle w:val="Default"/>
        <w:rPr>
          <w:color w:val="auto"/>
          <w:sz w:val="22"/>
          <w:szCs w:val="22"/>
          <w:lang w:bidi="pl-PL"/>
        </w:rPr>
      </w:pPr>
    </w:p>
    <w:p w14:paraId="339E9A98" w14:textId="53A7C825" w:rsidR="00CC105D" w:rsidRPr="00CC105D" w:rsidRDefault="00CC105D" w:rsidP="00CC105D">
      <w:pPr>
        <w:pStyle w:val="Default"/>
        <w:jc w:val="both"/>
        <w:rPr>
          <w:color w:val="auto"/>
          <w:sz w:val="22"/>
          <w:szCs w:val="22"/>
          <w:lang w:bidi="pl-PL"/>
        </w:rPr>
      </w:pPr>
      <w:r w:rsidRPr="00CC105D">
        <w:rPr>
          <w:color w:val="auto"/>
          <w:sz w:val="22"/>
          <w:szCs w:val="22"/>
          <w:lang w:bidi="pl-PL"/>
        </w:rPr>
        <w:t>6.</w:t>
      </w:r>
      <w:r w:rsidRPr="00CC105D">
        <w:rPr>
          <w:color w:val="auto"/>
          <w:sz w:val="22"/>
          <w:szCs w:val="22"/>
          <w:lang w:bidi="pl-PL"/>
        </w:rPr>
        <w:tab/>
        <w:t xml:space="preserve"> Z dniem wejścia w życie obowiązku stosowania Krajowego Systemu e-Faktur (</w:t>
      </w:r>
      <w:proofErr w:type="spellStart"/>
      <w:r w:rsidRPr="00CC105D">
        <w:rPr>
          <w:color w:val="auto"/>
          <w:sz w:val="22"/>
          <w:szCs w:val="22"/>
          <w:lang w:bidi="pl-PL"/>
        </w:rPr>
        <w:t>KSeF</w:t>
      </w:r>
      <w:proofErr w:type="spellEnd"/>
      <w:r w:rsidRPr="00CC105D">
        <w:rPr>
          <w:color w:val="auto"/>
          <w:sz w:val="22"/>
          <w:szCs w:val="22"/>
          <w:lang w:bidi="pl-PL"/>
        </w:rPr>
        <w:t xml:space="preserve">), Wykonawca zobowiązany jest do wystawiania i przesyłania Zamawiającemu faktur ustrukturyzowanych za pośrednictwem </w:t>
      </w:r>
      <w:proofErr w:type="spellStart"/>
      <w:r w:rsidRPr="00CC105D">
        <w:rPr>
          <w:color w:val="auto"/>
          <w:sz w:val="22"/>
          <w:szCs w:val="22"/>
          <w:lang w:bidi="pl-PL"/>
        </w:rPr>
        <w:t>KSeF</w:t>
      </w:r>
      <w:proofErr w:type="spellEnd"/>
      <w:r w:rsidRPr="00CC105D">
        <w:rPr>
          <w:color w:val="auto"/>
          <w:sz w:val="22"/>
          <w:szCs w:val="22"/>
          <w:lang w:bidi="pl-PL"/>
        </w:rPr>
        <w:t xml:space="preserve">,. Za datę wystawienia faktury uważa się dzień jej przesłania do </w:t>
      </w:r>
      <w:proofErr w:type="spellStart"/>
      <w:r w:rsidRPr="00CC105D">
        <w:rPr>
          <w:color w:val="auto"/>
          <w:sz w:val="22"/>
          <w:szCs w:val="22"/>
          <w:lang w:bidi="pl-PL"/>
        </w:rPr>
        <w:t>KSeF</w:t>
      </w:r>
      <w:proofErr w:type="spellEnd"/>
      <w:r w:rsidRPr="00CC105D">
        <w:rPr>
          <w:color w:val="auto"/>
          <w:sz w:val="22"/>
          <w:szCs w:val="22"/>
          <w:lang w:bidi="pl-PL"/>
        </w:rPr>
        <w:t xml:space="preserve"> W przypadku wystawiania przez Wykonawcę faktur ustrukturyzowanych za pośrednictwem Krajowego Systemu e-Faktur (</w:t>
      </w:r>
      <w:proofErr w:type="spellStart"/>
      <w:r w:rsidRPr="00CC105D">
        <w:rPr>
          <w:color w:val="auto"/>
          <w:sz w:val="22"/>
          <w:szCs w:val="22"/>
          <w:lang w:bidi="pl-PL"/>
        </w:rPr>
        <w:t>KSeF</w:t>
      </w:r>
      <w:proofErr w:type="spellEnd"/>
      <w:r w:rsidRPr="00CC105D">
        <w:rPr>
          <w:color w:val="auto"/>
          <w:sz w:val="22"/>
          <w:szCs w:val="22"/>
          <w:lang w:bidi="pl-PL"/>
        </w:rPr>
        <w:t xml:space="preserve">), jest zobowiązany do wskazania w fakturze danych Odbiorcy/Płatnika wraz z identyfikatorem podatkowym NIP: 814-12-58-727, a także do wypełnienia pola „Rola" jako „JST odbiorca". W przypadku niedostępności </w:t>
      </w:r>
      <w:proofErr w:type="spellStart"/>
      <w:r w:rsidRPr="00CC105D">
        <w:rPr>
          <w:color w:val="auto"/>
          <w:sz w:val="22"/>
          <w:szCs w:val="22"/>
          <w:lang w:bidi="pl-PL"/>
        </w:rPr>
        <w:t>KSeF</w:t>
      </w:r>
      <w:proofErr w:type="spellEnd"/>
      <w:r w:rsidRPr="00CC105D">
        <w:rPr>
          <w:color w:val="auto"/>
          <w:sz w:val="22"/>
          <w:szCs w:val="22"/>
          <w:lang w:bidi="pl-PL"/>
        </w:rPr>
        <w:t>, faktury będą wystawiane w formie przewidzianej przepisami.</w:t>
      </w:r>
    </w:p>
    <w:p w14:paraId="669D9800" w14:textId="33B9F694" w:rsidR="00CC105D" w:rsidRPr="00CC105D" w:rsidRDefault="00CC105D" w:rsidP="00CC105D">
      <w:pPr>
        <w:pStyle w:val="Default"/>
        <w:jc w:val="both"/>
        <w:rPr>
          <w:color w:val="auto"/>
          <w:sz w:val="22"/>
          <w:szCs w:val="22"/>
          <w:lang w:bidi="pl-PL"/>
        </w:rPr>
      </w:pPr>
      <w:r w:rsidRPr="00CC105D">
        <w:rPr>
          <w:color w:val="auto"/>
          <w:sz w:val="22"/>
          <w:szCs w:val="22"/>
          <w:lang w:bidi="pl-PL"/>
        </w:rPr>
        <w:t>7.</w:t>
      </w:r>
      <w:r w:rsidRPr="00CC105D">
        <w:rPr>
          <w:color w:val="auto"/>
          <w:sz w:val="22"/>
          <w:szCs w:val="22"/>
          <w:lang w:bidi="pl-PL"/>
        </w:rPr>
        <w:tab/>
        <w:t>Prawidłowe wskazanie danych, o</w:t>
      </w:r>
      <w:r w:rsidR="00C00B39">
        <w:rPr>
          <w:color w:val="auto"/>
          <w:sz w:val="22"/>
          <w:szCs w:val="22"/>
          <w:lang w:bidi="pl-PL"/>
        </w:rPr>
        <w:t xml:space="preserve"> których mowa w ust. 5</w:t>
      </w:r>
      <w:r w:rsidRPr="00CC105D">
        <w:rPr>
          <w:color w:val="auto"/>
          <w:sz w:val="22"/>
          <w:szCs w:val="22"/>
          <w:lang w:bidi="pl-PL"/>
        </w:rPr>
        <w:t xml:space="preserve">, jest warunkiem zapewnienia Zamawiającemu dostępu do faktury w systemie </w:t>
      </w:r>
      <w:proofErr w:type="spellStart"/>
      <w:r w:rsidRPr="00CC105D">
        <w:rPr>
          <w:color w:val="auto"/>
          <w:sz w:val="22"/>
          <w:szCs w:val="22"/>
          <w:lang w:bidi="pl-PL"/>
        </w:rPr>
        <w:t>KSeF</w:t>
      </w:r>
      <w:proofErr w:type="spellEnd"/>
      <w:r w:rsidRPr="00CC105D">
        <w:rPr>
          <w:color w:val="auto"/>
          <w:sz w:val="22"/>
          <w:szCs w:val="22"/>
          <w:lang w:bidi="pl-PL"/>
        </w:rPr>
        <w:t>.</w:t>
      </w:r>
    </w:p>
    <w:p w14:paraId="46DD2F96" w14:textId="1E65B941" w:rsidR="00CC105D" w:rsidRPr="00CC105D" w:rsidRDefault="00CC105D" w:rsidP="00CC105D">
      <w:pPr>
        <w:pStyle w:val="Default"/>
        <w:jc w:val="both"/>
        <w:rPr>
          <w:color w:val="auto"/>
          <w:sz w:val="22"/>
          <w:szCs w:val="22"/>
          <w:lang w:bidi="pl-PL"/>
        </w:rPr>
      </w:pPr>
      <w:r w:rsidRPr="00CC105D">
        <w:rPr>
          <w:color w:val="auto"/>
          <w:sz w:val="22"/>
          <w:szCs w:val="22"/>
          <w:lang w:bidi="pl-PL"/>
        </w:rPr>
        <w:t>8.</w:t>
      </w:r>
      <w:r w:rsidRPr="00CC105D">
        <w:rPr>
          <w:color w:val="auto"/>
          <w:sz w:val="22"/>
          <w:szCs w:val="22"/>
          <w:lang w:bidi="pl-PL"/>
        </w:rPr>
        <w:tab/>
        <w:t xml:space="preserve">Za datę doręczenia faktury ustrukturyzowanej przyjmuje się dzień nadania numeru </w:t>
      </w:r>
      <w:proofErr w:type="spellStart"/>
      <w:r w:rsidRPr="00CC105D">
        <w:rPr>
          <w:color w:val="auto"/>
          <w:sz w:val="22"/>
          <w:szCs w:val="22"/>
          <w:lang w:bidi="pl-PL"/>
        </w:rPr>
        <w:t>KSeF</w:t>
      </w:r>
      <w:proofErr w:type="spellEnd"/>
      <w:r w:rsidRPr="00CC105D">
        <w:rPr>
          <w:color w:val="auto"/>
          <w:sz w:val="22"/>
          <w:szCs w:val="22"/>
          <w:lang w:bidi="pl-PL"/>
        </w:rPr>
        <w:t>, ujawniony w UPO jako „data przyjęcia dokumentu do systemu MF”. Termin płatności rozpoczyna bieg od dnia następnego po tym dniu.</w:t>
      </w:r>
    </w:p>
    <w:p w14:paraId="2E776370" w14:textId="48676FE3" w:rsidR="00CC105D" w:rsidRPr="00CC105D" w:rsidRDefault="00CC105D" w:rsidP="00CC105D">
      <w:pPr>
        <w:pStyle w:val="Default"/>
        <w:jc w:val="both"/>
        <w:rPr>
          <w:color w:val="auto"/>
          <w:sz w:val="22"/>
          <w:szCs w:val="22"/>
          <w:lang w:bidi="pl-PL"/>
        </w:rPr>
      </w:pPr>
      <w:r w:rsidRPr="00CC105D">
        <w:rPr>
          <w:color w:val="auto"/>
          <w:sz w:val="22"/>
          <w:szCs w:val="22"/>
          <w:lang w:bidi="pl-PL"/>
        </w:rPr>
        <w:t>9.</w:t>
      </w:r>
      <w:r w:rsidRPr="00CC105D">
        <w:rPr>
          <w:color w:val="auto"/>
          <w:sz w:val="22"/>
          <w:szCs w:val="22"/>
          <w:lang w:bidi="pl-PL"/>
        </w:rPr>
        <w:tab/>
        <w:t xml:space="preserve">W przypadku wystawienia faktury poza </w:t>
      </w:r>
      <w:proofErr w:type="spellStart"/>
      <w:r w:rsidRPr="00CC105D">
        <w:rPr>
          <w:color w:val="auto"/>
          <w:sz w:val="22"/>
          <w:szCs w:val="22"/>
          <w:lang w:bidi="pl-PL"/>
        </w:rPr>
        <w:t>KSeF</w:t>
      </w:r>
      <w:proofErr w:type="spellEnd"/>
      <w:r w:rsidRPr="00CC105D">
        <w:rPr>
          <w:color w:val="auto"/>
          <w:sz w:val="22"/>
          <w:szCs w:val="22"/>
          <w:lang w:bidi="pl-PL"/>
        </w:rPr>
        <w:t xml:space="preserve"> w trybie offline lub w okresie niedostępności systemu, termin płatności biegnie od dnia następnego po dniu nadania numeru </w:t>
      </w:r>
      <w:proofErr w:type="spellStart"/>
      <w:r w:rsidRPr="00CC105D">
        <w:rPr>
          <w:color w:val="auto"/>
          <w:sz w:val="22"/>
          <w:szCs w:val="22"/>
          <w:lang w:bidi="pl-PL"/>
        </w:rPr>
        <w:t>KSeF</w:t>
      </w:r>
      <w:proofErr w:type="spellEnd"/>
      <w:r w:rsidRPr="00CC105D">
        <w:rPr>
          <w:color w:val="auto"/>
          <w:sz w:val="22"/>
          <w:szCs w:val="22"/>
          <w:lang w:bidi="pl-PL"/>
        </w:rPr>
        <w:t xml:space="preserve">, po obowiązkowym dosłaniu dokumentu do systemu. Przekazy informacyjne poza </w:t>
      </w:r>
      <w:proofErr w:type="spellStart"/>
      <w:r w:rsidRPr="00CC105D">
        <w:rPr>
          <w:color w:val="auto"/>
          <w:sz w:val="22"/>
          <w:szCs w:val="22"/>
          <w:lang w:bidi="pl-PL"/>
        </w:rPr>
        <w:t>KSeF</w:t>
      </w:r>
      <w:proofErr w:type="spellEnd"/>
      <w:r w:rsidRPr="00CC105D">
        <w:rPr>
          <w:color w:val="auto"/>
          <w:sz w:val="22"/>
          <w:szCs w:val="22"/>
          <w:lang w:bidi="pl-PL"/>
        </w:rPr>
        <w:t xml:space="preserve"> nie inicjują rozpoczęcie biegu terminu, do czasu nadania numeru </w:t>
      </w:r>
      <w:proofErr w:type="spellStart"/>
      <w:r w:rsidRPr="00CC105D">
        <w:rPr>
          <w:color w:val="auto"/>
          <w:sz w:val="22"/>
          <w:szCs w:val="22"/>
          <w:lang w:bidi="pl-PL"/>
        </w:rPr>
        <w:t>KSeF</w:t>
      </w:r>
      <w:proofErr w:type="spellEnd"/>
    </w:p>
    <w:p w14:paraId="352E8047" w14:textId="076D41E5" w:rsidR="00CC105D" w:rsidRPr="00CC105D" w:rsidRDefault="00CC105D" w:rsidP="00CC105D">
      <w:pPr>
        <w:pStyle w:val="Default"/>
        <w:jc w:val="both"/>
        <w:rPr>
          <w:color w:val="auto"/>
          <w:sz w:val="22"/>
          <w:szCs w:val="22"/>
          <w:lang w:bidi="pl-PL"/>
        </w:rPr>
      </w:pPr>
      <w:r w:rsidRPr="00CC105D">
        <w:rPr>
          <w:color w:val="auto"/>
          <w:sz w:val="22"/>
          <w:szCs w:val="22"/>
          <w:lang w:bidi="pl-PL"/>
        </w:rPr>
        <w:lastRenderedPageBreak/>
        <w:t>10.</w:t>
      </w:r>
      <w:r w:rsidRPr="00CC105D">
        <w:rPr>
          <w:color w:val="auto"/>
          <w:sz w:val="22"/>
          <w:szCs w:val="22"/>
          <w:lang w:bidi="pl-PL"/>
        </w:rPr>
        <w:tab/>
        <w:t xml:space="preserve">Każda ze Stron zobowiązana jest niezwłocznie poinformować drugą Stronę o wszelkich zmianach w zakresie danych wymaganych do prawidłowej obsługi faktur w </w:t>
      </w:r>
      <w:proofErr w:type="spellStart"/>
      <w:r w:rsidRPr="00CC105D">
        <w:rPr>
          <w:color w:val="auto"/>
          <w:sz w:val="22"/>
          <w:szCs w:val="22"/>
          <w:lang w:bidi="pl-PL"/>
        </w:rPr>
        <w:t>KSeF</w:t>
      </w:r>
      <w:proofErr w:type="spellEnd"/>
      <w:r w:rsidRPr="00CC105D">
        <w:rPr>
          <w:color w:val="auto"/>
          <w:sz w:val="22"/>
          <w:szCs w:val="22"/>
          <w:lang w:bidi="pl-PL"/>
        </w:rPr>
        <w:t>.</w:t>
      </w:r>
    </w:p>
    <w:p w14:paraId="53FBED4C" w14:textId="53AFA3E2" w:rsidR="00CC105D" w:rsidRPr="00CC105D" w:rsidRDefault="00CC105D" w:rsidP="00CC105D">
      <w:pPr>
        <w:pStyle w:val="Default"/>
        <w:jc w:val="both"/>
        <w:rPr>
          <w:color w:val="auto"/>
          <w:sz w:val="22"/>
          <w:szCs w:val="22"/>
          <w:lang w:bidi="pl-PL"/>
        </w:rPr>
      </w:pPr>
      <w:r w:rsidRPr="00CC105D">
        <w:rPr>
          <w:color w:val="auto"/>
          <w:sz w:val="22"/>
          <w:szCs w:val="22"/>
          <w:lang w:bidi="pl-PL"/>
        </w:rPr>
        <w:t>11.</w:t>
      </w:r>
      <w:r w:rsidRPr="00CC105D">
        <w:rPr>
          <w:color w:val="auto"/>
          <w:sz w:val="22"/>
          <w:szCs w:val="22"/>
          <w:lang w:bidi="pl-PL"/>
        </w:rPr>
        <w:tab/>
        <w:t xml:space="preserve">W przypadku zmiany obowiązujących przepisów prawa dotyczących zasad wystawiania faktur w </w:t>
      </w:r>
      <w:proofErr w:type="spellStart"/>
      <w:r w:rsidRPr="00CC105D">
        <w:rPr>
          <w:color w:val="auto"/>
          <w:sz w:val="22"/>
          <w:szCs w:val="22"/>
          <w:lang w:bidi="pl-PL"/>
        </w:rPr>
        <w:t>KSeF</w:t>
      </w:r>
      <w:proofErr w:type="spellEnd"/>
      <w:r w:rsidRPr="00CC105D">
        <w:rPr>
          <w:color w:val="auto"/>
          <w:sz w:val="22"/>
          <w:szCs w:val="22"/>
          <w:lang w:bidi="pl-PL"/>
        </w:rPr>
        <w:t xml:space="preserve"> lub wprowadzenia dodatkowych wymagań technicznych, Strony zobowiązują się do niezwłocznego dostosowania procedur fakturowania do nowych wymogów; wszelkie zmiany w sposobie fakturowania wynikające wyłącznie ze zmiany przepisów nie wymagają aneksowania niniejszej Umowy.</w:t>
      </w:r>
    </w:p>
    <w:p w14:paraId="02CB5DB8" w14:textId="3857B5B0" w:rsidR="00CC105D" w:rsidRPr="00CC105D" w:rsidRDefault="00CC105D" w:rsidP="00CC105D">
      <w:pPr>
        <w:pStyle w:val="Default"/>
        <w:jc w:val="both"/>
        <w:rPr>
          <w:color w:val="auto"/>
          <w:sz w:val="22"/>
          <w:szCs w:val="22"/>
          <w:lang w:bidi="pl-PL"/>
        </w:rPr>
      </w:pPr>
      <w:r w:rsidRPr="00CC105D">
        <w:rPr>
          <w:color w:val="auto"/>
          <w:sz w:val="22"/>
          <w:szCs w:val="22"/>
          <w:lang w:bidi="pl-PL"/>
        </w:rPr>
        <w:t>12.</w:t>
      </w:r>
      <w:r w:rsidRPr="00CC105D">
        <w:rPr>
          <w:color w:val="auto"/>
          <w:sz w:val="22"/>
          <w:szCs w:val="22"/>
          <w:lang w:bidi="pl-PL"/>
        </w:rPr>
        <w:tab/>
        <w:t>Za dzień zapłaty faktury przyjmuje się dzień wpływu środków finansowych na rachunek bankowy drugiej Strony.</w:t>
      </w:r>
    </w:p>
    <w:p w14:paraId="4ED71EE7" w14:textId="550502F4" w:rsidR="00CC105D" w:rsidRPr="00CC105D" w:rsidRDefault="00CC105D" w:rsidP="00CC105D">
      <w:pPr>
        <w:pStyle w:val="Default"/>
        <w:jc w:val="both"/>
        <w:rPr>
          <w:color w:val="auto"/>
          <w:sz w:val="22"/>
          <w:szCs w:val="22"/>
          <w:lang w:bidi="pl-PL"/>
        </w:rPr>
      </w:pPr>
      <w:r w:rsidRPr="00CC105D">
        <w:rPr>
          <w:color w:val="auto"/>
          <w:sz w:val="22"/>
          <w:szCs w:val="22"/>
          <w:lang w:bidi="pl-PL"/>
        </w:rPr>
        <w:t>13.</w:t>
      </w:r>
      <w:r w:rsidRPr="00CC105D">
        <w:rPr>
          <w:color w:val="auto"/>
          <w:sz w:val="22"/>
          <w:szCs w:val="22"/>
          <w:lang w:bidi="pl-PL"/>
        </w:rPr>
        <w:tab/>
        <w:t>Za nieterminowe regulowanie należności przysługuje prawo naliczania odsetek ustawowych za opóźnienie. Odsetki ustawowe za niezapłacone w terminach faktury płacone będą na podstawie noty odsetkowej.</w:t>
      </w:r>
    </w:p>
    <w:p w14:paraId="2DC97391" w14:textId="4459A74B" w:rsidR="00CC105D" w:rsidRPr="00CC105D" w:rsidRDefault="00CC105D" w:rsidP="00CC105D">
      <w:pPr>
        <w:pStyle w:val="Default"/>
        <w:jc w:val="both"/>
        <w:rPr>
          <w:color w:val="auto"/>
          <w:sz w:val="22"/>
          <w:szCs w:val="22"/>
          <w:lang w:bidi="pl-PL"/>
        </w:rPr>
      </w:pPr>
      <w:r w:rsidRPr="00CC105D">
        <w:rPr>
          <w:color w:val="auto"/>
          <w:sz w:val="22"/>
          <w:szCs w:val="22"/>
          <w:lang w:bidi="pl-PL"/>
        </w:rPr>
        <w:t>14.</w:t>
      </w:r>
      <w:r w:rsidRPr="00CC105D">
        <w:rPr>
          <w:color w:val="auto"/>
          <w:sz w:val="22"/>
          <w:szCs w:val="22"/>
          <w:lang w:bidi="pl-PL"/>
        </w:rPr>
        <w:tab/>
        <w:t xml:space="preserve">Ewentualne załączniki do faktury </w:t>
      </w:r>
      <w:proofErr w:type="spellStart"/>
      <w:r w:rsidRPr="00CC105D">
        <w:rPr>
          <w:color w:val="auto"/>
          <w:sz w:val="22"/>
          <w:szCs w:val="22"/>
          <w:lang w:bidi="pl-PL"/>
        </w:rPr>
        <w:t>KSeF</w:t>
      </w:r>
      <w:proofErr w:type="spellEnd"/>
      <w:r w:rsidRPr="00CC105D">
        <w:rPr>
          <w:color w:val="auto"/>
          <w:sz w:val="22"/>
          <w:szCs w:val="22"/>
          <w:lang w:bidi="pl-PL"/>
        </w:rPr>
        <w:t xml:space="preserve">, stanowiące np. cenniki, protokoły odbioru, gwarancje itp. będą przesyłane drugiej Stronie poza systemem </w:t>
      </w:r>
      <w:proofErr w:type="spellStart"/>
      <w:r w:rsidRPr="00CC105D">
        <w:rPr>
          <w:color w:val="auto"/>
          <w:sz w:val="22"/>
          <w:szCs w:val="22"/>
          <w:lang w:bidi="pl-PL"/>
        </w:rPr>
        <w:t>KSeF</w:t>
      </w:r>
      <w:proofErr w:type="spellEnd"/>
      <w:r w:rsidRPr="00CC105D">
        <w:rPr>
          <w:color w:val="auto"/>
          <w:sz w:val="22"/>
          <w:szCs w:val="22"/>
          <w:lang w:bidi="pl-PL"/>
        </w:rPr>
        <w:t xml:space="preserve"> e-mailem: ugim@sokolow-mlp.pl (format PDF, JPG), równocześnie z doręczeniem faktury ustrukturyzowanej, dla której przyjmuje się dzień nadania numeru </w:t>
      </w:r>
      <w:proofErr w:type="spellStart"/>
      <w:r w:rsidRPr="00CC105D">
        <w:rPr>
          <w:color w:val="auto"/>
          <w:sz w:val="22"/>
          <w:szCs w:val="22"/>
          <w:lang w:bidi="pl-PL"/>
        </w:rPr>
        <w:t>KSeF</w:t>
      </w:r>
      <w:proofErr w:type="spellEnd"/>
      <w:r w:rsidRPr="00CC105D">
        <w:rPr>
          <w:color w:val="auto"/>
          <w:sz w:val="22"/>
          <w:szCs w:val="22"/>
          <w:lang w:bidi="pl-PL"/>
        </w:rPr>
        <w:t>, ujawniony w UPO jako „data przyjęcia dokumentu do systemu MF”.</w:t>
      </w:r>
    </w:p>
    <w:p w14:paraId="5EE2AE94" w14:textId="77777777" w:rsidR="009675C7" w:rsidRDefault="009675C7" w:rsidP="009675C7">
      <w:pPr>
        <w:pStyle w:val="Default"/>
        <w:rPr>
          <w:color w:val="auto"/>
          <w:sz w:val="22"/>
          <w:szCs w:val="22"/>
        </w:rPr>
      </w:pPr>
    </w:p>
    <w:p w14:paraId="3950433A" w14:textId="77777777" w:rsidR="009675C7" w:rsidRDefault="009675C7" w:rsidP="009675C7">
      <w:pPr>
        <w:pStyle w:val="Default"/>
        <w:jc w:val="center"/>
        <w:rPr>
          <w:color w:val="auto"/>
          <w:sz w:val="22"/>
          <w:szCs w:val="22"/>
        </w:rPr>
      </w:pPr>
      <w:r>
        <w:rPr>
          <w:b/>
          <w:bCs/>
          <w:color w:val="auto"/>
          <w:sz w:val="22"/>
          <w:szCs w:val="22"/>
        </w:rPr>
        <w:t>§ 3.</w:t>
      </w:r>
    </w:p>
    <w:p w14:paraId="572FCB48" w14:textId="77777777" w:rsidR="009675C7" w:rsidRDefault="009675C7" w:rsidP="009675C7">
      <w:pPr>
        <w:pStyle w:val="Default"/>
        <w:jc w:val="center"/>
        <w:rPr>
          <w:color w:val="auto"/>
          <w:sz w:val="22"/>
          <w:szCs w:val="22"/>
        </w:rPr>
      </w:pPr>
      <w:r>
        <w:rPr>
          <w:b/>
          <w:bCs/>
          <w:color w:val="auto"/>
          <w:sz w:val="22"/>
          <w:szCs w:val="22"/>
        </w:rPr>
        <w:t>TERMIN REALIZACJI PRZEDMIOTU UMOWY</w:t>
      </w:r>
    </w:p>
    <w:p w14:paraId="5F96605F" w14:textId="395B8C97" w:rsidR="009675C7" w:rsidRDefault="009675C7" w:rsidP="00D04912">
      <w:pPr>
        <w:pStyle w:val="Default"/>
        <w:spacing w:after="120"/>
        <w:jc w:val="both"/>
        <w:rPr>
          <w:color w:val="auto"/>
          <w:sz w:val="22"/>
          <w:szCs w:val="22"/>
        </w:rPr>
      </w:pPr>
      <w:r>
        <w:rPr>
          <w:color w:val="auto"/>
          <w:sz w:val="22"/>
          <w:szCs w:val="22"/>
        </w:rPr>
        <w:t xml:space="preserve">1. WYKONAWCA zobowiązuje się </w:t>
      </w:r>
      <w:r w:rsidR="00AC0B55">
        <w:rPr>
          <w:color w:val="auto"/>
          <w:sz w:val="22"/>
          <w:szCs w:val="22"/>
        </w:rPr>
        <w:t>wykonać</w:t>
      </w:r>
      <w:r>
        <w:rPr>
          <w:color w:val="auto"/>
          <w:sz w:val="22"/>
          <w:szCs w:val="22"/>
        </w:rPr>
        <w:t xml:space="preserve"> przedmiot umowy, o którym mowa w § 1 umowy w</w:t>
      </w:r>
      <w:r w:rsidR="00AC0B55">
        <w:rPr>
          <w:color w:val="auto"/>
          <w:sz w:val="22"/>
          <w:szCs w:val="22"/>
        </w:rPr>
        <w:t> </w:t>
      </w:r>
      <w:r>
        <w:rPr>
          <w:color w:val="auto"/>
          <w:sz w:val="22"/>
          <w:szCs w:val="22"/>
        </w:rPr>
        <w:t xml:space="preserve">terminie do </w:t>
      </w:r>
      <w:r w:rsidR="0048533F">
        <w:rPr>
          <w:b/>
          <w:bCs/>
          <w:color w:val="auto"/>
          <w:sz w:val="22"/>
          <w:szCs w:val="22"/>
        </w:rPr>
        <w:t xml:space="preserve">42 dni </w:t>
      </w:r>
      <w:r>
        <w:rPr>
          <w:color w:val="auto"/>
          <w:sz w:val="22"/>
          <w:szCs w:val="22"/>
        </w:rPr>
        <w:t xml:space="preserve">od dnia zawarcia niniejszej umowy. </w:t>
      </w:r>
    </w:p>
    <w:p w14:paraId="2D9F0FEB" w14:textId="77777777" w:rsidR="009675C7" w:rsidRDefault="009675C7" w:rsidP="00D04912">
      <w:pPr>
        <w:pStyle w:val="Default"/>
        <w:spacing w:after="120"/>
        <w:rPr>
          <w:color w:val="auto"/>
          <w:sz w:val="22"/>
          <w:szCs w:val="22"/>
        </w:rPr>
      </w:pPr>
      <w:r>
        <w:rPr>
          <w:color w:val="auto"/>
          <w:sz w:val="22"/>
          <w:szCs w:val="22"/>
        </w:rPr>
        <w:t xml:space="preserve">2. WYKONAWCA odpowiada za jakość i terminowość dostawy. </w:t>
      </w:r>
    </w:p>
    <w:p w14:paraId="0B5247F8" w14:textId="0234FA11" w:rsidR="009675C7" w:rsidRDefault="009675C7" w:rsidP="00D04912">
      <w:pPr>
        <w:pStyle w:val="Default"/>
        <w:spacing w:after="120"/>
        <w:jc w:val="both"/>
        <w:rPr>
          <w:color w:val="auto"/>
          <w:sz w:val="22"/>
          <w:szCs w:val="22"/>
        </w:rPr>
      </w:pPr>
      <w:r>
        <w:rPr>
          <w:color w:val="auto"/>
          <w:sz w:val="22"/>
          <w:szCs w:val="22"/>
        </w:rPr>
        <w:t>3. Termin realizacji umowy zostaje zachowany, jeżeli odbiór końcowy odbędzie się w terminie,</w:t>
      </w:r>
      <w:r w:rsidR="00FC26DA">
        <w:rPr>
          <w:color w:val="auto"/>
          <w:sz w:val="22"/>
          <w:szCs w:val="22"/>
        </w:rPr>
        <w:t xml:space="preserve"> </w:t>
      </w:r>
      <w:r>
        <w:rPr>
          <w:color w:val="auto"/>
          <w:sz w:val="22"/>
          <w:szCs w:val="22"/>
        </w:rPr>
        <w:t>o</w:t>
      </w:r>
      <w:r w:rsidR="00FC26DA">
        <w:rPr>
          <w:color w:val="auto"/>
          <w:sz w:val="22"/>
          <w:szCs w:val="22"/>
        </w:rPr>
        <w:t> </w:t>
      </w:r>
      <w:r>
        <w:rPr>
          <w:color w:val="auto"/>
          <w:sz w:val="22"/>
          <w:szCs w:val="22"/>
        </w:rPr>
        <w:t xml:space="preserve">którym mowa w ust. 1. </w:t>
      </w:r>
    </w:p>
    <w:p w14:paraId="6E9FB95A" w14:textId="77777777" w:rsidR="009675C7" w:rsidRDefault="009675C7" w:rsidP="009675C7">
      <w:pPr>
        <w:pStyle w:val="Default"/>
        <w:rPr>
          <w:color w:val="auto"/>
          <w:sz w:val="22"/>
          <w:szCs w:val="22"/>
        </w:rPr>
      </w:pPr>
    </w:p>
    <w:p w14:paraId="00969DBF" w14:textId="77777777" w:rsidR="009675C7" w:rsidRDefault="009675C7" w:rsidP="009675C7">
      <w:pPr>
        <w:pStyle w:val="Default"/>
        <w:jc w:val="center"/>
        <w:rPr>
          <w:color w:val="auto"/>
          <w:sz w:val="22"/>
          <w:szCs w:val="22"/>
        </w:rPr>
      </w:pPr>
      <w:r>
        <w:rPr>
          <w:b/>
          <w:bCs/>
          <w:color w:val="auto"/>
          <w:sz w:val="22"/>
          <w:szCs w:val="22"/>
        </w:rPr>
        <w:t>§ 4.</w:t>
      </w:r>
    </w:p>
    <w:p w14:paraId="2D2E592B" w14:textId="77777777" w:rsidR="009675C7" w:rsidRDefault="009675C7" w:rsidP="009675C7">
      <w:pPr>
        <w:pStyle w:val="Default"/>
        <w:jc w:val="center"/>
        <w:rPr>
          <w:color w:val="auto"/>
          <w:sz w:val="22"/>
          <w:szCs w:val="22"/>
        </w:rPr>
      </w:pPr>
      <w:r>
        <w:rPr>
          <w:b/>
          <w:bCs/>
          <w:color w:val="auto"/>
          <w:sz w:val="22"/>
          <w:szCs w:val="22"/>
        </w:rPr>
        <w:t>ODBIÓR PRZEDMIOTU UMOWY</w:t>
      </w:r>
    </w:p>
    <w:p w14:paraId="661F839D" w14:textId="6F349A3F" w:rsidR="009675C7" w:rsidRDefault="009675C7" w:rsidP="00D04912">
      <w:pPr>
        <w:pStyle w:val="Default"/>
        <w:spacing w:after="120"/>
        <w:jc w:val="both"/>
        <w:rPr>
          <w:color w:val="auto"/>
          <w:sz w:val="22"/>
          <w:szCs w:val="22"/>
        </w:rPr>
      </w:pPr>
      <w:r>
        <w:rPr>
          <w:color w:val="auto"/>
          <w:sz w:val="22"/>
          <w:szCs w:val="22"/>
        </w:rPr>
        <w:t xml:space="preserve">1. Minimum jeden przedstawiciel ZAMAWIAJĄCEGO w trakcie realizacji przedmiotu umowy, minimum dwa razy dokona kontroli postępu prac nad przedmiotem niniejszej umowy w siedzibie WYKONAWCY. ZAMAWIAJĄCY poinformuje WYKONAWCĘ </w:t>
      </w:r>
      <w:r w:rsidR="00F55E60">
        <w:rPr>
          <w:color w:val="auto"/>
          <w:sz w:val="22"/>
          <w:szCs w:val="22"/>
        </w:rPr>
        <w:t>o planowanej dacie kontroli</w:t>
      </w:r>
      <w:r>
        <w:rPr>
          <w:color w:val="auto"/>
          <w:sz w:val="22"/>
          <w:szCs w:val="22"/>
        </w:rPr>
        <w:t xml:space="preserve"> </w:t>
      </w:r>
      <w:r w:rsidR="00F55E60">
        <w:rPr>
          <w:color w:val="auto"/>
          <w:sz w:val="22"/>
          <w:szCs w:val="22"/>
        </w:rPr>
        <w:t>w terminie do 7 dni kalendarzowych</w:t>
      </w:r>
      <w:r w:rsidR="00F55E60">
        <w:rPr>
          <w:color w:val="auto"/>
          <w:sz w:val="22"/>
          <w:szCs w:val="22"/>
        </w:rPr>
        <w:t xml:space="preserve"> przed jej rozpoczęciem.</w:t>
      </w:r>
    </w:p>
    <w:p w14:paraId="0DFEA3CE" w14:textId="75A2E389" w:rsidR="009675C7" w:rsidRDefault="009675C7" w:rsidP="00D04912">
      <w:pPr>
        <w:pStyle w:val="Default"/>
        <w:spacing w:after="120"/>
        <w:jc w:val="both"/>
        <w:rPr>
          <w:color w:val="auto"/>
          <w:sz w:val="22"/>
          <w:szCs w:val="22"/>
        </w:rPr>
      </w:pPr>
      <w:r w:rsidRPr="00322782">
        <w:rPr>
          <w:color w:val="auto"/>
          <w:sz w:val="22"/>
          <w:szCs w:val="22"/>
        </w:rPr>
        <w:t>2. WYKONAWCA zawiadomi ZAMAWIAJĄCEGO pisemnie lub drogą elektroniczną o</w:t>
      </w:r>
      <w:r w:rsidR="0048533F">
        <w:rPr>
          <w:color w:val="auto"/>
          <w:sz w:val="22"/>
          <w:szCs w:val="22"/>
        </w:rPr>
        <w:t> </w:t>
      </w:r>
      <w:r w:rsidRPr="00322782">
        <w:rPr>
          <w:color w:val="auto"/>
          <w:sz w:val="22"/>
          <w:szCs w:val="22"/>
        </w:rPr>
        <w:t xml:space="preserve">proponowanej dacie odbioru </w:t>
      </w:r>
      <w:proofErr w:type="spellStart"/>
      <w:r w:rsidRPr="00322782">
        <w:rPr>
          <w:color w:val="auto"/>
          <w:sz w:val="22"/>
          <w:szCs w:val="22"/>
        </w:rPr>
        <w:t>techniczno</w:t>
      </w:r>
      <w:proofErr w:type="spellEnd"/>
      <w:r w:rsidRPr="00322782">
        <w:rPr>
          <w:color w:val="auto"/>
          <w:sz w:val="22"/>
          <w:szCs w:val="22"/>
        </w:rPr>
        <w:t xml:space="preserve"> – jakościowego przedmiotu umowy. ZAMAWIAJĄCY potwierdzi termin w ciągu 3 dni kalendarzowych od daty otrzymania zawiadomienia. </w:t>
      </w:r>
    </w:p>
    <w:p w14:paraId="0CF7300B" w14:textId="77777777" w:rsidR="009675C7" w:rsidRDefault="009675C7" w:rsidP="00D04912">
      <w:pPr>
        <w:pStyle w:val="Default"/>
        <w:spacing w:after="120"/>
        <w:jc w:val="both"/>
        <w:rPr>
          <w:color w:val="auto"/>
          <w:sz w:val="22"/>
          <w:szCs w:val="22"/>
        </w:rPr>
      </w:pPr>
      <w:r w:rsidRPr="00322782">
        <w:rPr>
          <w:color w:val="auto"/>
          <w:sz w:val="22"/>
          <w:szCs w:val="22"/>
        </w:rPr>
        <w:t xml:space="preserve">3. Odbiór </w:t>
      </w:r>
      <w:proofErr w:type="spellStart"/>
      <w:r w:rsidRPr="00322782">
        <w:rPr>
          <w:color w:val="auto"/>
          <w:sz w:val="22"/>
          <w:szCs w:val="22"/>
        </w:rPr>
        <w:t>techniczno</w:t>
      </w:r>
      <w:proofErr w:type="spellEnd"/>
      <w:r w:rsidRPr="00322782">
        <w:rPr>
          <w:color w:val="auto"/>
          <w:sz w:val="22"/>
          <w:szCs w:val="22"/>
        </w:rPr>
        <w:t xml:space="preserve"> – jakościowy odbędzie się w siedzibie WYKONAWCY. </w:t>
      </w:r>
    </w:p>
    <w:p w14:paraId="0F09E1DF" w14:textId="77777777" w:rsidR="009675C7" w:rsidRDefault="009675C7" w:rsidP="00D04912">
      <w:pPr>
        <w:pStyle w:val="Default"/>
        <w:spacing w:after="120"/>
        <w:jc w:val="both"/>
        <w:rPr>
          <w:color w:val="auto"/>
          <w:sz w:val="22"/>
          <w:szCs w:val="22"/>
        </w:rPr>
      </w:pPr>
      <w:r w:rsidRPr="00322782">
        <w:rPr>
          <w:color w:val="auto"/>
          <w:sz w:val="22"/>
          <w:szCs w:val="22"/>
        </w:rPr>
        <w:t xml:space="preserve">4. Po zakończeniu odbioru </w:t>
      </w:r>
      <w:proofErr w:type="spellStart"/>
      <w:r w:rsidRPr="00322782">
        <w:rPr>
          <w:color w:val="auto"/>
          <w:sz w:val="22"/>
          <w:szCs w:val="22"/>
        </w:rPr>
        <w:t>techniczno</w:t>
      </w:r>
      <w:proofErr w:type="spellEnd"/>
      <w:r w:rsidRPr="00322782">
        <w:rPr>
          <w:color w:val="auto"/>
          <w:sz w:val="22"/>
          <w:szCs w:val="22"/>
        </w:rPr>
        <w:t xml:space="preserve"> – jakościowego zostanie sporządzony protokół zawierający informacje o faktycznym stanie przedmiotu umowy oraz o ewentualnie stwierdzonych wadach. Protokół zostanie sporządzony w 2 egzemplarzach, po 1 dla każdej ze stron i podpisany przez obie strony. W protokole tym strony ustalą dokładny termin odbioru końcowego, o którym mowa w ust. 7 i dalej. </w:t>
      </w:r>
    </w:p>
    <w:p w14:paraId="4CABEDA7" w14:textId="1CA0F67C" w:rsidR="009675C7" w:rsidRDefault="009675C7" w:rsidP="00D04912">
      <w:pPr>
        <w:pStyle w:val="Default"/>
        <w:spacing w:after="120"/>
        <w:jc w:val="both"/>
        <w:rPr>
          <w:color w:val="auto"/>
          <w:sz w:val="22"/>
          <w:szCs w:val="22"/>
        </w:rPr>
      </w:pPr>
      <w:r w:rsidRPr="00322782">
        <w:rPr>
          <w:color w:val="auto"/>
          <w:sz w:val="22"/>
          <w:szCs w:val="22"/>
        </w:rPr>
        <w:lastRenderedPageBreak/>
        <w:t xml:space="preserve">5. W przypadku stwierdzenia podczas odbioru </w:t>
      </w:r>
      <w:proofErr w:type="spellStart"/>
      <w:r w:rsidRPr="00322782">
        <w:rPr>
          <w:color w:val="auto"/>
          <w:sz w:val="22"/>
          <w:szCs w:val="22"/>
        </w:rPr>
        <w:t>techniczno</w:t>
      </w:r>
      <w:proofErr w:type="spellEnd"/>
      <w:r w:rsidRPr="00322782">
        <w:rPr>
          <w:color w:val="auto"/>
          <w:sz w:val="22"/>
          <w:szCs w:val="22"/>
        </w:rPr>
        <w:t xml:space="preserve"> – jakościowego wad lub odstępstw od wymagań określonych dokumentach zamówienia a w szczególności w opisie przedmiotu zamówienia, WYKONAWCA zobowiązuje się do ich usunięcia lub dokonania zmian w terminie 7</w:t>
      </w:r>
      <w:r w:rsidR="0048533F">
        <w:rPr>
          <w:color w:val="auto"/>
          <w:sz w:val="22"/>
          <w:szCs w:val="22"/>
        </w:rPr>
        <w:t> </w:t>
      </w:r>
      <w:r w:rsidRPr="00322782">
        <w:rPr>
          <w:color w:val="auto"/>
          <w:sz w:val="22"/>
          <w:szCs w:val="22"/>
        </w:rPr>
        <w:t xml:space="preserve">dni kalendarzowych od dnia dokonania odbioru </w:t>
      </w:r>
      <w:proofErr w:type="spellStart"/>
      <w:r w:rsidRPr="00322782">
        <w:rPr>
          <w:color w:val="auto"/>
          <w:sz w:val="22"/>
          <w:szCs w:val="22"/>
        </w:rPr>
        <w:t>techniczno</w:t>
      </w:r>
      <w:proofErr w:type="spellEnd"/>
      <w:r w:rsidRPr="00322782">
        <w:rPr>
          <w:color w:val="auto"/>
          <w:sz w:val="22"/>
          <w:szCs w:val="22"/>
        </w:rPr>
        <w:t xml:space="preserve"> – jakościowego. </w:t>
      </w:r>
    </w:p>
    <w:p w14:paraId="0C7A51FF" w14:textId="77777777" w:rsidR="009675C7" w:rsidRDefault="009675C7" w:rsidP="00D04912">
      <w:pPr>
        <w:pStyle w:val="Default"/>
        <w:spacing w:after="120"/>
        <w:jc w:val="both"/>
        <w:rPr>
          <w:color w:val="auto"/>
          <w:sz w:val="22"/>
          <w:szCs w:val="22"/>
        </w:rPr>
      </w:pPr>
      <w:r w:rsidRPr="00322782">
        <w:rPr>
          <w:color w:val="auto"/>
          <w:sz w:val="22"/>
          <w:szCs w:val="22"/>
        </w:rPr>
        <w:t xml:space="preserve">6. Odbioru </w:t>
      </w:r>
      <w:proofErr w:type="spellStart"/>
      <w:r w:rsidRPr="00322782">
        <w:rPr>
          <w:color w:val="auto"/>
          <w:sz w:val="22"/>
          <w:szCs w:val="22"/>
        </w:rPr>
        <w:t>techniczno</w:t>
      </w:r>
      <w:proofErr w:type="spellEnd"/>
      <w:r w:rsidRPr="00322782">
        <w:rPr>
          <w:color w:val="auto"/>
          <w:sz w:val="22"/>
          <w:szCs w:val="22"/>
        </w:rPr>
        <w:t xml:space="preserve"> – jakościowego przedmiotu umowy dokona minimum 3 przedstawicieli ZAMAWIAJĄCEGO, w obecności co najmniej 1 pracownika WYKONAWCY.</w:t>
      </w:r>
    </w:p>
    <w:p w14:paraId="12DB13F4" w14:textId="2BF8F108" w:rsidR="009675C7" w:rsidRDefault="009675C7" w:rsidP="00D04912">
      <w:pPr>
        <w:pStyle w:val="Default"/>
        <w:spacing w:after="120"/>
        <w:jc w:val="both"/>
        <w:rPr>
          <w:color w:val="auto"/>
          <w:sz w:val="22"/>
          <w:szCs w:val="22"/>
        </w:rPr>
      </w:pPr>
      <w:r>
        <w:rPr>
          <w:color w:val="auto"/>
          <w:sz w:val="22"/>
          <w:szCs w:val="22"/>
        </w:rPr>
        <w:t xml:space="preserve">7. WYKONAWCA dołączy podczas odbioru </w:t>
      </w:r>
      <w:proofErr w:type="spellStart"/>
      <w:r>
        <w:rPr>
          <w:color w:val="auto"/>
          <w:sz w:val="22"/>
          <w:szCs w:val="22"/>
        </w:rPr>
        <w:t>techniczno</w:t>
      </w:r>
      <w:proofErr w:type="spellEnd"/>
      <w:r>
        <w:rPr>
          <w:color w:val="auto"/>
          <w:sz w:val="22"/>
          <w:szCs w:val="22"/>
        </w:rPr>
        <w:t xml:space="preserve"> – jakościowego samochod</w:t>
      </w:r>
      <w:r w:rsidR="00FC26DA">
        <w:rPr>
          <w:color w:val="auto"/>
          <w:sz w:val="22"/>
          <w:szCs w:val="22"/>
        </w:rPr>
        <w:t>ów</w:t>
      </w:r>
      <w:r>
        <w:rPr>
          <w:color w:val="auto"/>
          <w:sz w:val="22"/>
          <w:szCs w:val="22"/>
        </w:rPr>
        <w:t xml:space="preserve"> następujące dokumenty w języku polskim</w:t>
      </w:r>
      <w:r w:rsidR="00FC26DA">
        <w:rPr>
          <w:color w:val="auto"/>
          <w:sz w:val="22"/>
          <w:szCs w:val="22"/>
        </w:rPr>
        <w:t xml:space="preserve"> (komplet dla każdego z samochodów)</w:t>
      </w:r>
      <w:r>
        <w:rPr>
          <w:color w:val="auto"/>
          <w:sz w:val="22"/>
          <w:szCs w:val="22"/>
        </w:rPr>
        <w:t xml:space="preserve">: </w:t>
      </w:r>
    </w:p>
    <w:p w14:paraId="7009FEB1" w14:textId="77777777" w:rsidR="0048533F" w:rsidRDefault="009675C7" w:rsidP="00D04912">
      <w:pPr>
        <w:pStyle w:val="Default"/>
        <w:spacing w:after="120"/>
        <w:ind w:firstLine="284"/>
        <w:rPr>
          <w:color w:val="auto"/>
          <w:sz w:val="22"/>
          <w:szCs w:val="22"/>
        </w:rPr>
      </w:pPr>
      <w:r>
        <w:rPr>
          <w:color w:val="auto"/>
          <w:sz w:val="22"/>
          <w:szCs w:val="22"/>
        </w:rPr>
        <w:t xml:space="preserve">a) Kartę pojazdu i świadectwo homologacji, </w:t>
      </w:r>
    </w:p>
    <w:p w14:paraId="7999341B" w14:textId="27011832" w:rsidR="009675C7" w:rsidRDefault="009675C7" w:rsidP="00D04912">
      <w:pPr>
        <w:pStyle w:val="Default"/>
        <w:spacing w:after="120"/>
        <w:ind w:firstLine="284"/>
        <w:rPr>
          <w:color w:val="auto"/>
          <w:sz w:val="22"/>
          <w:szCs w:val="22"/>
        </w:rPr>
      </w:pPr>
      <w:r>
        <w:rPr>
          <w:color w:val="auto"/>
          <w:sz w:val="22"/>
          <w:szCs w:val="22"/>
        </w:rPr>
        <w:t xml:space="preserve">b) Instrukcje obsługi dla samochodu i poszczególnego jego wyposażenia, </w:t>
      </w:r>
    </w:p>
    <w:p w14:paraId="0570E00E" w14:textId="4A7CC5E9" w:rsidR="009675C7" w:rsidRDefault="009675C7" w:rsidP="00D04912">
      <w:pPr>
        <w:pStyle w:val="Default"/>
        <w:spacing w:after="120"/>
        <w:ind w:firstLine="284"/>
        <w:jc w:val="both"/>
        <w:rPr>
          <w:color w:val="auto"/>
          <w:sz w:val="22"/>
          <w:szCs w:val="22"/>
        </w:rPr>
      </w:pPr>
      <w:r>
        <w:rPr>
          <w:color w:val="auto"/>
          <w:sz w:val="22"/>
          <w:szCs w:val="22"/>
        </w:rPr>
        <w:t xml:space="preserve">c) Dokumentację techniczną dla całej zabudowy samochodu oraz poszczególnych jego urządzeń i wyposażenia, </w:t>
      </w:r>
    </w:p>
    <w:p w14:paraId="5D5FDB42" w14:textId="25D9D4A7" w:rsidR="009675C7" w:rsidRDefault="0048533F" w:rsidP="00D04912">
      <w:pPr>
        <w:pStyle w:val="Default"/>
        <w:spacing w:after="120"/>
        <w:ind w:firstLine="284"/>
        <w:rPr>
          <w:color w:val="auto"/>
          <w:sz w:val="22"/>
          <w:szCs w:val="22"/>
        </w:rPr>
      </w:pPr>
      <w:r>
        <w:rPr>
          <w:color w:val="auto"/>
          <w:sz w:val="22"/>
          <w:szCs w:val="22"/>
        </w:rPr>
        <w:t>d</w:t>
      </w:r>
      <w:r w:rsidR="009675C7">
        <w:rPr>
          <w:color w:val="auto"/>
          <w:sz w:val="22"/>
          <w:szCs w:val="22"/>
        </w:rPr>
        <w:t xml:space="preserve">) Książki gwarancyjne dla samochodu oraz poszczególnych jego urządzeń i wyposażenia, </w:t>
      </w:r>
    </w:p>
    <w:p w14:paraId="416B5C40" w14:textId="2DBED2AF" w:rsidR="009675C7" w:rsidRDefault="0048533F" w:rsidP="00D04912">
      <w:pPr>
        <w:pStyle w:val="Default"/>
        <w:spacing w:after="120"/>
        <w:ind w:firstLine="284"/>
        <w:rPr>
          <w:color w:val="auto"/>
          <w:sz w:val="22"/>
          <w:szCs w:val="22"/>
        </w:rPr>
      </w:pPr>
      <w:r>
        <w:rPr>
          <w:color w:val="auto"/>
          <w:sz w:val="22"/>
          <w:szCs w:val="22"/>
        </w:rPr>
        <w:t>e)</w:t>
      </w:r>
      <w:r w:rsidR="009675C7">
        <w:rPr>
          <w:color w:val="auto"/>
          <w:sz w:val="22"/>
          <w:szCs w:val="22"/>
        </w:rPr>
        <w:t xml:space="preserve"> Pierwsze badanie techniczne pojazdu, </w:t>
      </w:r>
    </w:p>
    <w:p w14:paraId="4EBEE4F5" w14:textId="3C17DE8C" w:rsidR="009675C7" w:rsidRDefault="0048533F" w:rsidP="00D04912">
      <w:pPr>
        <w:pStyle w:val="Default"/>
        <w:spacing w:after="120"/>
        <w:ind w:firstLine="284"/>
        <w:rPr>
          <w:color w:val="auto"/>
          <w:sz w:val="22"/>
          <w:szCs w:val="22"/>
        </w:rPr>
      </w:pPr>
      <w:r>
        <w:rPr>
          <w:color w:val="auto"/>
          <w:sz w:val="22"/>
          <w:szCs w:val="22"/>
        </w:rPr>
        <w:t>f)</w:t>
      </w:r>
      <w:r w:rsidR="009675C7">
        <w:rPr>
          <w:color w:val="auto"/>
          <w:sz w:val="22"/>
          <w:szCs w:val="22"/>
        </w:rPr>
        <w:t xml:space="preserve"> Inne dokumenty załączone przez WYKONAWCĘ. </w:t>
      </w:r>
    </w:p>
    <w:p w14:paraId="34F48D74" w14:textId="77777777" w:rsidR="009675C7" w:rsidRDefault="009675C7" w:rsidP="00D04912">
      <w:pPr>
        <w:pStyle w:val="Default"/>
        <w:spacing w:after="120"/>
        <w:jc w:val="both"/>
        <w:rPr>
          <w:color w:val="auto"/>
          <w:sz w:val="22"/>
          <w:szCs w:val="22"/>
        </w:rPr>
      </w:pPr>
      <w:r>
        <w:rPr>
          <w:color w:val="auto"/>
          <w:sz w:val="22"/>
          <w:szCs w:val="22"/>
        </w:rPr>
        <w:t xml:space="preserve">8. Odbiór końcowy przedmiotu umowy odbędzie się w siedzibie WYKONAWCY w terminie określonym w protokole odbioru </w:t>
      </w:r>
      <w:proofErr w:type="spellStart"/>
      <w:r>
        <w:rPr>
          <w:color w:val="auto"/>
          <w:sz w:val="22"/>
          <w:szCs w:val="22"/>
        </w:rPr>
        <w:t>techniczno</w:t>
      </w:r>
      <w:proofErr w:type="spellEnd"/>
      <w:r>
        <w:rPr>
          <w:color w:val="auto"/>
          <w:sz w:val="22"/>
          <w:szCs w:val="22"/>
        </w:rPr>
        <w:t xml:space="preserve"> – jakościowego, z zastrzeżeniem § 3 ust. 1 niniejszej umowy. Wszelkie koszty związane z przetrzymywaniem przedmiotu umowy do chwili zakończenia odbioru faktycznego ponosi WYKONAWCA. </w:t>
      </w:r>
    </w:p>
    <w:p w14:paraId="43736538" w14:textId="7AC16F4E" w:rsidR="009675C7" w:rsidRDefault="009675C7" w:rsidP="00D04912">
      <w:pPr>
        <w:pStyle w:val="Default"/>
        <w:spacing w:after="120"/>
        <w:jc w:val="both"/>
        <w:rPr>
          <w:color w:val="auto"/>
          <w:sz w:val="22"/>
          <w:szCs w:val="22"/>
        </w:rPr>
      </w:pPr>
      <w:r>
        <w:rPr>
          <w:color w:val="auto"/>
          <w:sz w:val="22"/>
          <w:szCs w:val="22"/>
        </w:rPr>
        <w:t>9. Odbioru faktycznego przedmiotu umowy dokona minimum 3 przedstawicieli ZAMAWIAJĄCEGO, w obecności co najmniej jednego pracownika WYKONAWCY.</w:t>
      </w:r>
    </w:p>
    <w:p w14:paraId="1C8F1FB6" w14:textId="3C91067E" w:rsidR="009675C7" w:rsidRDefault="009675C7" w:rsidP="00D04912">
      <w:pPr>
        <w:pStyle w:val="Default"/>
        <w:spacing w:after="120"/>
        <w:jc w:val="both"/>
        <w:rPr>
          <w:color w:val="auto"/>
          <w:sz w:val="22"/>
          <w:szCs w:val="22"/>
        </w:rPr>
      </w:pPr>
      <w:r>
        <w:rPr>
          <w:color w:val="auto"/>
          <w:sz w:val="22"/>
          <w:szCs w:val="22"/>
        </w:rPr>
        <w:t xml:space="preserve">10. WYKONAWCA wyda ZAMAWIAJĄCEMU przedmiot umowy z pełnym zbiornikiem paliwa, </w:t>
      </w:r>
      <w:r w:rsidRPr="00F55E60">
        <w:rPr>
          <w:color w:val="auto"/>
          <w:sz w:val="22"/>
          <w:szCs w:val="22"/>
        </w:rPr>
        <w:t>płynów eksploatacyjny samochodu.</w:t>
      </w:r>
      <w:r>
        <w:rPr>
          <w:color w:val="auto"/>
          <w:sz w:val="22"/>
          <w:szCs w:val="22"/>
        </w:rPr>
        <w:t xml:space="preserve"> </w:t>
      </w:r>
    </w:p>
    <w:p w14:paraId="22B878AA" w14:textId="458B4AE4" w:rsidR="009675C7" w:rsidRDefault="009675C7" w:rsidP="00D04912">
      <w:pPr>
        <w:pStyle w:val="Default"/>
        <w:spacing w:after="120"/>
        <w:jc w:val="both"/>
        <w:rPr>
          <w:color w:val="auto"/>
          <w:sz w:val="22"/>
          <w:szCs w:val="22"/>
        </w:rPr>
      </w:pPr>
      <w:r w:rsidRPr="00322782">
        <w:rPr>
          <w:color w:val="auto"/>
          <w:sz w:val="22"/>
          <w:szCs w:val="22"/>
        </w:rPr>
        <w:t>11. Potwierdzeniem odbioru przedmiotu umowy jest protokół odbioru końcowego sporządzony w</w:t>
      </w:r>
      <w:r w:rsidR="0048533F">
        <w:rPr>
          <w:color w:val="auto"/>
          <w:sz w:val="22"/>
          <w:szCs w:val="22"/>
        </w:rPr>
        <w:t> </w:t>
      </w:r>
      <w:r w:rsidRPr="00322782">
        <w:rPr>
          <w:color w:val="auto"/>
          <w:sz w:val="22"/>
          <w:szCs w:val="22"/>
        </w:rPr>
        <w:t>-</w:t>
      </w:r>
      <w:r w:rsidR="0048533F">
        <w:rPr>
          <w:color w:val="auto"/>
          <w:sz w:val="22"/>
          <w:szCs w:val="22"/>
        </w:rPr>
        <w:t> </w:t>
      </w:r>
      <w:r w:rsidRPr="00322782">
        <w:rPr>
          <w:color w:val="auto"/>
          <w:sz w:val="22"/>
          <w:szCs w:val="22"/>
        </w:rPr>
        <w:t xml:space="preserve">4 egzemplarzach: 1 egzemplarz dla WYKONAWCY i 3 egzemplarze dla ZAMAWIAJĄCEGO, podpisany przez obie strony. </w:t>
      </w:r>
    </w:p>
    <w:p w14:paraId="1F804FEB" w14:textId="22D4E23E" w:rsidR="009675C7" w:rsidRDefault="009675C7" w:rsidP="00D04912">
      <w:pPr>
        <w:pStyle w:val="Default"/>
        <w:spacing w:after="120"/>
        <w:jc w:val="both"/>
        <w:rPr>
          <w:color w:val="auto"/>
          <w:sz w:val="22"/>
          <w:szCs w:val="22"/>
        </w:rPr>
      </w:pPr>
      <w:r w:rsidRPr="00322782">
        <w:rPr>
          <w:color w:val="auto"/>
          <w:sz w:val="22"/>
          <w:szCs w:val="22"/>
        </w:rPr>
        <w:t xml:space="preserve">12. ZAMAWIAJĄCY odmówi przyjęcia przedmiotu umowy, jeżeli </w:t>
      </w:r>
      <w:r w:rsidR="00F55E60">
        <w:rPr>
          <w:color w:val="auto"/>
          <w:sz w:val="22"/>
          <w:szCs w:val="22"/>
        </w:rPr>
        <w:t xml:space="preserve">przedmiot umowy </w:t>
      </w:r>
      <w:r w:rsidRPr="00322782">
        <w:rPr>
          <w:color w:val="auto"/>
          <w:sz w:val="22"/>
          <w:szCs w:val="22"/>
        </w:rPr>
        <w:t xml:space="preserve">będzie posiadał wady w tym nie będzie odpowiadał warunkom opisanym w dokumentach zamówienia a w szczególności opisowi przedmiotu zamówienia z zastrzeżeniem zdania drugiego. Zamawiający może obniżyć wynagrodzenie WYKONAWCY, stosownie do ujawnionych braków, jeżeli dostarczony w ramach niniejszej umowy </w:t>
      </w:r>
      <w:r w:rsidR="00F55E60">
        <w:rPr>
          <w:color w:val="auto"/>
          <w:sz w:val="22"/>
          <w:szCs w:val="22"/>
        </w:rPr>
        <w:t>przedmiot umowy lub jego część</w:t>
      </w:r>
      <w:r w:rsidRPr="00322782">
        <w:rPr>
          <w:color w:val="auto"/>
          <w:sz w:val="22"/>
          <w:szCs w:val="22"/>
        </w:rPr>
        <w:t xml:space="preserve">, posiadający wady, nie nadaje się do użytkowania, zgodnie z jego przeznaczeniem, a usunięcie stwierdzonych wad jest niemożliwe lub wymagałoby poniesienia nadmiernych nakładów. </w:t>
      </w:r>
    </w:p>
    <w:p w14:paraId="00C10FBB" w14:textId="59911934" w:rsidR="009675C7" w:rsidRDefault="009675C7" w:rsidP="00D04912">
      <w:pPr>
        <w:pStyle w:val="Default"/>
        <w:spacing w:after="120"/>
        <w:jc w:val="both"/>
        <w:rPr>
          <w:color w:val="auto"/>
          <w:sz w:val="22"/>
          <w:szCs w:val="22"/>
        </w:rPr>
      </w:pPr>
      <w:r w:rsidRPr="00322782">
        <w:rPr>
          <w:color w:val="auto"/>
          <w:sz w:val="22"/>
          <w:szCs w:val="22"/>
        </w:rPr>
        <w:t xml:space="preserve">13. WYKONAWCA przeszkoli przedstawicieli ZAMAWIAJĄCEGO z zakresu obsługi podstawowej </w:t>
      </w:r>
      <w:r w:rsidR="00F55E60">
        <w:rPr>
          <w:color w:val="auto"/>
          <w:sz w:val="22"/>
          <w:szCs w:val="22"/>
        </w:rPr>
        <w:t>przedmiotu umowy</w:t>
      </w:r>
      <w:r w:rsidRPr="00322782">
        <w:rPr>
          <w:color w:val="auto"/>
          <w:sz w:val="22"/>
          <w:szCs w:val="22"/>
        </w:rPr>
        <w:t>. Szkolenie zostanie przeprowadzone przez WYKONAWCĘ w siedzibie WYKONAWCY w</w:t>
      </w:r>
      <w:r w:rsidR="0048533F">
        <w:rPr>
          <w:color w:val="auto"/>
          <w:sz w:val="22"/>
          <w:szCs w:val="22"/>
        </w:rPr>
        <w:t> </w:t>
      </w:r>
      <w:r w:rsidRPr="00322782">
        <w:rPr>
          <w:color w:val="auto"/>
          <w:sz w:val="22"/>
          <w:szCs w:val="22"/>
        </w:rPr>
        <w:t>dniu odbioru końcowego przedmiotu umowy. Protokół z przeprowadzenia szkolenia zostanie sporządzony w 2 egzemplarzach, po 1 egzemplarzu dla każdej ze stron i podpisany przez obie strony.</w:t>
      </w:r>
    </w:p>
    <w:p w14:paraId="098527EB" w14:textId="77777777" w:rsidR="009675C7" w:rsidRDefault="009675C7" w:rsidP="009675C7">
      <w:pPr>
        <w:pStyle w:val="Default"/>
        <w:rPr>
          <w:color w:val="auto"/>
        </w:rPr>
      </w:pPr>
    </w:p>
    <w:p w14:paraId="31A6774C" w14:textId="77777777" w:rsidR="00032748" w:rsidRDefault="00032748" w:rsidP="009675C7">
      <w:pPr>
        <w:pStyle w:val="Default"/>
        <w:jc w:val="center"/>
        <w:rPr>
          <w:b/>
          <w:bCs/>
          <w:color w:val="auto"/>
          <w:sz w:val="22"/>
          <w:szCs w:val="22"/>
        </w:rPr>
      </w:pPr>
    </w:p>
    <w:p w14:paraId="54591194" w14:textId="77777777" w:rsidR="009675C7" w:rsidRDefault="009675C7" w:rsidP="009675C7">
      <w:pPr>
        <w:pStyle w:val="Default"/>
        <w:jc w:val="center"/>
        <w:rPr>
          <w:color w:val="auto"/>
          <w:sz w:val="22"/>
          <w:szCs w:val="22"/>
        </w:rPr>
      </w:pPr>
      <w:r>
        <w:rPr>
          <w:b/>
          <w:bCs/>
          <w:color w:val="auto"/>
          <w:sz w:val="22"/>
          <w:szCs w:val="22"/>
        </w:rPr>
        <w:t>§ 5.</w:t>
      </w:r>
    </w:p>
    <w:p w14:paraId="78042A60" w14:textId="77777777" w:rsidR="009675C7" w:rsidRDefault="009675C7" w:rsidP="009675C7">
      <w:pPr>
        <w:pStyle w:val="Default"/>
        <w:jc w:val="center"/>
        <w:rPr>
          <w:color w:val="auto"/>
          <w:sz w:val="22"/>
          <w:szCs w:val="22"/>
        </w:rPr>
      </w:pPr>
      <w:r>
        <w:rPr>
          <w:b/>
          <w:bCs/>
          <w:color w:val="auto"/>
          <w:sz w:val="22"/>
          <w:szCs w:val="22"/>
        </w:rPr>
        <w:t>GWARANCJA</w:t>
      </w:r>
    </w:p>
    <w:p w14:paraId="52DA91AC" w14:textId="77777777" w:rsidR="009675C7" w:rsidRDefault="009675C7" w:rsidP="00D04912">
      <w:pPr>
        <w:pStyle w:val="Default"/>
        <w:spacing w:after="120"/>
        <w:jc w:val="both"/>
        <w:rPr>
          <w:color w:val="auto"/>
          <w:sz w:val="22"/>
          <w:szCs w:val="22"/>
        </w:rPr>
      </w:pPr>
      <w:r>
        <w:rPr>
          <w:color w:val="auto"/>
          <w:sz w:val="22"/>
          <w:szCs w:val="22"/>
        </w:rPr>
        <w:t>1. WYKONAWCA udziela ZAMAWIAJĄCEMU gwarancji:</w:t>
      </w:r>
    </w:p>
    <w:p w14:paraId="2613436F" w14:textId="30D696BD" w:rsidR="009675C7" w:rsidRDefault="009675C7" w:rsidP="00D04912">
      <w:pPr>
        <w:pStyle w:val="Default"/>
        <w:numPr>
          <w:ilvl w:val="0"/>
          <w:numId w:val="14"/>
        </w:numPr>
        <w:spacing w:after="120"/>
        <w:jc w:val="both"/>
        <w:rPr>
          <w:color w:val="auto"/>
          <w:sz w:val="22"/>
          <w:szCs w:val="22"/>
        </w:rPr>
      </w:pPr>
      <w:bookmarkStart w:id="2" w:name="_Hlk187785857"/>
      <w:r w:rsidRPr="004D3C51">
        <w:rPr>
          <w:color w:val="auto"/>
          <w:sz w:val="22"/>
          <w:szCs w:val="22"/>
        </w:rPr>
        <w:t xml:space="preserve">na </w:t>
      </w:r>
      <w:r w:rsidR="005C7CF4">
        <w:rPr>
          <w:color w:val="auto"/>
          <w:sz w:val="22"/>
          <w:szCs w:val="22"/>
        </w:rPr>
        <w:t>bazę pojazdów</w:t>
      </w:r>
      <w:r w:rsidRPr="004D3C51">
        <w:rPr>
          <w:color w:val="auto"/>
          <w:sz w:val="22"/>
          <w:szCs w:val="22"/>
        </w:rPr>
        <w:t xml:space="preserve"> </w:t>
      </w:r>
      <w:r>
        <w:rPr>
          <w:color w:val="auto"/>
          <w:sz w:val="22"/>
          <w:szCs w:val="22"/>
        </w:rPr>
        <w:t>na okres …….. miesięcy, liczony od dnia podpisania przez obie strony protokołu odbioru końcowego</w:t>
      </w:r>
      <w:bookmarkEnd w:id="2"/>
      <w:r>
        <w:rPr>
          <w:color w:val="auto"/>
          <w:sz w:val="22"/>
          <w:szCs w:val="22"/>
        </w:rPr>
        <w:t>,</w:t>
      </w:r>
    </w:p>
    <w:p w14:paraId="4C0ECBE5" w14:textId="06F6AA1B" w:rsidR="009675C7" w:rsidRDefault="009675C7" w:rsidP="00D04912">
      <w:pPr>
        <w:pStyle w:val="Default"/>
        <w:numPr>
          <w:ilvl w:val="0"/>
          <w:numId w:val="14"/>
        </w:numPr>
        <w:spacing w:after="120"/>
        <w:jc w:val="both"/>
        <w:rPr>
          <w:color w:val="auto"/>
          <w:sz w:val="22"/>
          <w:szCs w:val="22"/>
        </w:rPr>
      </w:pPr>
      <w:r w:rsidRPr="004D3C51">
        <w:rPr>
          <w:color w:val="auto"/>
          <w:sz w:val="22"/>
          <w:szCs w:val="22"/>
        </w:rPr>
        <w:t xml:space="preserve">na zabudowę </w:t>
      </w:r>
      <w:r w:rsidR="0048533F">
        <w:rPr>
          <w:color w:val="auto"/>
          <w:sz w:val="22"/>
          <w:szCs w:val="22"/>
        </w:rPr>
        <w:t xml:space="preserve">i urządzenia dodatkowe </w:t>
      </w:r>
      <w:r w:rsidRPr="004D3C51">
        <w:rPr>
          <w:color w:val="auto"/>
          <w:sz w:val="22"/>
          <w:szCs w:val="22"/>
        </w:rPr>
        <w:t>na okres …….. miesięcy, liczony od dnia podpisania przez obie strony protokołu odbioru końcowego</w:t>
      </w:r>
    </w:p>
    <w:p w14:paraId="6EB0F079" w14:textId="77777777" w:rsidR="009675C7" w:rsidRDefault="009675C7" w:rsidP="00D04912">
      <w:pPr>
        <w:pStyle w:val="Default"/>
        <w:spacing w:after="120"/>
        <w:rPr>
          <w:color w:val="auto"/>
          <w:sz w:val="22"/>
          <w:szCs w:val="22"/>
        </w:rPr>
      </w:pPr>
      <w:r>
        <w:rPr>
          <w:color w:val="auto"/>
          <w:sz w:val="22"/>
          <w:szCs w:val="22"/>
        </w:rPr>
        <w:t xml:space="preserve">2. O wadach przedmiotu umowy ZAMAWIAJĄCY niezwłocznie zawiadomi WYKONAWCĘ. </w:t>
      </w:r>
    </w:p>
    <w:p w14:paraId="15063B76" w14:textId="77777777" w:rsidR="009675C7" w:rsidRDefault="009675C7" w:rsidP="00D04912">
      <w:pPr>
        <w:pStyle w:val="Default"/>
        <w:spacing w:after="120"/>
        <w:jc w:val="both"/>
        <w:rPr>
          <w:color w:val="auto"/>
          <w:sz w:val="22"/>
          <w:szCs w:val="22"/>
        </w:rPr>
      </w:pPr>
      <w:r>
        <w:rPr>
          <w:color w:val="auto"/>
          <w:sz w:val="22"/>
          <w:szCs w:val="22"/>
        </w:rPr>
        <w:t xml:space="preserve">3. W przypadku konieczności wymiany sprzętu czy jego elementu na nowy, WYKONAWCA zobowiązany jest dokonać wymiany sprzętu lub jego wadliwego elementu na nowy, wolny od wad, o parametrach nie gorszych niż sprzęt podlegający wymianie. </w:t>
      </w:r>
    </w:p>
    <w:p w14:paraId="2B23C7C1" w14:textId="5516864E" w:rsidR="009675C7" w:rsidRDefault="009675C7" w:rsidP="00D04912">
      <w:pPr>
        <w:pStyle w:val="Default"/>
        <w:spacing w:after="120"/>
        <w:jc w:val="both"/>
        <w:rPr>
          <w:color w:val="auto"/>
          <w:sz w:val="22"/>
          <w:szCs w:val="22"/>
        </w:rPr>
      </w:pPr>
      <w:r>
        <w:rPr>
          <w:color w:val="auto"/>
          <w:sz w:val="22"/>
          <w:szCs w:val="22"/>
        </w:rPr>
        <w:t xml:space="preserve">4. WYKONAWCA gwarantuje usunięcie wad niezwłocznie, na własny koszt, jednak nie później niż w terminie 14 dni kalendarzowych od dnia zgłoszenia reklamacji przez ZAMAWIAJĄCEGO. Jeśli z uzasadnionych względów, w szczególności technologicznych, nie będzie możliwości usunięcia zgłoszonych wad w terminie określonym w zdaniu pierwszym, strony uzgodnią inny termin, nie dłuższy niż technicznie uzasadniony. </w:t>
      </w:r>
    </w:p>
    <w:p w14:paraId="16B2FF32" w14:textId="2B4D7D93" w:rsidR="009675C7" w:rsidRDefault="009675C7" w:rsidP="00D04912">
      <w:pPr>
        <w:pStyle w:val="Default"/>
        <w:spacing w:after="120"/>
        <w:jc w:val="both"/>
        <w:rPr>
          <w:color w:val="auto"/>
          <w:sz w:val="22"/>
          <w:szCs w:val="22"/>
        </w:rPr>
      </w:pPr>
      <w:r>
        <w:rPr>
          <w:color w:val="auto"/>
          <w:sz w:val="22"/>
          <w:szCs w:val="22"/>
        </w:rPr>
        <w:t>5. W przypadku braku możliwości naprawy sprzętu w siedzibie ZAMAWIAJĄCEGO, zostanie on dostarczony na koszt i ryzyko WYKONAWCY do jego serwisu, a po naprawie dostarczony z</w:t>
      </w:r>
      <w:r w:rsidR="0048533F">
        <w:rPr>
          <w:color w:val="auto"/>
          <w:sz w:val="22"/>
          <w:szCs w:val="22"/>
        </w:rPr>
        <w:t> </w:t>
      </w:r>
      <w:r>
        <w:rPr>
          <w:color w:val="auto"/>
          <w:sz w:val="22"/>
          <w:szCs w:val="22"/>
        </w:rPr>
        <w:t xml:space="preserve">serwisu do siedziby ZAMAWIAJĄCEGO na koszt WYKONAWCY. </w:t>
      </w:r>
    </w:p>
    <w:p w14:paraId="6BF4F0F6" w14:textId="77777777" w:rsidR="009675C7" w:rsidRDefault="009675C7" w:rsidP="00D04912">
      <w:pPr>
        <w:pStyle w:val="Default"/>
        <w:spacing w:after="120"/>
        <w:jc w:val="both"/>
        <w:rPr>
          <w:color w:val="auto"/>
          <w:sz w:val="22"/>
          <w:szCs w:val="22"/>
        </w:rPr>
      </w:pPr>
      <w:r>
        <w:rPr>
          <w:color w:val="auto"/>
          <w:sz w:val="22"/>
          <w:szCs w:val="22"/>
        </w:rPr>
        <w:t xml:space="preserve">6. W przypadku braku możliwości dokonania naprawy sprzętu lub wymiany sprzętu czy jego wadliwego elementu na nowy w terminie określonym w ust. 4 zdanie pierwsze, WYKONAWCA zobowiązany jest dostarczyć ZAMAWIAJĄCEMU sprzęt zastępczy o nie gorszych parametrach niż podlegający naprawie, który pozostanie u ZAMAWIAJĄCEGO do czasu dokonania naprawy lub wymiany na nowy. </w:t>
      </w:r>
    </w:p>
    <w:p w14:paraId="2ECCF85E" w14:textId="77777777" w:rsidR="009675C7" w:rsidRDefault="009675C7" w:rsidP="00D04912">
      <w:pPr>
        <w:pStyle w:val="Default"/>
        <w:spacing w:after="120"/>
        <w:jc w:val="both"/>
        <w:rPr>
          <w:color w:val="auto"/>
          <w:sz w:val="22"/>
          <w:szCs w:val="22"/>
        </w:rPr>
      </w:pPr>
      <w:r>
        <w:rPr>
          <w:color w:val="auto"/>
          <w:sz w:val="22"/>
          <w:szCs w:val="22"/>
        </w:rPr>
        <w:t xml:space="preserve">7. W przypadku niedokonania naprawy w okresie gwarancyjnym z przyczyn leżących po stronie WYKONAWCY lub odmowy usunięcia wad bez podania przyczyny, WYKONAWCA pokryje wszelkie koszty naprawy/usunięcia wad przez inny podmiot, któremu ZAMAWIAJĄCY zleci naprawę/usunięcie wad - bez utraty gwarancji. Ryzyko wadliwej naprawy przez podmiot trzeci ponosi WYKONAWCA. </w:t>
      </w:r>
    </w:p>
    <w:p w14:paraId="09EFEF74" w14:textId="77777777" w:rsidR="009675C7" w:rsidRDefault="009675C7" w:rsidP="00D04912">
      <w:pPr>
        <w:pStyle w:val="Default"/>
        <w:spacing w:after="120"/>
        <w:jc w:val="both"/>
        <w:rPr>
          <w:color w:val="auto"/>
          <w:sz w:val="22"/>
          <w:szCs w:val="22"/>
        </w:rPr>
      </w:pPr>
      <w:r>
        <w:rPr>
          <w:color w:val="auto"/>
          <w:sz w:val="22"/>
          <w:szCs w:val="22"/>
        </w:rPr>
        <w:t xml:space="preserve">8. W przypadku napraw gwarancyjnych, WYKONAWCA przedłuża okres gwarancji na reklamowany element/przedmiot zamówienia o czas, który liczony jest od dnia zgłoszenia reklamacji do dnia przekazania naprawionego lub nowego elementu/przedmiotu zamówienia ZAMAWIAJĄCEMU. </w:t>
      </w:r>
    </w:p>
    <w:p w14:paraId="54C1E611" w14:textId="77777777" w:rsidR="009675C7" w:rsidRDefault="009675C7" w:rsidP="00D04912">
      <w:pPr>
        <w:pStyle w:val="Default"/>
        <w:spacing w:after="120"/>
        <w:jc w:val="both"/>
        <w:rPr>
          <w:color w:val="auto"/>
          <w:sz w:val="22"/>
          <w:szCs w:val="22"/>
        </w:rPr>
      </w:pPr>
      <w:r>
        <w:rPr>
          <w:color w:val="auto"/>
          <w:sz w:val="22"/>
          <w:szCs w:val="22"/>
        </w:rPr>
        <w:t xml:space="preserve">9. ZAMAWIAJĄCY może dochodzić roszczeń wynikających z gwarancji także po upływie okresu gwarancji, jeżeli dokonał zgłoszenia wady przed jego upływem. </w:t>
      </w:r>
    </w:p>
    <w:p w14:paraId="2DA40B78" w14:textId="77777777" w:rsidR="009675C7" w:rsidRDefault="009675C7" w:rsidP="00D04912">
      <w:pPr>
        <w:pStyle w:val="Default"/>
        <w:spacing w:after="120"/>
        <w:jc w:val="both"/>
        <w:rPr>
          <w:color w:val="auto"/>
          <w:sz w:val="22"/>
          <w:szCs w:val="22"/>
        </w:rPr>
      </w:pPr>
      <w:r>
        <w:rPr>
          <w:color w:val="auto"/>
          <w:sz w:val="22"/>
          <w:szCs w:val="22"/>
        </w:rPr>
        <w:t>10. ZAMAWIAJĄCEMU przysługują uprawnienia z tytułu rękojmi zgodnie z przepisami Kodeksu cywilnego, niezależnie od uprawnień wynikających z tytułu gwarancji.</w:t>
      </w:r>
    </w:p>
    <w:p w14:paraId="0958C6A6" w14:textId="77777777" w:rsidR="009675C7" w:rsidRDefault="009675C7" w:rsidP="009675C7">
      <w:pPr>
        <w:pStyle w:val="Default"/>
        <w:jc w:val="both"/>
        <w:rPr>
          <w:color w:val="auto"/>
          <w:sz w:val="22"/>
          <w:szCs w:val="22"/>
        </w:rPr>
      </w:pPr>
      <w:r>
        <w:rPr>
          <w:color w:val="auto"/>
          <w:sz w:val="22"/>
          <w:szCs w:val="22"/>
        </w:rPr>
        <w:lastRenderedPageBreak/>
        <w:t xml:space="preserve"> </w:t>
      </w:r>
    </w:p>
    <w:p w14:paraId="61D9B041" w14:textId="77777777" w:rsidR="007048D5" w:rsidRDefault="007048D5" w:rsidP="009675C7">
      <w:pPr>
        <w:pStyle w:val="Default"/>
        <w:jc w:val="both"/>
        <w:rPr>
          <w:color w:val="auto"/>
          <w:sz w:val="22"/>
          <w:szCs w:val="22"/>
        </w:rPr>
      </w:pPr>
    </w:p>
    <w:p w14:paraId="63825128" w14:textId="77777777" w:rsidR="00D04912" w:rsidRDefault="000032E3" w:rsidP="000032E3">
      <w:pPr>
        <w:pStyle w:val="Default"/>
        <w:jc w:val="center"/>
        <w:rPr>
          <w:b/>
          <w:bCs/>
          <w:sz w:val="22"/>
          <w:szCs w:val="22"/>
        </w:rPr>
      </w:pPr>
      <w:r w:rsidRPr="000032E3">
        <w:rPr>
          <w:b/>
          <w:bCs/>
          <w:sz w:val="22"/>
          <w:szCs w:val="22"/>
        </w:rPr>
        <w:t>§ 6.</w:t>
      </w:r>
    </w:p>
    <w:p w14:paraId="5021DA63" w14:textId="077D0DAD" w:rsidR="000032E3" w:rsidRPr="000032E3" w:rsidRDefault="000032E3" w:rsidP="000032E3">
      <w:pPr>
        <w:pStyle w:val="Default"/>
        <w:jc w:val="center"/>
        <w:rPr>
          <w:b/>
          <w:bCs/>
          <w:sz w:val="22"/>
          <w:szCs w:val="22"/>
        </w:rPr>
      </w:pPr>
      <w:r w:rsidRPr="000032E3">
        <w:rPr>
          <w:b/>
          <w:bCs/>
          <w:sz w:val="22"/>
          <w:szCs w:val="22"/>
        </w:rPr>
        <w:t>ZABEZPIECZENIE NALEŻYTEGO WYKONANIA UMOWY</w:t>
      </w:r>
    </w:p>
    <w:p w14:paraId="3DC3F73C" w14:textId="0E0A9F28" w:rsidR="000032E3" w:rsidRPr="000032E3" w:rsidRDefault="000032E3" w:rsidP="00D04912">
      <w:pPr>
        <w:pStyle w:val="Default"/>
        <w:spacing w:after="120"/>
        <w:jc w:val="both"/>
        <w:rPr>
          <w:sz w:val="22"/>
          <w:szCs w:val="22"/>
        </w:rPr>
      </w:pPr>
      <w:r>
        <w:rPr>
          <w:sz w:val="22"/>
          <w:szCs w:val="22"/>
        </w:rPr>
        <w:t>1. WYKONAWCA</w:t>
      </w:r>
      <w:r w:rsidRPr="000032E3">
        <w:rPr>
          <w:sz w:val="22"/>
          <w:szCs w:val="22"/>
        </w:rPr>
        <w:t xml:space="preserve"> </w:t>
      </w:r>
      <w:r>
        <w:rPr>
          <w:sz w:val="22"/>
          <w:szCs w:val="22"/>
        </w:rPr>
        <w:t>zobowiązany jest do wniesienia</w:t>
      </w:r>
      <w:r w:rsidRPr="000032E3">
        <w:rPr>
          <w:sz w:val="22"/>
          <w:szCs w:val="22"/>
        </w:rPr>
        <w:t xml:space="preserve"> zabezpieczeni</w:t>
      </w:r>
      <w:r>
        <w:rPr>
          <w:sz w:val="22"/>
          <w:szCs w:val="22"/>
        </w:rPr>
        <w:t xml:space="preserve">a </w:t>
      </w:r>
      <w:r w:rsidRPr="000032E3">
        <w:rPr>
          <w:sz w:val="22"/>
          <w:szCs w:val="22"/>
        </w:rPr>
        <w:t xml:space="preserve">należytego wykonania umowy w wysokości </w:t>
      </w:r>
      <w:r w:rsidR="00C87043" w:rsidRPr="00C87043">
        <w:rPr>
          <w:b/>
          <w:sz w:val="22"/>
          <w:szCs w:val="22"/>
        </w:rPr>
        <w:t xml:space="preserve">5 </w:t>
      </w:r>
      <w:r w:rsidRPr="00C87043">
        <w:rPr>
          <w:b/>
          <w:bCs/>
          <w:sz w:val="22"/>
          <w:szCs w:val="22"/>
        </w:rPr>
        <w:t>%</w:t>
      </w:r>
      <w:r w:rsidRPr="000032E3">
        <w:rPr>
          <w:b/>
          <w:bCs/>
          <w:sz w:val="22"/>
          <w:szCs w:val="22"/>
        </w:rPr>
        <w:t xml:space="preserve"> ceny netto</w:t>
      </w:r>
      <w:r w:rsidRPr="000032E3">
        <w:rPr>
          <w:sz w:val="22"/>
          <w:szCs w:val="22"/>
        </w:rPr>
        <w:t xml:space="preserve"> </w:t>
      </w:r>
      <w:r>
        <w:rPr>
          <w:sz w:val="22"/>
          <w:szCs w:val="22"/>
        </w:rPr>
        <w:t>wartości zamówienia</w:t>
      </w:r>
      <w:r w:rsidRPr="000032E3">
        <w:rPr>
          <w:sz w:val="22"/>
          <w:szCs w:val="22"/>
        </w:rPr>
        <w:t>, tj. kwoty …………………… zł (słownie: ……………………………………………………………………………………).</w:t>
      </w:r>
    </w:p>
    <w:p w14:paraId="21F08886" w14:textId="5B5FD6C0" w:rsidR="000032E3" w:rsidRPr="000032E3" w:rsidRDefault="000032E3" w:rsidP="00D04912">
      <w:pPr>
        <w:pStyle w:val="Default"/>
        <w:spacing w:after="120"/>
        <w:jc w:val="both"/>
        <w:rPr>
          <w:sz w:val="22"/>
          <w:szCs w:val="22"/>
        </w:rPr>
      </w:pPr>
      <w:r>
        <w:rPr>
          <w:sz w:val="22"/>
          <w:szCs w:val="22"/>
        </w:rPr>
        <w:t xml:space="preserve">2. </w:t>
      </w:r>
      <w:r w:rsidRPr="000032E3">
        <w:rPr>
          <w:sz w:val="22"/>
          <w:szCs w:val="22"/>
        </w:rPr>
        <w:t xml:space="preserve">Zabezpieczenie służy pokryciu roszczeń </w:t>
      </w:r>
      <w:r>
        <w:rPr>
          <w:sz w:val="22"/>
          <w:szCs w:val="22"/>
        </w:rPr>
        <w:t>ZAMAWIAJĄCEGO</w:t>
      </w:r>
      <w:r w:rsidRPr="000032E3">
        <w:rPr>
          <w:sz w:val="22"/>
          <w:szCs w:val="22"/>
        </w:rPr>
        <w:t xml:space="preserve"> z tytułu niewykonania lub nienależytego wykonania niniejszej umowy.</w:t>
      </w:r>
    </w:p>
    <w:p w14:paraId="772A3BA3" w14:textId="77777777" w:rsidR="000032E3" w:rsidRDefault="000032E3" w:rsidP="00D04912">
      <w:pPr>
        <w:pStyle w:val="Default"/>
        <w:spacing w:after="120"/>
        <w:jc w:val="both"/>
        <w:rPr>
          <w:sz w:val="22"/>
          <w:szCs w:val="22"/>
        </w:rPr>
      </w:pPr>
      <w:r>
        <w:rPr>
          <w:sz w:val="22"/>
          <w:szCs w:val="22"/>
        </w:rPr>
        <w:t xml:space="preserve">3. </w:t>
      </w:r>
      <w:r w:rsidRPr="000032E3">
        <w:rPr>
          <w:sz w:val="22"/>
          <w:szCs w:val="22"/>
        </w:rPr>
        <w:t xml:space="preserve">Zabezpieczenie </w:t>
      </w:r>
      <w:r>
        <w:rPr>
          <w:sz w:val="22"/>
          <w:szCs w:val="22"/>
        </w:rPr>
        <w:t>zostanie</w:t>
      </w:r>
      <w:r w:rsidRPr="000032E3">
        <w:rPr>
          <w:sz w:val="22"/>
          <w:szCs w:val="22"/>
        </w:rPr>
        <w:t xml:space="preserve"> wniesione w formie:</w:t>
      </w:r>
    </w:p>
    <w:p w14:paraId="105BDD82" w14:textId="77777777" w:rsidR="000032E3" w:rsidRDefault="000032E3" w:rsidP="00D04912">
      <w:pPr>
        <w:pStyle w:val="Default"/>
        <w:spacing w:after="120"/>
        <w:ind w:left="709" w:hanging="283"/>
        <w:jc w:val="both"/>
        <w:rPr>
          <w:sz w:val="22"/>
          <w:szCs w:val="22"/>
        </w:rPr>
      </w:pPr>
      <w:r w:rsidRPr="000032E3">
        <w:rPr>
          <w:rFonts w:ascii="Segoe UI Symbol" w:hAnsi="Segoe UI Symbol" w:cs="Segoe UI Symbol"/>
          <w:sz w:val="22"/>
          <w:szCs w:val="22"/>
        </w:rPr>
        <w:t>☐</w:t>
      </w:r>
      <w:r w:rsidRPr="000032E3">
        <w:rPr>
          <w:sz w:val="22"/>
          <w:szCs w:val="22"/>
        </w:rPr>
        <w:t xml:space="preserve"> pieniężnej, wpłaconej na rachunek bankowy Zamawiającego nr </w:t>
      </w:r>
      <w:r w:rsidRPr="000032E3">
        <w:rPr>
          <w:b/>
          <w:bCs/>
          <w:sz w:val="22"/>
          <w:szCs w:val="22"/>
        </w:rPr>
        <w:t>08 9182 0006 0000 0390 2000 0390</w:t>
      </w:r>
      <w:r w:rsidRPr="000032E3">
        <w:rPr>
          <w:sz w:val="22"/>
          <w:szCs w:val="22"/>
        </w:rPr>
        <w:t xml:space="preserve"> w Banku Spółdzielczym w Sokołowie Małopolskim,</w:t>
      </w:r>
    </w:p>
    <w:p w14:paraId="1F6340EE" w14:textId="77777777" w:rsidR="000032E3" w:rsidRDefault="000032E3" w:rsidP="00D04912">
      <w:pPr>
        <w:pStyle w:val="Default"/>
        <w:spacing w:after="120"/>
        <w:ind w:left="709" w:hanging="283"/>
        <w:jc w:val="both"/>
        <w:rPr>
          <w:sz w:val="22"/>
          <w:szCs w:val="22"/>
        </w:rPr>
      </w:pPr>
      <w:r w:rsidRPr="000032E3">
        <w:rPr>
          <w:rFonts w:ascii="Segoe UI Symbol" w:hAnsi="Segoe UI Symbol" w:cs="Segoe UI Symbol"/>
          <w:sz w:val="22"/>
          <w:szCs w:val="22"/>
        </w:rPr>
        <w:t>☐</w:t>
      </w:r>
      <w:r w:rsidRPr="000032E3">
        <w:rPr>
          <w:sz w:val="22"/>
          <w:szCs w:val="22"/>
        </w:rPr>
        <w:t xml:space="preserve"> poręczenia bankowego,</w:t>
      </w:r>
    </w:p>
    <w:p w14:paraId="6501FBE0" w14:textId="77777777" w:rsidR="000032E3" w:rsidRDefault="000032E3" w:rsidP="00D04912">
      <w:pPr>
        <w:pStyle w:val="Default"/>
        <w:spacing w:after="120"/>
        <w:ind w:left="709" w:hanging="283"/>
        <w:jc w:val="both"/>
        <w:rPr>
          <w:sz w:val="22"/>
          <w:szCs w:val="22"/>
        </w:rPr>
      </w:pPr>
      <w:r w:rsidRPr="000032E3">
        <w:rPr>
          <w:rFonts w:ascii="Segoe UI Symbol" w:hAnsi="Segoe UI Symbol" w:cs="Segoe UI Symbol"/>
          <w:sz w:val="22"/>
          <w:szCs w:val="22"/>
        </w:rPr>
        <w:t>☐</w:t>
      </w:r>
      <w:r w:rsidRPr="000032E3">
        <w:rPr>
          <w:sz w:val="22"/>
          <w:szCs w:val="22"/>
        </w:rPr>
        <w:t xml:space="preserve"> poręczenia spółdzielczej kasy oszczędnościowo–kredytowej,</w:t>
      </w:r>
    </w:p>
    <w:p w14:paraId="14E633C0" w14:textId="77777777" w:rsidR="000032E3" w:rsidRDefault="000032E3" w:rsidP="00D04912">
      <w:pPr>
        <w:pStyle w:val="Default"/>
        <w:spacing w:after="120"/>
        <w:ind w:left="709" w:hanging="283"/>
        <w:jc w:val="both"/>
        <w:rPr>
          <w:sz w:val="22"/>
          <w:szCs w:val="22"/>
        </w:rPr>
      </w:pPr>
      <w:r w:rsidRPr="000032E3">
        <w:rPr>
          <w:rFonts w:ascii="Segoe UI Symbol" w:hAnsi="Segoe UI Symbol" w:cs="Segoe UI Symbol"/>
          <w:sz w:val="22"/>
          <w:szCs w:val="22"/>
        </w:rPr>
        <w:t>☐</w:t>
      </w:r>
      <w:r w:rsidRPr="000032E3">
        <w:rPr>
          <w:sz w:val="22"/>
          <w:szCs w:val="22"/>
        </w:rPr>
        <w:t xml:space="preserve"> gwarancji bankowej,</w:t>
      </w:r>
    </w:p>
    <w:p w14:paraId="396040CD" w14:textId="77777777" w:rsidR="000032E3" w:rsidRDefault="000032E3" w:rsidP="00D04912">
      <w:pPr>
        <w:pStyle w:val="Default"/>
        <w:spacing w:after="120"/>
        <w:ind w:left="709" w:hanging="283"/>
        <w:jc w:val="both"/>
        <w:rPr>
          <w:sz w:val="22"/>
          <w:szCs w:val="22"/>
        </w:rPr>
      </w:pPr>
      <w:r w:rsidRPr="000032E3">
        <w:rPr>
          <w:rFonts w:ascii="Segoe UI Symbol" w:hAnsi="Segoe UI Symbol" w:cs="Segoe UI Symbol"/>
          <w:sz w:val="22"/>
          <w:szCs w:val="22"/>
        </w:rPr>
        <w:t>☐</w:t>
      </w:r>
      <w:r w:rsidRPr="000032E3">
        <w:rPr>
          <w:sz w:val="22"/>
          <w:szCs w:val="22"/>
        </w:rPr>
        <w:t xml:space="preserve"> gwarancji ubezpieczeniowej,</w:t>
      </w:r>
    </w:p>
    <w:p w14:paraId="4C2BEE96" w14:textId="77777777" w:rsidR="000032E3" w:rsidRDefault="000032E3" w:rsidP="00D04912">
      <w:pPr>
        <w:pStyle w:val="Default"/>
        <w:spacing w:after="120"/>
        <w:ind w:left="709" w:hanging="283"/>
        <w:jc w:val="both"/>
        <w:rPr>
          <w:sz w:val="22"/>
          <w:szCs w:val="22"/>
        </w:rPr>
      </w:pPr>
      <w:r w:rsidRPr="000032E3">
        <w:rPr>
          <w:rFonts w:ascii="Segoe UI Symbol" w:hAnsi="Segoe UI Symbol" w:cs="Segoe UI Symbol"/>
          <w:sz w:val="22"/>
          <w:szCs w:val="22"/>
        </w:rPr>
        <w:t>☐</w:t>
      </w:r>
      <w:r w:rsidRPr="000032E3">
        <w:rPr>
          <w:sz w:val="22"/>
          <w:szCs w:val="22"/>
        </w:rPr>
        <w:t xml:space="preserve"> poręczenia udzielonego przez podmiot, o którym mowa w art. 6b ust. 5 pkt 2 ustawy z dnia 9 listopada 2000 r. o utworzeniu Polskiej Agencji Rozwoju Przedsiębiorczości,</w:t>
      </w:r>
    </w:p>
    <w:p w14:paraId="23B23A59" w14:textId="4C17E7FF" w:rsidR="000032E3" w:rsidRPr="000032E3" w:rsidRDefault="000032E3" w:rsidP="00D04912">
      <w:pPr>
        <w:pStyle w:val="Default"/>
        <w:spacing w:after="120"/>
        <w:ind w:left="709" w:hanging="425"/>
        <w:jc w:val="both"/>
        <w:rPr>
          <w:sz w:val="22"/>
          <w:szCs w:val="22"/>
        </w:rPr>
      </w:pPr>
      <w:r w:rsidRPr="000032E3">
        <w:rPr>
          <w:sz w:val="22"/>
          <w:szCs w:val="22"/>
        </w:rPr>
        <w:t>– zgodnie z wyborem Wykonawcy.</w:t>
      </w:r>
    </w:p>
    <w:p w14:paraId="358A2569" w14:textId="59FC5BAA" w:rsidR="000032E3" w:rsidRPr="000032E3" w:rsidRDefault="00D04912" w:rsidP="00D04912">
      <w:pPr>
        <w:pStyle w:val="Default"/>
        <w:spacing w:after="120"/>
        <w:jc w:val="both"/>
        <w:rPr>
          <w:sz w:val="22"/>
          <w:szCs w:val="22"/>
        </w:rPr>
      </w:pPr>
      <w:r>
        <w:rPr>
          <w:sz w:val="22"/>
          <w:szCs w:val="22"/>
        </w:rPr>
        <w:t>4</w:t>
      </w:r>
      <w:r w:rsidR="000032E3">
        <w:rPr>
          <w:sz w:val="22"/>
          <w:szCs w:val="22"/>
        </w:rPr>
        <w:t xml:space="preserve">. </w:t>
      </w:r>
      <w:r w:rsidR="000032E3" w:rsidRPr="000032E3">
        <w:rPr>
          <w:sz w:val="22"/>
          <w:szCs w:val="22"/>
        </w:rPr>
        <w:t xml:space="preserve">Zabezpieczenie zostanie zwrócone </w:t>
      </w:r>
      <w:r>
        <w:rPr>
          <w:sz w:val="22"/>
          <w:szCs w:val="22"/>
        </w:rPr>
        <w:t>WYKONAWCY</w:t>
      </w:r>
      <w:r w:rsidR="000032E3" w:rsidRPr="000032E3">
        <w:rPr>
          <w:sz w:val="22"/>
          <w:szCs w:val="22"/>
        </w:rPr>
        <w:t xml:space="preserve"> w całości w terminie </w:t>
      </w:r>
      <w:r w:rsidR="000032E3" w:rsidRPr="000032E3">
        <w:rPr>
          <w:b/>
          <w:bCs/>
          <w:sz w:val="22"/>
          <w:szCs w:val="22"/>
        </w:rPr>
        <w:t>30 dni od dnia podpisania przez Strony protokołu odbioru końcowego</w:t>
      </w:r>
      <w:r w:rsidR="000032E3" w:rsidRPr="000032E3">
        <w:rPr>
          <w:sz w:val="22"/>
          <w:szCs w:val="22"/>
        </w:rPr>
        <w:t xml:space="preserve"> przedmiotu umowy.</w:t>
      </w:r>
    </w:p>
    <w:p w14:paraId="44AA4604" w14:textId="77777777" w:rsidR="000032E3" w:rsidRDefault="000032E3" w:rsidP="00D04912">
      <w:pPr>
        <w:pStyle w:val="Default"/>
        <w:spacing w:after="120"/>
        <w:jc w:val="both"/>
        <w:rPr>
          <w:color w:val="auto"/>
          <w:sz w:val="22"/>
          <w:szCs w:val="22"/>
        </w:rPr>
      </w:pPr>
    </w:p>
    <w:p w14:paraId="2DC98FCB" w14:textId="0310DFF7" w:rsidR="009675C7" w:rsidRDefault="009675C7" w:rsidP="009675C7">
      <w:pPr>
        <w:pStyle w:val="Default"/>
        <w:jc w:val="center"/>
        <w:rPr>
          <w:color w:val="auto"/>
          <w:sz w:val="22"/>
          <w:szCs w:val="22"/>
        </w:rPr>
      </w:pPr>
      <w:r>
        <w:rPr>
          <w:b/>
          <w:bCs/>
          <w:color w:val="auto"/>
          <w:sz w:val="22"/>
          <w:szCs w:val="22"/>
        </w:rPr>
        <w:t xml:space="preserve">§ </w:t>
      </w:r>
      <w:r w:rsidR="00D04912">
        <w:rPr>
          <w:b/>
          <w:bCs/>
          <w:color w:val="auto"/>
          <w:sz w:val="22"/>
          <w:szCs w:val="22"/>
        </w:rPr>
        <w:t>7</w:t>
      </w:r>
      <w:r>
        <w:rPr>
          <w:b/>
          <w:bCs/>
          <w:color w:val="auto"/>
          <w:sz w:val="22"/>
          <w:szCs w:val="22"/>
        </w:rPr>
        <w:t>.</w:t>
      </w:r>
    </w:p>
    <w:p w14:paraId="289E2F25" w14:textId="77777777" w:rsidR="009675C7" w:rsidRDefault="009675C7" w:rsidP="009675C7">
      <w:pPr>
        <w:pStyle w:val="Default"/>
        <w:jc w:val="center"/>
        <w:rPr>
          <w:color w:val="auto"/>
          <w:sz w:val="22"/>
          <w:szCs w:val="22"/>
        </w:rPr>
      </w:pPr>
      <w:r>
        <w:rPr>
          <w:b/>
          <w:bCs/>
          <w:color w:val="auto"/>
          <w:sz w:val="22"/>
          <w:szCs w:val="22"/>
        </w:rPr>
        <w:t>KARY UMOWNE, ODSTĄPIENIE, ROZWIĄZANIE UMOWY</w:t>
      </w:r>
    </w:p>
    <w:p w14:paraId="57837475" w14:textId="77777777" w:rsidR="009675C7" w:rsidRDefault="009675C7" w:rsidP="00D04912">
      <w:pPr>
        <w:pStyle w:val="Default"/>
        <w:spacing w:after="120"/>
        <w:jc w:val="both"/>
        <w:rPr>
          <w:color w:val="auto"/>
          <w:sz w:val="22"/>
          <w:szCs w:val="22"/>
        </w:rPr>
      </w:pPr>
      <w:r>
        <w:rPr>
          <w:color w:val="auto"/>
          <w:sz w:val="22"/>
          <w:szCs w:val="22"/>
        </w:rPr>
        <w:t xml:space="preserve">1. Jeżeli WYKONAWCA dopuści się zwłoki w dostawie, w stosunku do terminu ustalonego w § 3 ust. 1 niniejszej umowy, ZAMAWIAJĄCY ma prawo obciążyć WYKONAWCĘ karą umowną za każdy dzień zwłoki, w wysokości 0,05% wartości brutto przedmiotu umowy. </w:t>
      </w:r>
    </w:p>
    <w:p w14:paraId="69179A6C" w14:textId="77777777" w:rsidR="009675C7" w:rsidRDefault="009675C7" w:rsidP="00D04912">
      <w:pPr>
        <w:pStyle w:val="Default"/>
        <w:spacing w:after="120"/>
        <w:jc w:val="both"/>
        <w:rPr>
          <w:color w:val="auto"/>
          <w:sz w:val="22"/>
          <w:szCs w:val="22"/>
        </w:rPr>
      </w:pPr>
      <w:r>
        <w:rPr>
          <w:color w:val="auto"/>
          <w:sz w:val="22"/>
          <w:szCs w:val="22"/>
        </w:rPr>
        <w:t xml:space="preserve">2. W przypadku odstąpienia od umowy w całości lub części, z przyczyn leżących po stronie WYKONAWCY, ZAMAWIAJĄCY ma prawo obciążyć WYKONAWCĘ karą umowną w wysokości 10% wartości brutto przedmiotu umowy. </w:t>
      </w:r>
    </w:p>
    <w:p w14:paraId="498C0CFB" w14:textId="17D9ED12" w:rsidR="009675C7" w:rsidRDefault="009675C7" w:rsidP="00D04912">
      <w:pPr>
        <w:pStyle w:val="Default"/>
        <w:spacing w:after="120"/>
        <w:jc w:val="both"/>
        <w:rPr>
          <w:color w:val="auto"/>
          <w:sz w:val="22"/>
          <w:szCs w:val="22"/>
        </w:rPr>
      </w:pPr>
      <w:r>
        <w:rPr>
          <w:color w:val="auto"/>
          <w:sz w:val="22"/>
          <w:szCs w:val="22"/>
        </w:rPr>
        <w:t>3. W przypadku, gdy wysokość poniesionej szkody przewyższa wysokość kar zastrzeżonych w</w:t>
      </w:r>
      <w:r w:rsidR="0048533F">
        <w:rPr>
          <w:color w:val="auto"/>
          <w:sz w:val="22"/>
          <w:szCs w:val="22"/>
        </w:rPr>
        <w:t> </w:t>
      </w:r>
      <w:r>
        <w:rPr>
          <w:color w:val="auto"/>
          <w:sz w:val="22"/>
          <w:szCs w:val="22"/>
        </w:rPr>
        <w:t xml:space="preserve">umowie, ZAMAWIAJĄCY może żądać odszkodowania na zasadach ogólnych. </w:t>
      </w:r>
    </w:p>
    <w:p w14:paraId="1CDADAAB" w14:textId="77777777" w:rsidR="009675C7" w:rsidRDefault="009675C7" w:rsidP="00D04912">
      <w:pPr>
        <w:pStyle w:val="Default"/>
        <w:spacing w:after="120"/>
        <w:jc w:val="both"/>
        <w:rPr>
          <w:color w:val="auto"/>
          <w:sz w:val="22"/>
          <w:szCs w:val="22"/>
        </w:rPr>
      </w:pPr>
      <w:r>
        <w:rPr>
          <w:color w:val="auto"/>
          <w:sz w:val="22"/>
          <w:szCs w:val="22"/>
        </w:rPr>
        <w:t xml:space="preserve">4. Łączna maksymalna wysokość kar umownych, których mogą dochodzić strony na podstawie niniejszej umowy, wynosi 30% wartości brutto przedmiotu umowy. </w:t>
      </w:r>
    </w:p>
    <w:p w14:paraId="130391AA" w14:textId="77777777" w:rsidR="009675C7" w:rsidRDefault="009675C7" w:rsidP="00D04912">
      <w:pPr>
        <w:pStyle w:val="Default"/>
        <w:spacing w:after="120"/>
        <w:jc w:val="both"/>
        <w:rPr>
          <w:color w:val="auto"/>
          <w:sz w:val="22"/>
          <w:szCs w:val="22"/>
        </w:rPr>
      </w:pPr>
      <w:r>
        <w:rPr>
          <w:color w:val="auto"/>
          <w:sz w:val="22"/>
          <w:szCs w:val="22"/>
        </w:rPr>
        <w:t xml:space="preserve">5. Ewentualne kary umowne mogą zostać potrącone z należnego WYKONAWCY wynagrodzenia, na co WYKONAWCA wyraża nieodwołalną zgodę. W przypadku braku takiej możliwości </w:t>
      </w:r>
      <w:r>
        <w:rPr>
          <w:color w:val="auto"/>
          <w:sz w:val="22"/>
          <w:szCs w:val="22"/>
        </w:rPr>
        <w:lastRenderedPageBreak/>
        <w:t xml:space="preserve">WYKONAWCA zobowiązuje się wpłacić kwotę kar umownych na konto ZAMAWIAJĄCEGO, na podstawie obciążeniowej noty księgowej. </w:t>
      </w:r>
    </w:p>
    <w:p w14:paraId="0AF7DB70" w14:textId="77777777" w:rsidR="009675C7" w:rsidRDefault="009675C7" w:rsidP="00D04912">
      <w:pPr>
        <w:pStyle w:val="Default"/>
        <w:spacing w:after="120"/>
        <w:jc w:val="both"/>
        <w:rPr>
          <w:color w:val="auto"/>
          <w:sz w:val="22"/>
          <w:szCs w:val="22"/>
        </w:rPr>
      </w:pPr>
      <w:r>
        <w:rPr>
          <w:color w:val="auto"/>
          <w:sz w:val="22"/>
          <w:szCs w:val="22"/>
        </w:rPr>
        <w:t xml:space="preserve">6. ZAMAWIAJĄCY może odstąpić od niniejszej umowy z winy WYKONAWCY, w terminie 30 dni kalendarzowych od dnia powzięcia wiadomości o przyczynach uzasadniających odstąpienie, gdy WYKONAWCA: </w:t>
      </w:r>
    </w:p>
    <w:p w14:paraId="61A9FF66" w14:textId="77777777" w:rsidR="009675C7" w:rsidRDefault="009675C7" w:rsidP="00D04912">
      <w:pPr>
        <w:pStyle w:val="Default"/>
        <w:spacing w:after="120"/>
        <w:ind w:left="284" w:hanging="284"/>
        <w:jc w:val="both"/>
        <w:rPr>
          <w:color w:val="auto"/>
          <w:sz w:val="22"/>
          <w:szCs w:val="22"/>
        </w:rPr>
      </w:pPr>
      <w:r>
        <w:rPr>
          <w:color w:val="auto"/>
          <w:sz w:val="22"/>
          <w:szCs w:val="22"/>
        </w:rPr>
        <w:t xml:space="preserve">a) zwleka z realizacją umowy tak dalece, że nie jest prawdopodobne, żeby zdołał zrealizować przedmiot zamówienia w terminie określonym w § 3 ust. 1; ZAMAWIAJĄCY może w takim przypadku od umowy odstąpić przed upływem tego terminu, bez wyznaczania terminu dodatkowego, </w:t>
      </w:r>
    </w:p>
    <w:p w14:paraId="51B7D03C" w14:textId="380ABB62" w:rsidR="009675C7" w:rsidRDefault="009675C7" w:rsidP="00D04912">
      <w:pPr>
        <w:pStyle w:val="Default"/>
        <w:spacing w:after="120"/>
        <w:ind w:left="284" w:hanging="284"/>
        <w:jc w:val="both"/>
        <w:rPr>
          <w:color w:val="auto"/>
          <w:sz w:val="22"/>
          <w:szCs w:val="22"/>
        </w:rPr>
      </w:pPr>
      <w:r>
        <w:rPr>
          <w:color w:val="auto"/>
          <w:sz w:val="22"/>
          <w:szCs w:val="22"/>
        </w:rPr>
        <w:t>b) realizuje przedmiot zamówienia w sposób wadliwy albo sprzeczny z niniejszą umową, dokumentami zamówienia lub wskazaniami ZAMAWIAJĄCEGO; w takim przypadku ZAMAWIAJĄCY może wezwać WYKONAWCĘ do zmiany sposobu wykonania i wyznaczyć mu w</w:t>
      </w:r>
      <w:r w:rsidR="0048533F">
        <w:rPr>
          <w:color w:val="auto"/>
          <w:sz w:val="22"/>
          <w:szCs w:val="22"/>
        </w:rPr>
        <w:t> </w:t>
      </w:r>
      <w:r>
        <w:rPr>
          <w:color w:val="auto"/>
          <w:sz w:val="22"/>
          <w:szCs w:val="22"/>
        </w:rPr>
        <w:t xml:space="preserve">tym celu odpowiedni termin. Po bezskutecznym upływie wyznaczonego terminu ZAMAWIAJĄCY może od umowy odstąpić albo powierzyć poprawienie lub dalszą realizację przedmiotu umowy innemu podmiotowi, na koszt i odpowiedzialność WYKONAWCY. </w:t>
      </w:r>
    </w:p>
    <w:p w14:paraId="6F41F28C" w14:textId="029E74AE" w:rsidR="00AC0B55" w:rsidRDefault="00AC0B55" w:rsidP="00AC0B55">
      <w:pPr>
        <w:pStyle w:val="Default"/>
        <w:spacing w:after="120"/>
        <w:rPr>
          <w:color w:val="auto"/>
          <w:sz w:val="22"/>
          <w:szCs w:val="22"/>
        </w:rPr>
      </w:pPr>
      <w:r w:rsidRPr="00AC0B55">
        <w:rPr>
          <w:color w:val="auto"/>
          <w:sz w:val="22"/>
          <w:szCs w:val="22"/>
        </w:rPr>
        <w:t>7. ZAMAWIAJĄCY może odstąpić od umowy, jeśli wystąpiła istotna zmiana okoliczności powodująca, że wykonanie umowy nie leży w interesie publicznym.</w:t>
      </w:r>
    </w:p>
    <w:p w14:paraId="13BC6205" w14:textId="52127811" w:rsidR="009675C7" w:rsidRDefault="00AC0B55" w:rsidP="00D04912">
      <w:pPr>
        <w:pStyle w:val="Default"/>
        <w:spacing w:after="120"/>
        <w:jc w:val="both"/>
        <w:rPr>
          <w:color w:val="auto"/>
          <w:sz w:val="22"/>
          <w:szCs w:val="22"/>
        </w:rPr>
      </w:pPr>
      <w:r>
        <w:rPr>
          <w:color w:val="auto"/>
          <w:sz w:val="22"/>
          <w:szCs w:val="22"/>
        </w:rPr>
        <w:t>8</w:t>
      </w:r>
      <w:r w:rsidR="009675C7">
        <w:rPr>
          <w:color w:val="auto"/>
          <w:sz w:val="22"/>
          <w:szCs w:val="22"/>
        </w:rPr>
        <w:t>. W przypadku kumulacji kar umownych z tytułu odstąpienia od umowy z karami umownymi z</w:t>
      </w:r>
      <w:r w:rsidR="0048533F">
        <w:rPr>
          <w:color w:val="auto"/>
          <w:sz w:val="22"/>
          <w:szCs w:val="22"/>
        </w:rPr>
        <w:t> </w:t>
      </w:r>
      <w:r w:rsidR="009675C7">
        <w:rPr>
          <w:color w:val="auto"/>
          <w:sz w:val="22"/>
          <w:szCs w:val="22"/>
        </w:rPr>
        <w:t xml:space="preserve">tytułu zwłoki w wykonaniu umowy, ZAMAWIAJĄCEMU przysługiwać będzie jedynie kara umowna z tytułu odstąpienia od umowy. </w:t>
      </w:r>
    </w:p>
    <w:p w14:paraId="20413D0F" w14:textId="52328486" w:rsidR="009675C7" w:rsidRDefault="00AC0B55" w:rsidP="00D04912">
      <w:pPr>
        <w:pStyle w:val="Default"/>
        <w:spacing w:after="120"/>
        <w:jc w:val="both"/>
        <w:rPr>
          <w:color w:val="auto"/>
          <w:sz w:val="22"/>
          <w:szCs w:val="22"/>
        </w:rPr>
      </w:pPr>
      <w:r>
        <w:rPr>
          <w:color w:val="auto"/>
          <w:sz w:val="22"/>
          <w:szCs w:val="22"/>
        </w:rPr>
        <w:t>9</w:t>
      </w:r>
      <w:r w:rsidR="009675C7" w:rsidRPr="008567CF">
        <w:rPr>
          <w:color w:val="auto"/>
          <w:sz w:val="22"/>
          <w:szCs w:val="22"/>
        </w:rPr>
        <w:t>. Odstąpienie od umowy następuje w formie pisemnej, pod rygorem nieważności i wymaga określenia przyczyny odstąpienia.</w:t>
      </w:r>
    </w:p>
    <w:p w14:paraId="6E24EF1F" w14:textId="77777777" w:rsidR="005C7CF4" w:rsidRDefault="005C7CF4" w:rsidP="009675C7">
      <w:pPr>
        <w:pStyle w:val="Default"/>
        <w:jc w:val="center"/>
        <w:rPr>
          <w:b/>
          <w:bCs/>
          <w:color w:val="auto"/>
          <w:sz w:val="22"/>
          <w:szCs w:val="22"/>
        </w:rPr>
      </w:pPr>
    </w:p>
    <w:p w14:paraId="01D01A95" w14:textId="1913ED3E" w:rsidR="009675C7" w:rsidRDefault="009675C7" w:rsidP="009675C7">
      <w:pPr>
        <w:pStyle w:val="Default"/>
        <w:jc w:val="center"/>
        <w:rPr>
          <w:color w:val="auto"/>
          <w:sz w:val="22"/>
          <w:szCs w:val="22"/>
        </w:rPr>
      </w:pPr>
      <w:r>
        <w:rPr>
          <w:b/>
          <w:bCs/>
          <w:color w:val="auto"/>
          <w:sz w:val="22"/>
          <w:szCs w:val="22"/>
        </w:rPr>
        <w:t xml:space="preserve">§ </w:t>
      </w:r>
      <w:r w:rsidR="00D04912">
        <w:rPr>
          <w:b/>
          <w:bCs/>
          <w:color w:val="auto"/>
          <w:sz w:val="22"/>
          <w:szCs w:val="22"/>
        </w:rPr>
        <w:t>8</w:t>
      </w:r>
      <w:r>
        <w:rPr>
          <w:b/>
          <w:bCs/>
          <w:color w:val="auto"/>
          <w:sz w:val="22"/>
          <w:szCs w:val="22"/>
        </w:rPr>
        <w:t>.</w:t>
      </w:r>
    </w:p>
    <w:p w14:paraId="27986719" w14:textId="77777777" w:rsidR="009675C7" w:rsidRDefault="009675C7" w:rsidP="009675C7">
      <w:pPr>
        <w:pStyle w:val="Default"/>
        <w:jc w:val="center"/>
        <w:rPr>
          <w:color w:val="auto"/>
          <w:sz w:val="22"/>
          <w:szCs w:val="22"/>
        </w:rPr>
      </w:pPr>
      <w:r>
        <w:rPr>
          <w:b/>
          <w:bCs/>
          <w:color w:val="auto"/>
          <w:sz w:val="22"/>
          <w:szCs w:val="22"/>
        </w:rPr>
        <w:t>ZAKAZ CESJI WIERZYTELNOŚCI</w:t>
      </w:r>
    </w:p>
    <w:p w14:paraId="1CB800EE" w14:textId="77777777" w:rsidR="009675C7" w:rsidRDefault="009675C7" w:rsidP="009675C7">
      <w:pPr>
        <w:pStyle w:val="Default"/>
        <w:jc w:val="both"/>
        <w:rPr>
          <w:color w:val="auto"/>
          <w:sz w:val="22"/>
          <w:szCs w:val="22"/>
        </w:rPr>
      </w:pPr>
      <w:r>
        <w:rPr>
          <w:color w:val="auto"/>
          <w:sz w:val="22"/>
          <w:szCs w:val="22"/>
        </w:rPr>
        <w:t>WYKONAWCA, bez pisemnej zgody ZAMAWIAJĄCEGO, nie może dokonać obciążenia lub cesji wierzytelności należności (w tym przyszłych) wynikających z tytułu realizacji niniejszej umowy. Postępowanie niezgodne z powyższym zapisem nie wiąże ZAMAWIAJĄCEGO i nie może być podstawą jakichkolwiek roszczeń wobec niego.</w:t>
      </w:r>
    </w:p>
    <w:p w14:paraId="5A086295" w14:textId="77777777" w:rsidR="009675C7" w:rsidRDefault="009675C7" w:rsidP="009675C7">
      <w:pPr>
        <w:pStyle w:val="Default"/>
        <w:jc w:val="both"/>
        <w:rPr>
          <w:color w:val="auto"/>
          <w:sz w:val="22"/>
          <w:szCs w:val="22"/>
        </w:rPr>
      </w:pPr>
    </w:p>
    <w:p w14:paraId="0EBAC9D8" w14:textId="73DCD8CF" w:rsidR="009675C7" w:rsidRDefault="009675C7" w:rsidP="009675C7">
      <w:pPr>
        <w:pStyle w:val="Default"/>
        <w:jc w:val="center"/>
        <w:rPr>
          <w:color w:val="auto"/>
          <w:sz w:val="22"/>
          <w:szCs w:val="22"/>
        </w:rPr>
      </w:pPr>
      <w:r>
        <w:rPr>
          <w:b/>
          <w:bCs/>
          <w:color w:val="auto"/>
          <w:sz w:val="22"/>
          <w:szCs w:val="22"/>
        </w:rPr>
        <w:t xml:space="preserve">§ </w:t>
      </w:r>
      <w:r w:rsidR="00D04912">
        <w:rPr>
          <w:b/>
          <w:bCs/>
          <w:color w:val="auto"/>
          <w:sz w:val="22"/>
          <w:szCs w:val="22"/>
        </w:rPr>
        <w:t>9</w:t>
      </w:r>
      <w:r>
        <w:rPr>
          <w:b/>
          <w:bCs/>
          <w:color w:val="auto"/>
          <w:sz w:val="22"/>
          <w:szCs w:val="22"/>
        </w:rPr>
        <w:t>.</w:t>
      </w:r>
    </w:p>
    <w:p w14:paraId="2EDE2389" w14:textId="77777777" w:rsidR="009675C7" w:rsidRDefault="009675C7" w:rsidP="009675C7">
      <w:pPr>
        <w:pStyle w:val="Default"/>
        <w:jc w:val="center"/>
        <w:rPr>
          <w:color w:val="auto"/>
          <w:sz w:val="22"/>
          <w:szCs w:val="22"/>
        </w:rPr>
      </w:pPr>
      <w:r>
        <w:rPr>
          <w:b/>
          <w:bCs/>
          <w:color w:val="auto"/>
          <w:sz w:val="22"/>
          <w:szCs w:val="22"/>
        </w:rPr>
        <w:t>NADZÓR NAD REALIZACJĄ UMOWY.</w:t>
      </w:r>
    </w:p>
    <w:p w14:paraId="1B05FDDD" w14:textId="77777777" w:rsidR="009675C7" w:rsidRDefault="009675C7" w:rsidP="00D04912">
      <w:pPr>
        <w:pStyle w:val="Default"/>
        <w:spacing w:after="120"/>
        <w:rPr>
          <w:color w:val="auto"/>
          <w:sz w:val="22"/>
          <w:szCs w:val="22"/>
        </w:rPr>
      </w:pPr>
      <w:r>
        <w:rPr>
          <w:color w:val="auto"/>
          <w:sz w:val="22"/>
          <w:szCs w:val="22"/>
        </w:rPr>
        <w:t xml:space="preserve">1. Nadzór nad realizacją niniejszej umowy sprawować będzie ze strony: </w:t>
      </w:r>
    </w:p>
    <w:p w14:paraId="4FE8B883" w14:textId="77777777" w:rsidR="009675C7" w:rsidRDefault="009675C7" w:rsidP="00D04912">
      <w:pPr>
        <w:pStyle w:val="Default"/>
        <w:spacing w:after="120"/>
        <w:rPr>
          <w:color w:val="auto"/>
          <w:sz w:val="22"/>
          <w:szCs w:val="22"/>
        </w:rPr>
      </w:pPr>
      <w:r>
        <w:rPr>
          <w:color w:val="auto"/>
          <w:sz w:val="22"/>
          <w:szCs w:val="22"/>
        </w:rPr>
        <w:t xml:space="preserve">a) </w:t>
      </w:r>
      <w:r>
        <w:rPr>
          <w:b/>
          <w:bCs/>
          <w:color w:val="auto"/>
          <w:sz w:val="22"/>
          <w:szCs w:val="22"/>
        </w:rPr>
        <w:t xml:space="preserve">ZAMAWIAJĄCEGO </w:t>
      </w:r>
      <w:r>
        <w:rPr>
          <w:color w:val="auto"/>
          <w:sz w:val="22"/>
          <w:szCs w:val="22"/>
        </w:rPr>
        <w:t xml:space="preserve">– ………………………….. </w:t>
      </w:r>
    </w:p>
    <w:p w14:paraId="1FADBE43" w14:textId="77777777" w:rsidR="009675C7" w:rsidRDefault="009675C7" w:rsidP="00D04912">
      <w:pPr>
        <w:pStyle w:val="Default"/>
        <w:spacing w:after="120"/>
        <w:rPr>
          <w:color w:val="auto"/>
          <w:sz w:val="22"/>
          <w:szCs w:val="22"/>
        </w:rPr>
      </w:pPr>
      <w:r>
        <w:rPr>
          <w:b/>
          <w:bCs/>
          <w:color w:val="auto"/>
          <w:sz w:val="22"/>
          <w:szCs w:val="22"/>
        </w:rPr>
        <w:t xml:space="preserve">Dane kontaktowe: </w:t>
      </w:r>
      <w:r>
        <w:rPr>
          <w:color w:val="auto"/>
          <w:sz w:val="22"/>
          <w:szCs w:val="22"/>
        </w:rPr>
        <w:t xml:space="preserve">tel. ……………………………. , e-mail ………………………………………. </w:t>
      </w:r>
    </w:p>
    <w:p w14:paraId="6768D353" w14:textId="77777777" w:rsidR="009675C7" w:rsidRDefault="009675C7" w:rsidP="00D04912">
      <w:pPr>
        <w:pStyle w:val="Default"/>
        <w:spacing w:after="120"/>
        <w:rPr>
          <w:color w:val="auto"/>
          <w:sz w:val="22"/>
          <w:szCs w:val="22"/>
        </w:rPr>
      </w:pPr>
      <w:r>
        <w:rPr>
          <w:color w:val="auto"/>
          <w:sz w:val="22"/>
          <w:szCs w:val="22"/>
        </w:rPr>
        <w:t xml:space="preserve">b) </w:t>
      </w:r>
      <w:r>
        <w:rPr>
          <w:b/>
          <w:bCs/>
          <w:color w:val="auto"/>
          <w:sz w:val="22"/>
          <w:szCs w:val="22"/>
        </w:rPr>
        <w:t xml:space="preserve">WYKONAWCY </w:t>
      </w:r>
      <w:r>
        <w:rPr>
          <w:color w:val="auto"/>
          <w:sz w:val="22"/>
          <w:szCs w:val="22"/>
        </w:rPr>
        <w:t xml:space="preserve">– ......................................................................................................... </w:t>
      </w:r>
    </w:p>
    <w:p w14:paraId="38863857" w14:textId="77777777" w:rsidR="009675C7" w:rsidRDefault="009675C7" w:rsidP="00D04912">
      <w:pPr>
        <w:pStyle w:val="Default"/>
        <w:spacing w:after="120"/>
        <w:rPr>
          <w:color w:val="auto"/>
          <w:sz w:val="22"/>
          <w:szCs w:val="22"/>
        </w:rPr>
      </w:pPr>
      <w:r>
        <w:rPr>
          <w:b/>
          <w:bCs/>
          <w:color w:val="auto"/>
          <w:sz w:val="22"/>
          <w:szCs w:val="22"/>
        </w:rPr>
        <w:t xml:space="preserve">Dane kontaktowe: </w:t>
      </w:r>
      <w:r>
        <w:rPr>
          <w:color w:val="auto"/>
          <w:sz w:val="22"/>
          <w:szCs w:val="22"/>
        </w:rPr>
        <w:t>tel. .................................. e-mail .................................................</w:t>
      </w:r>
    </w:p>
    <w:p w14:paraId="0A5368B6" w14:textId="003551FA" w:rsidR="009675C7" w:rsidRDefault="009675C7" w:rsidP="00D04912">
      <w:pPr>
        <w:pStyle w:val="Default"/>
        <w:spacing w:after="120"/>
        <w:rPr>
          <w:color w:val="auto"/>
          <w:sz w:val="22"/>
          <w:szCs w:val="22"/>
        </w:rPr>
      </w:pPr>
      <w:r>
        <w:rPr>
          <w:color w:val="auto"/>
          <w:sz w:val="22"/>
          <w:szCs w:val="22"/>
        </w:rPr>
        <w:t xml:space="preserve">2. WYKONAWCA zobowiązany jest do pisemnego informowania ZAMAWIAJĄCEGO o każdej zmianie siedziby, lub innych danych kontaktowych. Powyższe zmiany nie wymagają </w:t>
      </w:r>
      <w:r>
        <w:rPr>
          <w:color w:val="auto"/>
          <w:sz w:val="22"/>
          <w:szCs w:val="22"/>
        </w:rPr>
        <w:lastRenderedPageBreak/>
        <w:t xml:space="preserve">aneksowania umowy. W przypadku niepowiadomienia drugiej strony o zmianie ww. danych, każda ze stron przyjmuje na siebie odpowiedzialność za wszelkie negatywne skutki wynikłe z powodu nieprzekazania drugiej stronie aktualnych informacji. </w:t>
      </w:r>
    </w:p>
    <w:p w14:paraId="318457A1" w14:textId="77777777" w:rsidR="009675C7" w:rsidRDefault="009675C7" w:rsidP="009675C7">
      <w:pPr>
        <w:pStyle w:val="Default"/>
        <w:rPr>
          <w:color w:val="auto"/>
          <w:sz w:val="22"/>
          <w:szCs w:val="22"/>
        </w:rPr>
      </w:pPr>
    </w:p>
    <w:p w14:paraId="3D228FA2" w14:textId="27F0307C" w:rsidR="009675C7" w:rsidRDefault="009675C7" w:rsidP="009675C7">
      <w:pPr>
        <w:pStyle w:val="Default"/>
        <w:jc w:val="center"/>
        <w:rPr>
          <w:color w:val="auto"/>
          <w:sz w:val="22"/>
          <w:szCs w:val="22"/>
        </w:rPr>
      </w:pPr>
      <w:r>
        <w:rPr>
          <w:b/>
          <w:bCs/>
          <w:color w:val="auto"/>
          <w:sz w:val="22"/>
          <w:szCs w:val="22"/>
        </w:rPr>
        <w:t xml:space="preserve">§ </w:t>
      </w:r>
      <w:r w:rsidR="00D04912">
        <w:rPr>
          <w:b/>
          <w:bCs/>
          <w:color w:val="auto"/>
          <w:sz w:val="22"/>
          <w:szCs w:val="22"/>
        </w:rPr>
        <w:t>10</w:t>
      </w:r>
      <w:r>
        <w:rPr>
          <w:b/>
          <w:bCs/>
          <w:color w:val="auto"/>
          <w:sz w:val="22"/>
          <w:szCs w:val="22"/>
        </w:rPr>
        <w:t>.</w:t>
      </w:r>
    </w:p>
    <w:p w14:paraId="71ED1303" w14:textId="77777777" w:rsidR="009675C7" w:rsidRDefault="009675C7" w:rsidP="009675C7">
      <w:pPr>
        <w:pStyle w:val="Default"/>
        <w:jc w:val="center"/>
        <w:rPr>
          <w:color w:val="auto"/>
          <w:sz w:val="22"/>
          <w:szCs w:val="22"/>
        </w:rPr>
      </w:pPr>
      <w:r>
        <w:rPr>
          <w:b/>
          <w:bCs/>
          <w:color w:val="auto"/>
          <w:sz w:val="22"/>
          <w:szCs w:val="22"/>
        </w:rPr>
        <w:t>PODWYKONAWSTWO</w:t>
      </w:r>
    </w:p>
    <w:p w14:paraId="2EFF6023" w14:textId="77777777" w:rsidR="009675C7" w:rsidRDefault="009675C7" w:rsidP="00D04912">
      <w:pPr>
        <w:pStyle w:val="Default"/>
        <w:spacing w:after="120"/>
        <w:jc w:val="both"/>
        <w:rPr>
          <w:color w:val="auto"/>
          <w:sz w:val="22"/>
          <w:szCs w:val="22"/>
        </w:rPr>
      </w:pPr>
      <w:r>
        <w:rPr>
          <w:color w:val="auto"/>
          <w:sz w:val="22"/>
          <w:szCs w:val="22"/>
        </w:rPr>
        <w:t xml:space="preserve">1. WYKONAWCA może powierzyć wykonanie części zamówienia podwykonawcom. W takim przypadku Zamawiający żąda wskazania przez WYKONAWCĘ, w ofercie części zamówienia, których wykonanie zamierza powierzyć podwykonawcom i podania nazw ewentualnych podwykonawców, jeżeli są już znani. </w:t>
      </w:r>
    </w:p>
    <w:p w14:paraId="1617F6E9" w14:textId="7ABBED82" w:rsidR="009675C7" w:rsidRDefault="009675C7" w:rsidP="00D04912">
      <w:pPr>
        <w:pStyle w:val="Default"/>
        <w:spacing w:after="120"/>
        <w:jc w:val="both"/>
        <w:rPr>
          <w:color w:val="auto"/>
          <w:sz w:val="22"/>
          <w:szCs w:val="22"/>
        </w:rPr>
      </w:pPr>
      <w:r>
        <w:rPr>
          <w:color w:val="auto"/>
          <w:sz w:val="22"/>
          <w:szCs w:val="22"/>
        </w:rPr>
        <w:t>2. Jeżeli zmiana albo rezygnacja z podwykonawcy dotyczy podmiotu, na którego zasoby WYKONAWCA powoływał się, na zasadach określonych w art. 118 ust. 1 ustawy z dnia 11</w:t>
      </w:r>
      <w:r w:rsidR="00D04912">
        <w:rPr>
          <w:color w:val="auto"/>
          <w:sz w:val="22"/>
          <w:szCs w:val="22"/>
        </w:rPr>
        <w:t> </w:t>
      </w:r>
      <w:r>
        <w:rPr>
          <w:color w:val="auto"/>
          <w:sz w:val="22"/>
          <w:szCs w:val="22"/>
        </w:rPr>
        <w:t>września 2019</w:t>
      </w:r>
      <w:r w:rsidR="00D04912">
        <w:rPr>
          <w:color w:val="auto"/>
          <w:sz w:val="22"/>
          <w:szCs w:val="22"/>
        </w:rPr>
        <w:t xml:space="preserve"> </w:t>
      </w:r>
      <w:r>
        <w:rPr>
          <w:color w:val="auto"/>
          <w:sz w:val="22"/>
          <w:szCs w:val="22"/>
        </w:rPr>
        <w:t>r. - Prawo zamówień publicznych,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w:t>
      </w:r>
      <w:r w:rsidR="0048533F">
        <w:rPr>
          <w:color w:val="auto"/>
          <w:sz w:val="22"/>
          <w:szCs w:val="22"/>
        </w:rPr>
        <w:t> </w:t>
      </w:r>
      <w:r>
        <w:rPr>
          <w:color w:val="auto"/>
          <w:sz w:val="22"/>
          <w:szCs w:val="22"/>
        </w:rPr>
        <w:t xml:space="preserve">udzielenie zamówienia. </w:t>
      </w:r>
    </w:p>
    <w:p w14:paraId="3067F41B" w14:textId="77777777" w:rsidR="009675C7" w:rsidRDefault="009675C7" w:rsidP="00D04912">
      <w:pPr>
        <w:pStyle w:val="Default"/>
        <w:spacing w:after="120"/>
        <w:jc w:val="both"/>
        <w:rPr>
          <w:color w:val="auto"/>
          <w:sz w:val="22"/>
          <w:szCs w:val="22"/>
        </w:rPr>
      </w:pPr>
      <w:r>
        <w:rPr>
          <w:color w:val="auto"/>
          <w:sz w:val="22"/>
          <w:szCs w:val="22"/>
        </w:rPr>
        <w:t xml:space="preserve">3.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niniejszej umowy. </w:t>
      </w:r>
    </w:p>
    <w:p w14:paraId="1F0C70C6" w14:textId="6C93FD89" w:rsidR="009675C7" w:rsidRDefault="009675C7" w:rsidP="00D04912">
      <w:pPr>
        <w:pStyle w:val="Default"/>
        <w:spacing w:after="120"/>
        <w:jc w:val="both"/>
        <w:rPr>
          <w:color w:val="auto"/>
          <w:sz w:val="22"/>
          <w:szCs w:val="22"/>
        </w:rPr>
      </w:pPr>
      <w:r>
        <w:rPr>
          <w:color w:val="auto"/>
          <w:sz w:val="22"/>
          <w:szCs w:val="22"/>
        </w:rPr>
        <w:t>4. Powierzenie wykonania części zamówienia podwykonawcom nie zwalnia WYKONAWCY z</w:t>
      </w:r>
      <w:r w:rsidR="0048533F">
        <w:rPr>
          <w:color w:val="auto"/>
          <w:sz w:val="22"/>
          <w:szCs w:val="22"/>
        </w:rPr>
        <w:t> </w:t>
      </w:r>
      <w:r>
        <w:rPr>
          <w:color w:val="auto"/>
          <w:sz w:val="22"/>
          <w:szCs w:val="22"/>
        </w:rPr>
        <w:t xml:space="preserve">odpowiedzialności za należyte wykonanie tego zamówienia. WYKONAWCA odpowiada za działania i zaniechania podwykonawców i dalszych podwykonawców jak za własne. Jakakolwiek przerwa w realizacji przedmiotu umowy wynikająca z braku podwykonawcy będzie traktowana jako przerwa </w:t>
      </w:r>
      <w:r w:rsidRPr="00B26D6B">
        <w:rPr>
          <w:color w:val="auto"/>
          <w:sz w:val="22"/>
          <w:szCs w:val="22"/>
        </w:rPr>
        <w:t>wynikła z przyczyn zależnych od WYKONAWCY i nie może stanowić podstawy do zmiany warunków umownych.</w:t>
      </w:r>
    </w:p>
    <w:p w14:paraId="3B4F21EA" w14:textId="77777777" w:rsidR="009675C7" w:rsidRDefault="009675C7" w:rsidP="009675C7">
      <w:pPr>
        <w:pStyle w:val="Default"/>
        <w:jc w:val="both"/>
        <w:rPr>
          <w:color w:val="auto"/>
          <w:sz w:val="22"/>
          <w:szCs w:val="22"/>
        </w:rPr>
      </w:pPr>
    </w:p>
    <w:p w14:paraId="5AB5C175" w14:textId="77777777" w:rsidR="00AC0B55" w:rsidRPr="007048D5" w:rsidRDefault="00AC0B55" w:rsidP="00AC0B55">
      <w:pPr>
        <w:pStyle w:val="Default"/>
        <w:jc w:val="center"/>
        <w:rPr>
          <w:b/>
          <w:bCs/>
          <w:sz w:val="22"/>
          <w:szCs w:val="22"/>
        </w:rPr>
      </w:pPr>
      <w:r w:rsidRPr="007048D5">
        <w:rPr>
          <w:b/>
          <w:bCs/>
          <w:sz w:val="22"/>
          <w:szCs w:val="22"/>
        </w:rPr>
        <w:t>§ 11.</w:t>
      </w:r>
    </w:p>
    <w:p w14:paraId="09CB81BF" w14:textId="77777777" w:rsidR="00AC0B55" w:rsidRPr="00AC0B55" w:rsidRDefault="00AC0B55" w:rsidP="00AC0B55">
      <w:pPr>
        <w:pStyle w:val="Default"/>
        <w:jc w:val="center"/>
        <w:rPr>
          <w:b/>
          <w:bCs/>
          <w:lang w:val="en-US"/>
        </w:rPr>
      </w:pPr>
      <w:r w:rsidRPr="00AC0B55">
        <w:rPr>
          <w:b/>
          <w:bCs/>
          <w:lang w:val="en-US"/>
        </w:rPr>
        <w:t>DANE OSOBOWE</w:t>
      </w:r>
    </w:p>
    <w:p w14:paraId="4714BD78" w14:textId="21D064AC" w:rsidR="00AC0B55" w:rsidRPr="00AC0B55" w:rsidRDefault="00AC0B55" w:rsidP="00DE77DA">
      <w:pPr>
        <w:pStyle w:val="Default"/>
        <w:spacing w:after="120"/>
        <w:jc w:val="both"/>
        <w:rPr>
          <w:color w:val="auto"/>
          <w:sz w:val="22"/>
          <w:szCs w:val="22"/>
        </w:rPr>
      </w:pPr>
      <w:r>
        <w:rPr>
          <w:color w:val="auto"/>
          <w:sz w:val="22"/>
          <w:szCs w:val="22"/>
        </w:rPr>
        <w:t>1. ZAMAWIAJĄCY</w:t>
      </w:r>
      <w:r w:rsidRPr="00AC0B55">
        <w:rPr>
          <w:color w:val="auto"/>
          <w:sz w:val="22"/>
          <w:szCs w:val="22"/>
        </w:rPr>
        <w:t xml:space="preserve">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osób fizycznych reprezentujących </w:t>
      </w:r>
      <w:r>
        <w:rPr>
          <w:color w:val="auto"/>
          <w:sz w:val="22"/>
          <w:szCs w:val="22"/>
        </w:rPr>
        <w:t>WYKONAWCĘ</w:t>
      </w:r>
      <w:r w:rsidRPr="00AC0B55">
        <w:rPr>
          <w:color w:val="auto"/>
          <w:sz w:val="22"/>
          <w:szCs w:val="22"/>
        </w:rPr>
        <w:t xml:space="preserve"> oraz osób fizycznych wskazanych przez ten podmiot jako osoby do kontaktu i inne osoby odpowiedzialne za wykonanie niniejszej Umowy (o ile zostały wskazane).  </w:t>
      </w:r>
    </w:p>
    <w:p w14:paraId="48C2FD50" w14:textId="452F086E" w:rsidR="00C00B39" w:rsidRPr="00C00B39" w:rsidRDefault="00AC0B55" w:rsidP="00CA154E">
      <w:pPr>
        <w:pStyle w:val="Nagwek3"/>
        <w:jc w:val="both"/>
        <w:rPr>
          <w:rFonts w:ascii="Arial" w:hAnsi="Arial" w:cs="Arial"/>
          <w:sz w:val="22"/>
          <w:szCs w:val="22"/>
        </w:rPr>
      </w:pPr>
      <w:r w:rsidRPr="00C00B39">
        <w:rPr>
          <w:rFonts w:ascii="Arial" w:hAnsi="Arial" w:cs="Arial"/>
          <w:color w:val="auto"/>
          <w:sz w:val="22"/>
          <w:szCs w:val="22"/>
        </w:rPr>
        <w:lastRenderedPageBreak/>
        <w:t xml:space="preserve">2. </w:t>
      </w:r>
      <w:proofErr w:type="spellStart"/>
      <w:r w:rsidR="00C00B39" w:rsidRPr="00C00B39">
        <w:rPr>
          <w:rFonts w:ascii="Arial" w:hAnsi="Arial" w:cs="Arial"/>
          <w:sz w:val="22"/>
          <w:szCs w:val="22"/>
        </w:rPr>
        <w:t>Inspektor</w:t>
      </w:r>
      <w:proofErr w:type="spellEnd"/>
      <w:r w:rsidR="00C00B39" w:rsidRPr="00C00B39">
        <w:rPr>
          <w:rFonts w:ascii="Arial" w:hAnsi="Arial" w:cs="Arial"/>
          <w:sz w:val="22"/>
          <w:szCs w:val="22"/>
        </w:rPr>
        <w:t xml:space="preserve"> </w:t>
      </w:r>
      <w:proofErr w:type="spellStart"/>
      <w:r w:rsidR="00C00B39" w:rsidRPr="00C00B39">
        <w:rPr>
          <w:rFonts w:ascii="Arial" w:hAnsi="Arial" w:cs="Arial"/>
          <w:sz w:val="22"/>
          <w:szCs w:val="22"/>
        </w:rPr>
        <w:t>Ochrony</w:t>
      </w:r>
      <w:proofErr w:type="spellEnd"/>
      <w:r w:rsidR="00C00B39" w:rsidRPr="00C00B39">
        <w:rPr>
          <w:rFonts w:ascii="Arial" w:hAnsi="Arial" w:cs="Arial"/>
          <w:sz w:val="22"/>
          <w:szCs w:val="22"/>
        </w:rPr>
        <w:t xml:space="preserve"> </w:t>
      </w:r>
      <w:proofErr w:type="spellStart"/>
      <w:r w:rsidR="00C00B39" w:rsidRPr="00C00B39">
        <w:rPr>
          <w:rFonts w:ascii="Arial" w:hAnsi="Arial" w:cs="Arial"/>
          <w:sz w:val="22"/>
          <w:szCs w:val="22"/>
        </w:rPr>
        <w:t>Danych</w:t>
      </w:r>
      <w:proofErr w:type="spellEnd"/>
      <w:r w:rsidR="00C00B39" w:rsidRPr="00C00B39">
        <w:rPr>
          <w:rFonts w:ascii="Arial" w:hAnsi="Arial" w:cs="Arial"/>
          <w:sz w:val="22"/>
          <w:szCs w:val="22"/>
        </w:rPr>
        <w:t xml:space="preserve"> </w:t>
      </w:r>
      <w:proofErr w:type="spellStart"/>
      <w:r w:rsidR="00C00B39" w:rsidRPr="00C00B39">
        <w:rPr>
          <w:rFonts w:ascii="Arial" w:hAnsi="Arial" w:cs="Arial"/>
          <w:sz w:val="22"/>
          <w:szCs w:val="22"/>
        </w:rPr>
        <w:t>został</w:t>
      </w:r>
      <w:proofErr w:type="spellEnd"/>
      <w:r w:rsidR="00C00B39" w:rsidRPr="00C00B39">
        <w:rPr>
          <w:rFonts w:ascii="Arial" w:hAnsi="Arial" w:cs="Arial"/>
          <w:sz w:val="22"/>
          <w:szCs w:val="22"/>
        </w:rPr>
        <w:t xml:space="preserve"> </w:t>
      </w:r>
      <w:proofErr w:type="spellStart"/>
      <w:r w:rsidR="00C00B39" w:rsidRPr="00C00B39">
        <w:rPr>
          <w:rFonts w:ascii="Arial" w:hAnsi="Arial" w:cs="Arial"/>
          <w:sz w:val="22"/>
          <w:szCs w:val="22"/>
        </w:rPr>
        <w:t>wyznaczony</w:t>
      </w:r>
      <w:proofErr w:type="spellEnd"/>
      <w:r w:rsidR="00C00B39" w:rsidRPr="00C00B39">
        <w:rPr>
          <w:rFonts w:ascii="Arial" w:hAnsi="Arial" w:cs="Arial"/>
          <w:sz w:val="22"/>
          <w:szCs w:val="22"/>
        </w:rPr>
        <w:t xml:space="preserve"> </w:t>
      </w:r>
      <w:proofErr w:type="spellStart"/>
      <w:r w:rsidR="00C00B39" w:rsidRPr="00C00B39">
        <w:rPr>
          <w:rFonts w:ascii="Arial" w:hAnsi="Arial" w:cs="Arial"/>
          <w:sz w:val="22"/>
          <w:szCs w:val="22"/>
        </w:rPr>
        <w:t>i</w:t>
      </w:r>
      <w:proofErr w:type="spellEnd"/>
      <w:r w:rsidR="00C00B39" w:rsidRPr="00C00B39">
        <w:rPr>
          <w:rFonts w:ascii="Arial" w:hAnsi="Arial" w:cs="Arial"/>
          <w:sz w:val="22"/>
          <w:szCs w:val="22"/>
        </w:rPr>
        <w:t xml:space="preserve"> </w:t>
      </w:r>
      <w:proofErr w:type="spellStart"/>
      <w:r w:rsidR="00C00B39" w:rsidRPr="00C00B39">
        <w:rPr>
          <w:rFonts w:ascii="Arial" w:hAnsi="Arial" w:cs="Arial"/>
          <w:sz w:val="22"/>
          <w:szCs w:val="22"/>
        </w:rPr>
        <w:t>można</w:t>
      </w:r>
      <w:proofErr w:type="spellEnd"/>
      <w:r w:rsidR="00C00B39" w:rsidRPr="00C00B39">
        <w:rPr>
          <w:rFonts w:ascii="Arial" w:hAnsi="Arial" w:cs="Arial"/>
          <w:sz w:val="22"/>
          <w:szCs w:val="22"/>
        </w:rPr>
        <w:t xml:space="preserve"> </w:t>
      </w:r>
      <w:proofErr w:type="spellStart"/>
      <w:r w:rsidR="00C00B39" w:rsidRPr="00C00B39">
        <w:rPr>
          <w:rFonts w:ascii="Arial" w:hAnsi="Arial" w:cs="Arial"/>
          <w:sz w:val="22"/>
          <w:szCs w:val="22"/>
        </w:rPr>
        <w:t>się</w:t>
      </w:r>
      <w:proofErr w:type="spellEnd"/>
      <w:r w:rsidR="00C00B39" w:rsidRPr="00C00B39">
        <w:rPr>
          <w:rFonts w:ascii="Arial" w:hAnsi="Arial" w:cs="Arial"/>
          <w:sz w:val="22"/>
          <w:szCs w:val="22"/>
        </w:rPr>
        <w:t xml:space="preserve"> z </w:t>
      </w:r>
      <w:proofErr w:type="spellStart"/>
      <w:r w:rsidR="00C00B39" w:rsidRPr="00C00B39">
        <w:rPr>
          <w:rFonts w:ascii="Arial" w:hAnsi="Arial" w:cs="Arial"/>
          <w:sz w:val="22"/>
          <w:szCs w:val="22"/>
        </w:rPr>
        <w:t>nim</w:t>
      </w:r>
      <w:proofErr w:type="spellEnd"/>
      <w:r w:rsidR="00C00B39" w:rsidRPr="00C00B39">
        <w:rPr>
          <w:rFonts w:ascii="Arial" w:hAnsi="Arial" w:cs="Arial"/>
          <w:sz w:val="22"/>
          <w:szCs w:val="22"/>
        </w:rPr>
        <w:t xml:space="preserve"> </w:t>
      </w:r>
      <w:proofErr w:type="spellStart"/>
      <w:r w:rsidR="00C00B39" w:rsidRPr="00C00B39">
        <w:rPr>
          <w:rFonts w:ascii="Arial" w:hAnsi="Arial" w:cs="Arial"/>
          <w:sz w:val="22"/>
          <w:szCs w:val="22"/>
        </w:rPr>
        <w:t>skontaktować</w:t>
      </w:r>
      <w:proofErr w:type="spellEnd"/>
      <w:r w:rsidR="00C00B39" w:rsidRPr="00C00B39">
        <w:rPr>
          <w:rFonts w:ascii="Arial" w:hAnsi="Arial" w:cs="Arial"/>
          <w:sz w:val="22"/>
          <w:szCs w:val="22"/>
        </w:rPr>
        <w:t xml:space="preserve"> </w:t>
      </w:r>
      <w:proofErr w:type="spellStart"/>
      <w:r w:rsidR="00C00B39" w:rsidRPr="00C00B39">
        <w:rPr>
          <w:rFonts w:ascii="Arial" w:hAnsi="Arial" w:cs="Arial"/>
          <w:sz w:val="22"/>
          <w:szCs w:val="22"/>
        </w:rPr>
        <w:t>za</w:t>
      </w:r>
      <w:proofErr w:type="spellEnd"/>
      <w:r w:rsidR="00C00B39" w:rsidRPr="00C00B39">
        <w:rPr>
          <w:rFonts w:ascii="Arial" w:hAnsi="Arial" w:cs="Arial"/>
          <w:sz w:val="22"/>
          <w:szCs w:val="22"/>
        </w:rPr>
        <w:t xml:space="preserve"> </w:t>
      </w:r>
      <w:proofErr w:type="spellStart"/>
      <w:r w:rsidR="00CA154E">
        <w:rPr>
          <w:rFonts w:ascii="Arial" w:hAnsi="Arial" w:cs="Arial"/>
          <w:sz w:val="22"/>
          <w:szCs w:val="22"/>
        </w:rPr>
        <w:t>p</w:t>
      </w:r>
      <w:r w:rsidR="00C00B39" w:rsidRPr="00C00B39">
        <w:rPr>
          <w:rFonts w:ascii="Arial" w:hAnsi="Arial" w:cs="Arial"/>
          <w:sz w:val="22"/>
          <w:szCs w:val="22"/>
        </w:rPr>
        <w:t>ośrednictwem</w:t>
      </w:r>
      <w:proofErr w:type="spellEnd"/>
      <w:r w:rsidR="00C00B39" w:rsidRPr="00C00B39">
        <w:rPr>
          <w:rFonts w:ascii="Arial" w:hAnsi="Arial" w:cs="Arial"/>
          <w:sz w:val="22"/>
          <w:szCs w:val="22"/>
        </w:rPr>
        <w:t xml:space="preserve"> </w:t>
      </w:r>
      <w:proofErr w:type="spellStart"/>
      <w:r w:rsidR="00C00B39" w:rsidRPr="00C00B39">
        <w:rPr>
          <w:rFonts w:ascii="Arial" w:hAnsi="Arial" w:cs="Arial"/>
          <w:sz w:val="22"/>
          <w:szCs w:val="22"/>
        </w:rPr>
        <w:t>poczty</w:t>
      </w:r>
      <w:proofErr w:type="spellEnd"/>
      <w:r w:rsidR="00C00B39" w:rsidRPr="00C00B39">
        <w:rPr>
          <w:rFonts w:ascii="Arial" w:hAnsi="Arial" w:cs="Arial"/>
          <w:sz w:val="22"/>
          <w:szCs w:val="22"/>
        </w:rPr>
        <w:t xml:space="preserve"> </w:t>
      </w:r>
      <w:proofErr w:type="spellStart"/>
      <w:r w:rsidR="00C00B39" w:rsidRPr="00C00B39">
        <w:rPr>
          <w:rFonts w:ascii="Arial" w:hAnsi="Arial" w:cs="Arial"/>
          <w:sz w:val="22"/>
          <w:szCs w:val="22"/>
        </w:rPr>
        <w:t>elektronicznej</w:t>
      </w:r>
      <w:proofErr w:type="spellEnd"/>
      <w:r w:rsidR="00C00B39" w:rsidRPr="00C00B39">
        <w:rPr>
          <w:rFonts w:ascii="Arial" w:hAnsi="Arial" w:cs="Arial"/>
          <w:sz w:val="22"/>
          <w:szCs w:val="22"/>
        </w:rPr>
        <w:t xml:space="preserve"> </w:t>
      </w:r>
      <w:proofErr w:type="spellStart"/>
      <w:r w:rsidR="00C00B39" w:rsidRPr="00C00B39">
        <w:rPr>
          <w:rFonts w:ascii="Arial" w:hAnsi="Arial" w:cs="Arial"/>
          <w:sz w:val="22"/>
          <w:szCs w:val="22"/>
        </w:rPr>
        <w:t>na</w:t>
      </w:r>
      <w:proofErr w:type="spellEnd"/>
      <w:r w:rsidR="00C00B39" w:rsidRPr="00C00B39">
        <w:rPr>
          <w:rFonts w:ascii="Arial" w:hAnsi="Arial" w:cs="Arial"/>
          <w:sz w:val="22"/>
          <w:szCs w:val="22"/>
        </w:rPr>
        <w:t xml:space="preserve"> </w:t>
      </w:r>
      <w:proofErr w:type="spellStart"/>
      <w:r w:rsidR="00C00B39" w:rsidRPr="00C00B39">
        <w:rPr>
          <w:rFonts w:ascii="Arial" w:hAnsi="Arial" w:cs="Arial"/>
          <w:sz w:val="22"/>
          <w:szCs w:val="22"/>
        </w:rPr>
        <w:t>adres</w:t>
      </w:r>
      <w:proofErr w:type="spellEnd"/>
      <w:r w:rsidR="00C00B39" w:rsidRPr="00C00B39">
        <w:rPr>
          <w:rFonts w:ascii="Arial" w:hAnsi="Arial" w:cs="Arial"/>
          <w:sz w:val="22"/>
          <w:szCs w:val="22"/>
        </w:rPr>
        <w:t xml:space="preserve"> e-mail: iod@e-sokolow-mlp.pl </w:t>
      </w:r>
      <w:proofErr w:type="spellStart"/>
      <w:r w:rsidR="00C00B39" w:rsidRPr="00C00B39">
        <w:rPr>
          <w:rFonts w:ascii="Arial" w:hAnsi="Arial" w:cs="Arial"/>
          <w:sz w:val="22"/>
          <w:szCs w:val="22"/>
        </w:rPr>
        <w:t>bądź</w:t>
      </w:r>
      <w:proofErr w:type="spellEnd"/>
      <w:r w:rsidR="00C00B39" w:rsidRPr="00C00B39">
        <w:rPr>
          <w:rFonts w:ascii="Arial" w:hAnsi="Arial" w:cs="Arial"/>
          <w:sz w:val="22"/>
          <w:szCs w:val="22"/>
        </w:rPr>
        <w:t xml:space="preserve"> </w:t>
      </w:r>
      <w:proofErr w:type="spellStart"/>
      <w:r w:rsidR="00C00B39" w:rsidRPr="00C00B39">
        <w:rPr>
          <w:rFonts w:ascii="Arial" w:hAnsi="Arial" w:cs="Arial"/>
          <w:sz w:val="22"/>
          <w:szCs w:val="22"/>
        </w:rPr>
        <w:t>poczty</w:t>
      </w:r>
      <w:proofErr w:type="spellEnd"/>
      <w:r w:rsidR="00C00B39" w:rsidRPr="00C00B39">
        <w:rPr>
          <w:rFonts w:ascii="Arial" w:hAnsi="Arial" w:cs="Arial"/>
          <w:sz w:val="22"/>
          <w:szCs w:val="22"/>
        </w:rPr>
        <w:t xml:space="preserve"> </w:t>
      </w:r>
      <w:proofErr w:type="spellStart"/>
      <w:r w:rsidR="00C00B39" w:rsidRPr="00C00B39">
        <w:rPr>
          <w:rFonts w:ascii="Arial" w:hAnsi="Arial" w:cs="Arial"/>
          <w:sz w:val="22"/>
          <w:szCs w:val="22"/>
        </w:rPr>
        <w:t>tradycyjnej</w:t>
      </w:r>
      <w:proofErr w:type="spellEnd"/>
      <w:r w:rsidR="00C00B39" w:rsidRPr="00C00B39">
        <w:rPr>
          <w:rFonts w:ascii="Arial" w:hAnsi="Arial" w:cs="Arial"/>
          <w:sz w:val="22"/>
          <w:szCs w:val="22"/>
        </w:rPr>
        <w:t xml:space="preserve">, </w:t>
      </w:r>
      <w:proofErr w:type="spellStart"/>
      <w:r w:rsidR="00C00B39" w:rsidRPr="00C00B39">
        <w:rPr>
          <w:rFonts w:ascii="Arial" w:hAnsi="Arial" w:cs="Arial"/>
          <w:sz w:val="22"/>
          <w:szCs w:val="22"/>
        </w:rPr>
        <w:t>kierując</w:t>
      </w:r>
      <w:proofErr w:type="spellEnd"/>
      <w:r w:rsidR="00C00B39" w:rsidRPr="00C00B39">
        <w:rPr>
          <w:rFonts w:ascii="Arial" w:hAnsi="Arial" w:cs="Arial"/>
          <w:sz w:val="22"/>
          <w:szCs w:val="22"/>
        </w:rPr>
        <w:t xml:space="preserve"> </w:t>
      </w:r>
      <w:proofErr w:type="spellStart"/>
      <w:r w:rsidR="00C00B39" w:rsidRPr="00C00B39">
        <w:rPr>
          <w:rFonts w:ascii="Arial" w:hAnsi="Arial" w:cs="Arial"/>
          <w:sz w:val="22"/>
          <w:szCs w:val="22"/>
        </w:rPr>
        <w:t>pismo</w:t>
      </w:r>
      <w:proofErr w:type="spellEnd"/>
      <w:r w:rsidR="00C00B39" w:rsidRPr="00C00B39">
        <w:rPr>
          <w:rFonts w:ascii="Arial" w:hAnsi="Arial" w:cs="Arial"/>
          <w:sz w:val="22"/>
          <w:szCs w:val="22"/>
        </w:rPr>
        <w:t xml:space="preserve"> </w:t>
      </w:r>
      <w:proofErr w:type="spellStart"/>
      <w:r w:rsidR="00C00B39" w:rsidRPr="00C00B39">
        <w:rPr>
          <w:rFonts w:ascii="Arial" w:hAnsi="Arial" w:cs="Arial"/>
          <w:sz w:val="22"/>
          <w:szCs w:val="22"/>
        </w:rPr>
        <w:t>na</w:t>
      </w:r>
      <w:proofErr w:type="spellEnd"/>
      <w:r w:rsidR="00C00B39" w:rsidRPr="00C00B39">
        <w:rPr>
          <w:rFonts w:ascii="Arial" w:hAnsi="Arial" w:cs="Arial"/>
          <w:sz w:val="22"/>
          <w:szCs w:val="22"/>
        </w:rPr>
        <w:t xml:space="preserve"> </w:t>
      </w:r>
      <w:proofErr w:type="spellStart"/>
      <w:r w:rsidR="00C00B39" w:rsidRPr="00C00B39">
        <w:rPr>
          <w:rFonts w:ascii="Arial" w:hAnsi="Arial" w:cs="Arial"/>
          <w:sz w:val="22"/>
          <w:szCs w:val="22"/>
        </w:rPr>
        <w:t>adres</w:t>
      </w:r>
      <w:proofErr w:type="spellEnd"/>
      <w:r w:rsidR="00C00B39" w:rsidRPr="00C00B39">
        <w:rPr>
          <w:rFonts w:ascii="Arial" w:hAnsi="Arial" w:cs="Arial"/>
          <w:sz w:val="22"/>
          <w:szCs w:val="22"/>
        </w:rPr>
        <w:t xml:space="preserve"> </w:t>
      </w:r>
      <w:proofErr w:type="spellStart"/>
      <w:r w:rsidR="00C00B39" w:rsidRPr="00C00B39">
        <w:rPr>
          <w:rFonts w:ascii="Arial" w:hAnsi="Arial" w:cs="Arial"/>
          <w:sz w:val="22"/>
          <w:szCs w:val="22"/>
        </w:rPr>
        <w:t>Administratora</w:t>
      </w:r>
      <w:proofErr w:type="spellEnd"/>
      <w:r w:rsidR="00C00B39" w:rsidRPr="00C00B39">
        <w:rPr>
          <w:rFonts w:ascii="Arial" w:hAnsi="Arial" w:cs="Arial"/>
          <w:sz w:val="22"/>
          <w:szCs w:val="22"/>
        </w:rPr>
        <w:t>.</w:t>
      </w:r>
    </w:p>
    <w:p w14:paraId="2ACE995A" w14:textId="445B06EE" w:rsidR="00AC0B55" w:rsidRPr="00AC0B55" w:rsidRDefault="00AC0B55" w:rsidP="00C00B39">
      <w:pPr>
        <w:pStyle w:val="Default"/>
        <w:spacing w:before="120" w:after="120"/>
        <w:jc w:val="both"/>
        <w:rPr>
          <w:color w:val="auto"/>
          <w:sz w:val="22"/>
          <w:szCs w:val="22"/>
        </w:rPr>
      </w:pPr>
      <w:r>
        <w:rPr>
          <w:color w:val="auto"/>
          <w:sz w:val="22"/>
          <w:szCs w:val="22"/>
        </w:rPr>
        <w:t xml:space="preserve">3. ZAMAWIAJĄCY </w:t>
      </w:r>
      <w:r w:rsidRPr="00AC0B55">
        <w:rPr>
          <w:color w:val="auto"/>
          <w:sz w:val="22"/>
          <w:szCs w:val="22"/>
        </w:rPr>
        <w:t>informuje, iż podstawą prawną przetwarzania danych osobowych jest:</w:t>
      </w:r>
    </w:p>
    <w:p w14:paraId="52DDD67B" w14:textId="3553ED81" w:rsidR="00AC0B55" w:rsidRPr="00AC0B55" w:rsidRDefault="00AC0B55" w:rsidP="00DE77DA">
      <w:pPr>
        <w:pStyle w:val="Default"/>
        <w:spacing w:after="120"/>
        <w:ind w:left="567" w:hanging="284"/>
        <w:jc w:val="both"/>
        <w:rPr>
          <w:color w:val="auto"/>
          <w:sz w:val="22"/>
          <w:szCs w:val="22"/>
        </w:rPr>
      </w:pPr>
      <w:r>
        <w:rPr>
          <w:color w:val="auto"/>
          <w:sz w:val="22"/>
          <w:szCs w:val="22"/>
        </w:rPr>
        <w:t xml:space="preserve">a) </w:t>
      </w:r>
      <w:r w:rsidRPr="00AC0B55">
        <w:rPr>
          <w:color w:val="auto"/>
          <w:sz w:val="22"/>
          <w:szCs w:val="22"/>
        </w:rPr>
        <w:t>art. 6 ust.1 lit. b) RODO – spełnienie wymogów kontraktowych, tj. konieczność dysponowania danymi na potrzeby wykonania zawartej Umowy13,</w:t>
      </w:r>
    </w:p>
    <w:p w14:paraId="237A13C9" w14:textId="4F92BF02" w:rsidR="00AC0B55" w:rsidRPr="00AC0B55" w:rsidRDefault="00AC0B55" w:rsidP="00DE77DA">
      <w:pPr>
        <w:pStyle w:val="Default"/>
        <w:spacing w:after="120"/>
        <w:ind w:left="567" w:hanging="284"/>
        <w:jc w:val="both"/>
        <w:rPr>
          <w:color w:val="auto"/>
          <w:sz w:val="22"/>
          <w:szCs w:val="22"/>
        </w:rPr>
      </w:pPr>
      <w:r>
        <w:rPr>
          <w:color w:val="auto"/>
          <w:sz w:val="22"/>
          <w:szCs w:val="22"/>
        </w:rPr>
        <w:t xml:space="preserve">b) </w:t>
      </w:r>
      <w:r w:rsidRPr="00AC0B55">
        <w:rPr>
          <w:color w:val="auto"/>
          <w:sz w:val="22"/>
          <w:szCs w:val="22"/>
        </w:rPr>
        <w:t xml:space="preserve">art. 6 ust. 1 lit. c) RODO – spełnienie wymogów ustawowych, tj. konieczność wypełnienia przez </w:t>
      </w:r>
      <w:r>
        <w:rPr>
          <w:color w:val="auto"/>
          <w:sz w:val="22"/>
          <w:szCs w:val="22"/>
        </w:rPr>
        <w:t>ZAMAWIAJĄCEGO</w:t>
      </w:r>
      <w:r w:rsidRPr="00AC0B55">
        <w:rPr>
          <w:color w:val="auto"/>
          <w:sz w:val="22"/>
          <w:szCs w:val="22"/>
        </w:rPr>
        <w:t xml:space="preserve"> obowiązków prawnych wynikających z przepisów prawa,</w:t>
      </w:r>
    </w:p>
    <w:p w14:paraId="1D55DD77" w14:textId="5B06C56D" w:rsidR="00AC0B55" w:rsidRPr="00AC0B55" w:rsidRDefault="00AC0B55" w:rsidP="00DE77DA">
      <w:pPr>
        <w:pStyle w:val="Default"/>
        <w:spacing w:after="120"/>
        <w:ind w:left="567" w:hanging="284"/>
        <w:jc w:val="both"/>
        <w:rPr>
          <w:color w:val="auto"/>
          <w:sz w:val="22"/>
          <w:szCs w:val="22"/>
        </w:rPr>
      </w:pPr>
      <w:r>
        <w:rPr>
          <w:color w:val="auto"/>
          <w:sz w:val="22"/>
          <w:szCs w:val="22"/>
        </w:rPr>
        <w:t xml:space="preserve">c) </w:t>
      </w:r>
      <w:r w:rsidRPr="00AC0B55">
        <w:rPr>
          <w:color w:val="auto"/>
          <w:sz w:val="22"/>
          <w:szCs w:val="22"/>
        </w:rPr>
        <w:t xml:space="preserve">art. 6 ust. 1 lit. f) RODO – konieczność realizacji prawnie uzasadnionych interesów </w:t>
      </w:r>
      <w:r>
        <w:rPr>
          <w:color w:val="auto"/>
          <w:sz w:val="22"/>
          <w:szCs w:val="22"/>
        </w:rPr>
        <w:t>ZAMAWIAJĄCEGO</w:t>
      </w:r>
      <w:r w:rsidRPr="00AC0B55">
        <w:rPr>
          <w:color w:val="auto"/>
          <w:sz w:val="22"/>
          <w:szCs w:val="22"/>
        </w:rPr>
        <w:t>, związanych z zapewnieniem właściwej realizacji Umowy, w tym ewentualnego ustalenia, dochodzenia lub obrony przed roszczeniami związanymi z zawartą Umowy (tj. konieczność dysponowania danymi na potrzeby wykonania zawartej Umowy).</w:t>
      </w:r>
    </w:p>
    <w:p w14:paraId="021DD0BC" w14:textId="4F7859F2" w:rsidR="00AC0B55" w:rsidRPr="00AC0B55" w:rsidRDefault="00AC0B55" w:rsidP="00DE77DA">
      <w:pPr>
        <w:pStyle w:val="Default"/>
        <w:spacing w:after="120"/>
        <w:jc w:val="both"/>
        <w:rPr>
          <w:color w:val="auto"/>
          <w:sz w:val="22"/>
          <w:szCs w:val="22"/>
        </w:rPr>
      </w:pPr>
      <w:r>
        <w:rPr>
          <w:color w:val="auto"/>
          <w:sz w:val="22"/>
          <w:szCs w:val="22"/>
        </w:rPr>
        <w:t xml:space="preserve">4. </w:t>
      </w:r>
      <w:r w:rsidRPr="00AC0B55">
        <w:rPr>
          <w:color w:val="auto"/>
          <w:sz w:val="22"/>
          <w:szCs w:val="22"/>
        </w:rPr>
        <w:t xml:space="preserve">Dane osobowe, o których mowa w ust. 1, nie będą przekazywane podmiotom trzecim, jednakże zgodnie z obowiązującym prawem </w:t>
      </w:r>
      <w:r>
        <w:rPr>
          <w:color w:val="auto"/>
          <w:sz w:val="22"/>
          <w:szCs w:val="22"/>
        </w:rPr>
        <w:t>ZAMAWIAJĄCY</w:t>
      </w:r>
      <w:r w:rsidRPr="00AC0B55">
        <w:rPr>
          <w:color w:val="auto"/>
          <w:sz w:val="22"/>
          <w:szCs w:val="22"/>
        </w:rPr>
        <w:t xml:space="preserve"> może przekazywać dane podmiotom przetwarzającym je na zlecenie </w:t>
      </w:r>
      <w:r>
        <w:rPr>
          <w:color w:val="auto"/>
          <w:sz w:val="22"/>
          <w:szCs w:val="22"/>
        </w:rPr>
        <w:t>ZAMAWIAJĄCEGO</w:t>
      </w:r>
      <w:r w:rsidRPr="00AC0B55">
        <w:rPr>
          <w:color w:val="auto"/>
          <w:sz w:val="22"/>
          <w:szCs w:val="22"/>
        </w:rPr>
        <w:t xml:space="preserve"> np. na podstawie umów o powierzenie przetwarzania danych osobowych dostawcom usług IT, audytorom, doradcom oraz na podstawie obowiązujących przepisów prawa podmiotom uprawnionym do uzyskania danych np. sądom, organom ścigania Instytucji Pośredniczącej oraz Zarządzającą programami unijnymi – tylko, gdy wystąpią z żądaniem uzyskania danych osobowych i wskażą podstawę prawną swego żądania.</w:t>
      </w:r>
    </w:p>
    <w:p w14:paraId="4CDD801B" w14:textId="5DF1CF99" w:rsidR="00AC0B55" w:rsidRPr="00AC0B55" w:rsidRDefault="00AC0B55" w:rsidP="00DE77DA">
      <w:pPr>
        <w:pStyle w:val="Default"/>
        <w:spacing w:after="120"/>
        <w:jc w:val="both"/>
        <w:rPr>
          <w:color w:val="auto"/>
          <w:sz w:val="22"/>
          <w:szCs w:val="22"/>
        </w:rPr>
      </w:pPr>
      <w:r>
        <w:rPr>
          <w:color w:val="auto"/>
          <w:sz w:val="22"/>
          <w:szCs w:val="22"/>
        </w:rPr>
        <w:t xml:space="preserve">5. </w:t>
      </w:r>
      <w:r w:rsidRPr="00AC0B55">
        <w:rPr>
          <w:color w:val="auto"/>
          <w:sz w:val="22"/>
          <w:szCs w:val="22"/>
        </w:rPr>
        <w:t>Dane osobowe osób, o których mowa w ust. 1 nie będą przekazywane do państwa trzeciego ani organizacji międzynarodowej w rozumieniu RODO.</w:t>
      </w:r>
    </w:p>
    <w:p w14:paraId="68887469" w14:textId="17579178" w:rsidR="00AC0B55" w:rsidRPr="00AC0B55" w:rsidRDefault="00AC0B55" w:rsidP="00DE77DA">
      <w:pPr>
        <w:pStyle w:val="Default"/>
        <w:spacing w:after="120"/>
        <w:jc w:val="both"/>
        <w:rPr>
          <w:color w:val="auto"/>
          <w:sz w:val="22"/>
          <w:szCs w:val="22"/>
        </w:rPr>
      </w:pPr>
      <w:r>
        <w:rPr>
          <w:color w:val="auto"/>
          <w:sz w:val="22"/>
          <w:szCs w:val="22"/>
        </w:rPr>
        <w:t xml:space="preserve">6. </w:t>
      </w:r>
      <w:r w:rsidRPr="00AC0B55">
        <w:rPr>
          <w:color w:val="auto"/>
          <w:sz w:val="22"/>
          <w:szCs w:val="22"/>
        </w:rPr>
        <w:t>Dane osobowe osób, o których mowa w ust. 1, będą przetwarzane przez okres 10 lat od końca roku kalendarzowego, w którym niniejsza Umowa zostanie wykonana, chyba że niezbędny będzie dłuższy okres przetwarzania np.: w okresie utrzymania trwałości projektu, z uwagi na obowiązki archiwizacyjne, dochodzenie roszczeń lub inne wymagane przepisami prawa powszechnie obowiązującego.</w:t>
      </w:r>
    </w:p>
    <w:p w14:paraId="55E6C080" w14:textId="1554FCE1" w:rsidR="00AC0B55" w:rsidRPr="00AC0B55" w:rsidRDefault="00AC0B55" w:rsidP="00DE77DA">
      <w:pPr>
        <w:pStyle w:val="Default"/>
        <w:spacing w:after="120"/>
        <w:jc w:val="both"/>
        <w:rPr>
          <w:color w:val="auto"/>
          <w:sz w:val="22"/>
          <w:szCs w:val="22"/>
        </w:rPr>
      </w:pPr>
      <w:r>
        <w:rPr>
          <w:color w:val="auto"/>
          <w:sz w:val="22"/>
          <w:szCs w:val="22"/>
        </w:rPr>
        <w:t xml:space="preserve">7. </w:t>
      </w:r>
      <w:r w:rsidRPr="00AC0B55">
        <w:rPr>
          <w:color w:val="auto"/>
          <w:sz w:val="22"/>
          <w:szCs w:val="22"/>
        </w:rPr>
        <w:t>Osobom, o których mowa w ust. 1, przysługuje prawo do żądania od administratora danych dostępu do ich danych osobowych, ich sprostowania, usunięcia lub ograniczenia przetwarzania lub wniesienia sprzeciwu wobec ich przetwarzania, a także prawo do przenoszenia danych. Uprawnienia te będą realizowane przez administratora w granicach obowiązujących przepisów prawa.</w:t>
      </w:r>
    </w:p>
    <w:p w14:paraId="1073DEF8" w14:textId="6B66E075" w:rsidR="00AC0B55" w:rsidRPr="00AC0B55" w:rsidRDefault="00AC0B55" w:rsidP="00DE77DA">
      <w:pPr>
        <w:pStyle w:val="Default"/>
        <w:spacing w:after="120"/>
        <w:jc w:val="both"/>
        <w:rPr>
          <w:color w:val="auto"/>
          <w:sz w:val="22"/>
          <w:szCs w:val="22"/>
        </w:rPr>
      </w:pPr>
      <w:r>
        <w:rPr>
          <w:color w:val="auto"/>
          <w:sz w:val="22"/>
          <w:szCs w:val="22"/>
        </w:rPr>
        <w:t xml:space="preserve">8. </w:t>
      </w:r>
      <w:r w:rsidRPr="00AC0B55">
        <w:rPr>
          <w:color w:val="auto"/>
          <w:sz w:val="22"/>
          <w:szCs w:val="22"/>
        </w:rPr>
        <w:t>Osobom, o których mowa w ust. 1, w związku z przetwarzaniem ich danych osobowych przysługuje prawo do wniesienia skargi do organu nadzorczego, tzn. Prezesa Urzędu Ochrony Danych Osobowych.</w:t>
      </w:r>
    </w:p>
    <w:p w14:paraId="483D9C39" w14:textId="6B195B26" w:rsidR="00AC0B55" w:rsidRPr="00AC0B55" w:rsidRDefault="00AC0B55" w:rsidP="00DE77DA">
      <w:pPr>
        <w:pStyle w:val="Default"/>
        <w:spacing w:after="120"/>
        <w:jc w:val="both"/>
        <w:rPr>
          <w:color w:val="auto"/>
          <w:sz w:val="22"/>
          <w:szCs w:val="22"/>
        </w:rPr>
      </w:pPr>
      <w:r>
        <w:rPr>
          <w:color w:val="auto"/>
          <w:sz w:val="22"/>
          <w:szCs w:val="22"/>
        </w:rPr>
        <w:t xml:space="preserve">9. </w:t>
      </w:r>
      <w:r w:rsidRPr="00AC0B55">
        <w:rPr>
          <w:color w:val="auto"/>
          <w:sz w:val="22"/>
          <w:szCs w:val="22"/>
        </w:rPr>
        <w:t xml:space="preserve">Podanie danych osobowych, o których mowa w ust. 1, było wymagane do zawarcia niniejszej Umowy. Wniesienie przez wyżej opisaną osobę fizyczną żądania usunięcia lub ograniczenia przetwarzania danych osobowych skutkuje obowiązkiem </w:t>
      </w:r>
      <w:r>
        <w:rPr>
          <w:color w:val="auto"/>
          <w:sz w:val="22"/>
          <w:szCs w:val="22"/>
        </w:rPr>
        <w:t>WYKONAWCY</w:t>
      </w:r>
      <w:r w:rsidRPr="00AC0B55">
        <w:rPr>
          <w:color w:val="auto"/>
          <w:sz w:val="22"/>
          <w:szCs w:val="22"/>
        </w:rPr>
        <w:t xml:space="preserve"> niezwłocznego wskazania innej osoby w jej miejsce.</w:t>
      </w:r>
    </w:p>
    <w:p w14:paraId="7E9EFF29" w14:textId="456DCFB4" w:rsidR="00AC0B55" w:rsidRPr="00AC0B55" w:rsidRDefault="00AC0B55" w:rsidP="00DE77DA">
      <w:pPr>
        <w:pStyle w:val="Default"/>
        <w:spacing w:after="120"/>
        <w:jc w:val="both"/>
        <w:rPr>
          <w:color w:val="auto"/>
          <w:sz w:val="22"/>
          <w:szCs w:val="22"/>
        </w:rPr>
      </w:pPr>
      <w:r>
        <w:rPr>
          <w:color w:val="auto"/>
          <w:sz w:val="22"/>
          <w:szCs w:val="22"/>
        </w:rPr>
        <w:lastRenderedPageBreak/>
        <w:t xml:space="preserve">10. </w:t>
      </w:r>
      <w:r w:rsidRPr="00AC0B55">
        <w:rPr>
          <w:color w:val="auto"/>
          <w:sz w:val="22"/>
          <w:szCs w:val="22"/>
        </w:rPr>
        <w:t xml:space="preserve">W oparciu o dane osobowe osób, o których mowa w ust. 1, </w:t>
      </w:r>
      <w:r>
        <w:rPr>
          <w:color w:val="auto"/>
          <w:sz w:val="22"/>
          <w:szCs w:val="22"/>
        </w:rPr>
        <w:t>ZAMAWIAJĄCY</w:t>
      </w:r>
      <w:r w:rsidRPr="00AC0B55">
        <w:rPr>
          <w:color w:val="auto"/>
          <w:sz w:val="22"/>
          <w:szCs w:val="22"/>
        </w:rPr>
        <w:t xml:space="preserve"> nie będzie podejmował zautomatyzowanych decyzji, w tym decyzji będących wynikiem profilowania w rozumieniu RODO.</w:t>
      </w:r>
    </w:p>
    <w:p w14:paraId="34AFBA89" w14:textId="74F9C4EC" w:rsidR="00AC0B55" w:rsidRPr="00AC0B55" w:rsidRDefault="00AC0B55" w:rsidP="00DE77DA">
      <w:pPr>
        <w:pStyle w:val="Default"/>
        <w:spacing w:after="120"/>
        <w:jc w:val="both"/>
        <w:rPr>
          <w:color w:val="auto"/>
          <w:sz w:val="22"/>
          <w:szCs w:val="22"/>
        </w:rPr>
      </w:pPr>
      <w:r>
        <w:rPr>
          <w:color w:val="auto"/>
          <w:sz w:val="22"/>
          <w:szCs w:val="22"/>
        </w:rPr>
        <w:t xml:space="preserve">11. </w:t>
      </w:r>
      <w:r w:rsidRPr="00AC0B55">
        <w:rPr>
          <w:color w:val="auto"/>
          <w:sz w:val="22"/>
          <w:szCs w:val="22"/>
        </w:rPr>
        <w:t xml:space="preserve">W przypadku udostępnienia przez </w:t>
      </w:r>
      <w:r>
        <w:rPr>
          <w:color w:val="auto"/>
          <w:sz w:val="22"/>
          <w:szCs w:val="22"/>
        </w:rPr>
        <w:t>WYKONAWCĘ</w:t>
      </w:r>
      <w:r w:rsidRPr="00AC0B55">
        <w:rPr>
          <w:color w:val="auto"/>
          <w:sz w:val="22"/>
          <w:szCs w:val="22"/>
        </w:rPr>
        <w:t xml:space="preserve"> do </w:t>
      </w:r>
      <w:r>
        <w:rPr>
          <w:color w:val="auto"/>
          <w:sz w:val="22"/>
          <w:szCs w:val="22"/>
        </w:rPr>
        <w:t>ZAMAWIAJĄCEGO</w:t>
      </w:r>
      <w:r w:rsidRPr="00AC0B55">
        <w:rPr>
          <w:color w:val="auto"/>
          <w:sz w:val="22"/>
          <w:szCs w:val="22"/>
        </w:rPr>
        <w:t xml:space="preserve">, w związku z wykonaniem niniejszej Umowy, danych osobowych osób związanych z </w:t>
      </w:r>
      <w:r>
        <w:rPr>
          <w:color w:val="auto"/>
          <w:sz w:val="22"/>
          <w:szCs w:val="22"/>
        </w:rPr>
        <w:t>WYKONAWCA</w:t>
      </w:r>
      <w:r w:rsidRPr="00AC0B55">
        <w:rPr>
          <w:color w:val="auto"/>
          <w:sz w:val="22"/>
          <w:szCs w:val="22"/>
        </w:rPr>
        <w:t xml:space="preserve"> w szczególności pracowników, pełnomocników, członków zarządu, kontrahentów, dostawców, a także innych osób nie podpisujących niniejszej Umowy, </w:t>
      </w:r>
      <w:r>
        <w:rPr>
          <w:color w:val="auto"/>
          <w:sz w:val="22"/>
          <w:szCs w:val="22"/>
        </w:rPr>
        <w:t>WYKONAWCA</w:t>
      </w:r>
      <w:r w:rsidRPr="00AC0B55">
        <w:rPr>
          <w:color w:val="auto"/>
          <w:sz w:val="22"/>
          <w:szCs w:val="22"/>
        </w:rPr>
        <w:t xml:space="preserve"> zobowiązany jest w imieniu </w:t>
      </w:r>
      <w:r>
        <w:rPr>
          <w:color w:val="auto"/>
          <w:sz w:val="22"/>
          <w:szCs w:val="22"/>
        </w:rPr>
        <w:t>ZAMAWIAJĄCEGO</w:t>
      </w:r>
      <w:r w:rsidRPr="00AC0B55">
        <w:rPr>
          <w:color w:val="auto"/>
          <w:sz w:val="22"/>
          <w:szCs w:val="22"/>
        </w:rPr>
        <w:t xml:space="preserve"> poinformować te osoby:</w:t>
      </w:r>
    </w:p>
    <w:p w14:paraId="5493F050" w14:textId="188026C5" w:rsidR="00AC0B55" w:rsidRPr="00AC0B55" w:rsidRDefault="00AC0B55" w:rsidP="00DE77DA">
      <w:pPr>
        <w:pStyle w:val="Default"/>
        <w:spacing w:after="120"/>
        <w:ind w:left="567" w:hanging="284"/>
        <w:jc w:val="both"/>
        <w:rPr>
          <w:color w:val="auto"/>
          <w:sz w:val="22"/>
          <w:szCs w:val="22"/>
        </w:rPr>
      </w:pPr>
      <w:r>
        <w:rPr>
          <w:color w:val="auto"/>
          <w:sz w:val="22"/>
          <w:szCs w:val="22"/>
        </w:rPr>
        <w:t xml:space="preserve">a) </w:t>
      </w:r>
      <w:r w:rsidRPr="00AC0B55">
        <w:rPr>
          <w:color w:val="auto"/>
          <w:sz w:val="22"/>
          <w:szCs w:val="22"/>
        </w:rPr>
        <w:t xml:space="preserve">o zakresie danych osobowych dotyczących tych osób, a przekazanych </w:t>
      </w:r>
      <w:r>
        <w:rPr>
          <w:color w:val="auto"/>
          <w:sz w:val="22"/>
          <w:szCs w:val="22"/>
        </w:rPr>
        <w:t>ZAMAWIAJĄCEMU</w:t>
      </w:r>
      <w:r w:rsidRPr="00AC0B55">
        <w:rPr>
          <w:color w:val="auto"/>
          <w:sz w:val="22"/>
          <w:szCs w:val="22"/>
        </w:rPr>
        <w:t>,</w:t>
      </w:r>
    </w:p>
    <w:p w14:paraId="4A76FF09" w14:textId="701F8752" w:rsidR="00AC0B55" w:rsidRPr="00AC0B55" w:rsidRDefault="00AC0B55" w:rsidP="00DE77DA">
      <w:pPr>
        <w:pStyle w:val="Default"/>
        <w:spacing w:after="120"/>
        <w:ind w:left="567" w:hanging="284"/>
        <w:jc w:val="both"/>
        <w:rPr>
          <w:color w:val="auto"/>
          <w:sz w:val="22"/>
          <w:szCs w:val="22"/>
        </w:rPr>
      </w:pPr>
      <w:r>
        <w:rPr>
          <w:color w:val="auto"/>
          <w:sz w:val="22"/>
          <w:szCs w:val="22"/>
        </w:rPr>
        <w:t xml:space="preserve">b) </w:t>
      </w:r>
      <w:r w:rsidRPr="00AC0B55">
        <w:rPr>
          <w:color w:val="auto"/>
          <w:sz w:val="22"/>
          <w:szCs w:val="22"/>
        </w:rPr>
        <w:t>o tym, że ZAMAWIAJĄCY jest administratorem ich danych osobowych oraz że przetwarza ich dane osobowe na zasadach określonych powyżej,</w:t>
      </w:r>
    </w:p>
    <w:p w14:paraId="5222CB2B" w14:textId="63DDA7B7" w:rsidR="00AC0B55" w:rsidRPr="00AC0B55" w:rsidRDefault="00AC0B55" w:rsidP="00DE77DA">
      <w:pPr>
        <w:pStyle w:val="Default"/>
        <w:spacing w:after="120"/>
        <w:ind w:left="567" w:hanging="284"/>
        <w:jc w:val="both"/>
        <w:rPr>
          <w:color w:val="auto"/>
          <w:sz w:val="22"/>
          <w:szCs w:val="22"/>
        </w:rPr>
      </w:pPr>
      <w:r>
        <w:rPr>
          <w:color w:val="auto"/>
          <w:sz w:val="22"/>
          <w:szCs w:val="22"/>
        </w:rPr>
        <w:t xml:space="preserve">c) </w:t>
      </w:r>
      <w:r w:rsidRPr="00AC0B55">
        <w:rPr>
          <w:color w:val="auto"/>
          <w:sz w:val="22"/>
          <w:szCs w:val="22"/>
        </w:rPr>
        <w:t>o tym, że WYKONAWCA jest źródłem, od którego ZAMAWIAJĄCY pozyskał ich dane,</w:t>
      </w:r>
    </w:p>
    <w:p w14:paraId="1BD914BA" w14:textId="6726F47A" w:rsidR="00AC0B55" w:rsidRPr="00AC0B55" w:rsidRDefault="00AC0B55" w:rsidP="00DE77DA">
      <w:pPr>
        <w:pStyle w:val="Default"/>
        <w:spacing w:after="120"/>
        <w:ind w:left="567" w:hanging="284"/>
        <w:jc w:val="both"/>
        <w:rPr>
          <w:color w:val="auto"/>
          <w:sz w:val="22"/>
          <w:szCs w:val="22"/>
        </w:rPr>
      </w:pPr>
      <w:r>
        <w:rPr>
          <w:color w:val="auto"/>
          <w:sz w:val="22"/>
          <w:szCs w:val="22"/>
        </w:rPr>
        <w:t xml:space="preserve">d) </w:t>
      </w:r>
      <w:r w:rsidRPr="00AC0B55">
        <w:rPr>
          <w:color w:val="auto"/>
          <w:sz w:val="22"/>
          <w:szCs w:val="22"/>
        </w:rPr>
        <w:t>o treści niniejszego paragrafu.</w:t>
      </w:r>
    </w:p>
    <w:p w14:paraId="51DF7334" w14:textId="2F883BD5" w:rsidR="00AC0B55" w:rsidRDefault="00AC0B55" w:rsidP="00DE77DA">
      <w:pPr>
        <w:pStyle w:val="Default"/>
        <w:spacing w:after="120"/>
        <w:jc w:val="both"/>
        <w:rPr>
          <w:color w:val="auto"/>
          <w:sz w:val="22"/>
          <w:szCs w:val="22"/>
        </w:rPr>
      </w:pPr>
      <w:r>
        <w:rPr>
          <w:color w:val="auto"/>
          <w:sz w:val="22"/>
          <w:szCs w:val="22"/>
        </w:rPr>
        <w:t xml:space="preserve">12. </w:t>
      </w:r>
      <w:r w:rsidRPr="00AC0B55">
        <w:rPr>
          <w:color w:val="auto"/>
          <w:sz w:val="22"/>
          <w:szCs w:val="22"/>
        </w:rPr>
        <w:t xml:space="preserve">Strony zgodnie postanawiają, że w przypadku zaistnienia konieczności przekazania danych osobowych pomiędzy Stronami kwestia powierzenia przetwarzania danych osobowych, których administratorem jest ZAMAWIAJĄCY, a do których dostęp będzie miał WYKONAWCA w związku z wykonaniem Umowy zostanie uregulowana w Umowie powierzenia przetwarzania danych osobowych, której wzór stanowi załącznik do niniejszej Umowy i będzie jej integralną częścią.  Do czasu zawarcia wyżej wskazanej Umowy </w:t>
      </w:r>
      <w:r w:rsidR="00DE77DA" w:rsidRPr="00AC0B55">
        <w:rPr>
          <w:color w:val="auto"/>
          <w:sz w:val="22"/>
          <w:szCs w:val="22"/>
        </w:rPr>
        <w:t xml:space="preserve">ZAMAWIAJĄCY </w:t>
      </w:r>
      <w:r w:rsidRPr="00AC0B55">
        <w:rPr>
          <w:color w:val="auto"/>
          <w:sz w:val="22"/>
          <w:szCs w:val="22"/>
        </w:rPr>
        <w:t xml:space="preserve">wstrzyma się z przekazywaniem danych osobowych, zaś w razie zwłoki </w:t>
      </w:r>
      <w:r w:rsidR="00DE77DA" w:rsidRPr="00AC0B55">
        <w:rPr>
          <w:color w:val="auto"/>
          <w:sz w:val="22"/>
          <w:szCs w:val="22"/>
        </w:rPr>
        <w:t xml:space="preserve">WYKONAWCY </w:t>
      </w:r>
      <w:r w:rsidRPr="00AC0B55">
        <w:rPr>
          <w:color w:val="auto"/>
          <w:sz w:val="22"/>
          <w:szCs w:val="22"/>
        </w:rPr>
        <w:t xml:space="preserve">w zawarciu Umowy powierzenia wszelkie obciążenia i ryzyka wiążące się z tym faktem obciążają </w:t>
      </w:r>
      <w:r w:rsidR="00DE77DA" w:rsidRPr="00AC0B55">
        <w:rPr>
          <w:color w:val="auto"/>
          <w:sz w:val="22"/>
          <w:szCs w:val="22"/>
        </w:rPr>
        <w:t>WYKONAWCĘ</w:t>
      </w:r>
      <w:r w:rsidRPr="00AC0B55">
        <w:rPr>
          <w:color w:val="auto"/>
          <w:sz w:val="22"/>
          <w:szCs w:val="22"/>
        </w:rPr>
        <w:t>.</w:t>
      </w:r>
    </w:p>
    <w:p w14:paraId="12583414" w14:textId="77777777" w:rsidR="00AC0B55" w:rsidRDefault="00AC0B55" w:rsidP="009675C7">
      <w:pPr>
        <w:pStyle w:val="Default"/>
        <w:jc w:val="both"/>
        <w:rPr>
          <w:color w:val="auto"/>
          <w:sz w:val="22"/>
          <w:szCs w:val="22"/>
        </w:rPr>
      </w:pPr>
    </w:p>
    <w:p w14:paraId="65D4DA82" w14:textId="2B1E5344" w:rsidR="009675C7" w:rsidRDefault="009675C7" w:rsidP="009675C7">
      <w:pPr>
        <w:pStyle w:val="Default"/>
        <w:jc w:val="center"/>
        <w:rPr>
          <w:color w:val="auto"/>
          <w:sz w:val="22"/>
          <w:szCs w:val="22"/>
        </w:rPr>
      </w:pPr>
      <w:r>
        <w:rPr>
          <w:b/>
          <w:bCs/>
          <w:color w:val="auto"/>
          <w:sz w:val="22"/>
          <w:szCs w:val="22"/>
        </w:rPr>
        <w:t>§ 1</w:t>
      </w:r>
      <w:r w:rsidR="00AC0B55">
        <w:rPr>
          <w:b/>
          <w:bCs/>
          <w:color w:val="auto"/>
          <w:sz w:val="22"/>
          <w:szCs w:val="22"/>
        </w:rPr>
        <w:t>2</w:t>
      </w:r>
      <w:r>
        <w:rPr>
          <w:b/>
          <w:bCs/>
          <w:color w:val="auto"/>
          <w:sz w:val="22"/>
          <w:szCs w:val="22"/>
        </w:rPr>
        <w:t>.</w:t>
      </w:r>
    </w:p>
    <w:p w14:paraId="31CF9886" w14:textId="77777777" w:rsidR="009675C7" w:rsidRDefault="009675C7" w:rsidP="009675C7">
      <w:pPr>
        <w:pStyle w:val="Default"/>
        <w:jc w:val="center"/>
        <w:rPr>
          <w:color w:val="auto"/>
          <w:sz w:val="22"/>
          <w:szCs w:val="22"/>
        </w:rPr>
      </w:pPr>
      <w:r>
        <w:rPr>
          <w:b/>
          <w:bCs/>
          <w:color w:val="auto"/>
          <w:sz w:val="22"/>
          <w:szCs w:val="22"/>
        </w:rPr>
        <w:t>ZMIANY UMOWY</w:t>
      </w:r>
    </w:p>
    <w:p w14:paraId="041B2AB8" w14:textId="77777777" w:rsidR="009675C7" w:rsidRDefault="009675C7" w:rsidP="00D04912">
      <w:pPr>
        <w:pStyle w:val="Default"/>
        <w:spacing w:after="120"/>
        <w:rPr>
          <w:color w:val="auto"/>
          <w:sz w:val="22"/>
          <w:szCs w:val="22"/>
        </w:rPr>
      </w:pPr>
      <w:r>
        <w:rPr>
          <w:color w:val="auto"/>
          <w:sz w:val="22"/>
          <w:szCs w:val="22"/>
        </w:rPr>
        <w:t xml:space="preserve">1. ZAMAWIAJĄCY przewiduje możliwość dokonania zmian postanowień umowy w stosunku do treści oferty, na podstawie której dokonany zostanie wybór WYKONAWCY, gdy dotyczą one: </w:t>
      </w:r>
    </w:p>
    <w:p w14:paraId="214286C0" w14:textId="77777777" w:rsidR="009675C7" w:rsidRDefault="009675C7" w:rsidP="00D04912">
      <w:pPr>
        <w:pStyle w:val="Default"/>
        <w:spacing w:after="120"/>
        <w:ind w:firstLine="426"/>
        <w:rPr>
          <w:color w:val="auto"/>
          <w:sz w:val="22"/>
          <w:szCs w:val="22"/>
        </w:rPr>
      </w:pPr>
      <w:r>
        <w:rPr>
          <w:color w:val="auto"/>
          <w:sz w:val="22"/>
          <w:szCs w:val="22"/>
        </w:rPr>
        <w:t xml:space="preserve">a) danych identyfikacyjnych strony umowy; </w:t>
      </w:r>
    </w:p>
    <w:p w14:paraId="1038262E" w14:textId="77777777" w:rsidR="009675C7" w:rsidRDefault="009675C7" w:rsidP="00D04912">
      <w:pPr>
        <w:pStyle w:val="Default"/>
        <w:spacing w:after="120"/>
        <w:ind w:firstLine="426"/>
        <w:rPr>
          <w:color w:val="auto"/>
          <w:sz w:val="22"/>
          <w:szCs w:val="22"/>
        </w:rPr>
      </w:pPr>
      <w:r>
        <w:rPr>
          <w:color w:val="auto"/>
          <w:sz w:val="22"/>
          <w:szCs w:val="22"/>
        </w:rPr>
        <w:t xml:space="preserve">b) likwidacji omyłek pisarskich lub rachunkowych w treści umowy; </w:t>
      </w:r>
    </w:p>
    <w:p w14:paraId="551D6F8D" w14:textId="77777777" w:rsidR="009675C7" w:rsidRDefault="009675C7" w:rsidP="00D04912">
      <w:pPr>
        <w:pStyle w:val="Default"/>
        <w:spacing w:after="120"/>
        <w:ind w:firstLine="426"/>
        <w:jc w:val="both"/>
        <w:rPr>
          <w:color w:val="auto"/>
          <w:sz w:val="22"/>
          <w:szCs w:val="22"/>
        </w:rPr>
      </w:pPr>
      <w:r>
        <w:rPr>
          <w:color w:val="auto"/>
          <w:sz w:val="22"/>
          <w:szCs w:val="22"/>
        </w:rPr>
        <w:t xml:space="preserve">c) wysokości wynagrodzenia WYKONAWCY w związku ze zmianą stawki podatku VAT lub podatku akcyzowego (o różnicę pomiędzy kwotą podatku wynikającą z dotychczasowego poziomu stawki a kwotą po jej zmianie); </w:t>
      </w:r>
    </w:p>
    <w:p w14:paraId="654D60F1" w14:textId="77777777" w:rsidR="009675C7" w:rsidRDefault="009675C7" w:rsidP="00D04912">
      <w:pPr>
        <w:pStyle w:val="Default"/>
        <w:spacing w:after="120"/>
        <w:ind w:firstLine="426"/>
        <w:jc w:val="both"/>
        <w:rPr>
          <w:color w:val="auto"/>
          <w:sz w:val="22"/>
          <w:szCs w:val="22"/>
        </w:rPr>
      </w:pPr>
      <w:r>
        <w:rPr>
          <w:color w:val="auto"/>
          <w:sz w:val="22"/>
          <w:szCs w:val="22"/>
        </w:rPr>
        <w:t xml:space="preserve">d) warunków realizacji umowy, z wyłączeniem zmiany wynagrodzenia WYKONAWCY, o ile jest to konieczne lub uzasadnione z punktu widzenia realizowanego zamówienia, jego społeczno-gospodarczego przeznaczenia czy interesu społecznego; </w:t>
      </w:r>
    </w:p>
    <w:p w14:paraId="648CECE4" w14:textId="77777777" w:rsidR="009675C7" w:rsidRDefault="009675C7" w:rsidP="00D04912">
      <w:pPr>
        <w:pStyle w:val="Default"/>
        <w:spacing w:after="120"/>
        <w:ind w:firstLine="426"/>
        <w:jc w:val="both"/>
        <w:rPr>
          <w:color w:val="auto"/>
          <w:sz w:val="22"/>
          <w:szCs w:val="22"/>
        </w:rPr>
      </w:pPr>
      <w:r>
        <w:rPr>
          <w:color w:val="auto"/>
          <w:sz w:val="22"/>
          <w:szCs w:val="22"/>
        </w:rPr>
        <w:t xml:space="preserve">e) zmian organizacyjnych u WYKONAWCY lub ZAMAWIAJĄCEGO, w tym również związanych z następstwem prawnym podmiotów. </w:t>
      </w:r>
    </w:p>
    <w:p w14:paraId="0D68E3E3" w14:textId="77777777" w:rsidR="009675C7" w:rsidRDefault="009675C7" w:rsidP="00D04912">
      <w:pPr>
        <w:pStyle w:val="Default"/>
        <w:spacing w:after="120"/>
        <w:jc w:val="both"/>
        <w:rPr>
          <w:color w:val="auto"/>
          <w:sz w:val="22"/>
          <w:szCs w:val="22"/>
        </w:rPr>
      </w:pPr>
      <w:r>
        <w:rPr>
          <w:color w:val="auto"/>
          <w:sz w:val="22"/>
          <w:szCs w:val="22"/>
        </w:rPr>
        <w:t xml:space="preserve">2. Zmiany, o których mowa w ust. 1 pkt d) – e) mogą zostać dokonane, jeżeli ich uzasadnieniem jest przynajmniej jedna z niżej wymienionych okoliczności: </w:t>
      </w:r>
    </w:p>
    <w:p w14:paraId="0BFB3503" w14:textId="77777777" w:rsidR="009675C7" w:rsidRDefault="009675C7" w:rsidP="00D04912">
      <w:pPr>
        <w:pStyle w:val="Default"/>
        <w:spacing w:after="120"/>
        <w:ind w:firstLine="426"/>
        <w:jc w:val="both"/>
        <w:rPr>
          <w:color w:val="auto"/>
          <w:sz w:val="22"/>
          <w:szCs w:val="22"/>
        </w:rPr>
      </w:pPr>
      <w:r>
        <w:rPr>
          <w:color w:val="auto"/>
          <w:sz w:val="22"/>
          <w:szCs w:val="22"/>
        </w:rPr>
        <w:lastRenderedPageBreak/>
        <w:t xml:space="preserve">a) działanie siły wyższej, która uniemożliwiła wykonanie umowy na dotychczas ustalonych warunkach (przez siłę wyższą należy rozumieć wystąpienie zdarzeń lub okoliczności nieprzewidywalnych, wywołanych przez czynniki zewnętrzne, na które strony umowy nie mają wpływu i przed którymi nie mogły się zabezpieczyć, przy zachowaniu należytej staranności stron umowy, w tym w szczególności: pożar, powódź, zalanie, trzęsienie ziemi, huragan, akt terrorystyczny, stan wyjątkowy, wojna, kryzys migracyjny lub humanitarny, zamieszki, strajki, klęski żywiołowe); </w:t>
      </w:r>
    </w:p>
    <w:p w14:paraId="3F2D7ABF" w14:textId="7492F0A8" w:rsidR="009675C7" w:rsidRDefault="009675C7" w:rsidP="00D04912">
      <w:pPr>
        <w:pStyle w:val="Default"/>
        <w:spacing w:after="120"/>
        <w:ind w:firstLine="426"/>
        <w:jc w:val="both"/>
        <w:rPr>
          <w:color w:val="auto"/>
          <w:sz w:val="22"/>
          <w:szCs w:val="22"/>
        </w:rPr>
      </w:pPr>
      <w:r>
        <w:rPr>
          <w:color w:val="auto"/>
          <w:sz w:val="22"/>
          <w:szCs w:val="22"/>
        </w:rPr>
        <w:t>b) zmiana przepisów prawnych obowiązujących w dniu zawarcia umowy, mająca wpływ na realizację zamówienia; zmiana umowy obowiązywać będzie nie wcześniej niż od dnia wejścia w</w:t>
      </w:r>
      <w:r w:rsidR="0048533F">
        <w:rPr>
          <w:color w:val="auto"/>
          <w:sz w:val="22"/>
          <w:szCs w:val="22"/>
        </w:rPr>
        <w:t> </w:t>
      </w:r>
      <w:r>
        <w:rPr>
          <w:color w:val="auto"/>
          <w:sz w:val="22"/>
          <w:szCs w:val="22"/>
        </w:rPr>
        <w:t xml:space="preserve">życie znowelizowanych przepisów prawa; </w:t>
      </w:r>
    </w:p>
    <w:p w14:paraId="4ECAD63D" w14:textId="77777777" w:rsidR="009675C7" w:rsidRDefault="009675C7" w:rsidP="00D04912">
      <w:pPr>
        <w:pStyle w:val="Default"/>
        <w:spacing w:after="120"/>
        <w:ind w:firstLine="426"/>
        <w:jc w:val="both"/>
        <w:rPr>
          <w:color w:val="auto"/>
          <w:sz w:val="22"/>
          <w:szCs w:val="22"/>
        </w:rPr>
      </w:pPr>
      <w:r>
        <w:rPr>
          <w:color w:val="auto"/>
          <w:sz w:val="22"/>
          <w:szCs w:val="22"/>
        </w:rPr>
        <w:t xml:space="preserve">c) brak możliwości realizacji zamówienia w sposób przewidziany w ofercie WYKONAWCY lub dokumentach zamówienia a w szczególności w opisie przedmiotu zamówienia, który nie jest spowodowany działaniem lub zaniechaniem stron umowy; </w:t>
      </w:r>
    </w:p>
    <w:p w14:paraId="5689CEBB" w14:textId="5D92EDED" w:rsidR="009675C7" w:rsidRDefault="009675C7" w:rsidP="00D04912">
      <w:pPr>
        <w:pStyle w:val="Default"/>
        <w:spacing w:after="120"/>
        <w:ind w:firstLine="426"/>
        <w:jc w:val="both"/>
        <w:rPr>
          <w:color w:val="auto"/>
          <w:sz w:val="22"/>
          <w:szCs w:val="22"/>
        </w:rPr>
      </w:pPr>
      <w:r>
        <w:rPr>
          <w:color w:val="auto"/>
          <w:sz w:val="22"/>
          <w:szCs w:val="22"/>
        </w:rPr>
        <w:t xml:space="preserve">d) sytuacje niezależne od WYKONAWCY, niemożliwe do przewidzenia na moment zawarcia umowy, które ujawniły się podczas realizacji przedmiotu umowy lub których skutków strony umowy nie były w stanie zminimalizować, pomimo zachowania należytej staranności. </w:t>
      </w:r>
    </w:p>
    <w:p w14:paraId="7FCCBD56" w14:textId="77777777" w:rsidR="009675C7" w:rsidRDefault="009675C7" w:rsidP="00D04912">
      <w:pPr>
        <w:pStyle w:val="Default"/>
        <w:spacing w:after="120"/>
        <w:rPr>
          <w:color w:val="auto"/>
          <w:sz w:val="22"/>
          <w:szCs w:val="22"/>
        </w:rPr>
      </w:pPr>
      <w:r>
        <w:rPr>
          <w:color w:val="auto"/>
          <w:sz w:val="22"/>
          <w:szCs w:val="22"/>
        </w:rPr>
        <w:t xml:space="preserve">3. Zmiany w umowie mogą być inicjowane przez ZAMAWIAJĄCEGO lub przez WYKONAWCĘ. </w:t>
      </w:r>
    </w:p>
    <w:p w14:paraId="6C88918A" w14:textId="77777777" w:rsidR="009675C7" w:rsidRDefault="009675C7" w:rsidP="00D04912">
      <w:pPr>
        <w:pStyle w:val="Default"/>
        <w:spacing w:after="120"/>
        <w:rPr>
          <w:color w:val="auto"/>
          <w:sz w:val="22"/>
          <w:szCs w:val="22"/>
        </w:rPr>
      </w:pPr>
      <w:r>
        <w:rPr>
          <w:color w:val="auto"/>
          <w:sz w:val="22"/>
          <w:szCs w:val="22"/>
        </w:rPr>
        <w:t xml:space="preserve">4. Warunki wprowadzenia zmiany do umowy: </w:t>
      </w:r>
    </w:p>
    <w:p w14:paraId="4E443A5E" w14:textId="12B98258" w:rsidR="009675C7" w:rsidRDefault="009675C7" w:rsidP="00D04912">
      <w:pPr>
        <w:pStyle w:val="Default"/>
        <w:ind w:left="567" w:hanging="283"/>
        <w:jc w:val="both"/>
        <w:rPr>
          <w:color w:val="auto"/>
          <w:sz w:val="22"/>
          <w:szCs w:val="22"/>
        </w:rPr>
      </w:pPr>
      <w:r>
        <w:rPr>
          <w:color w:val="auto"/>
          <w:sz w:val="22"/>
          <w:szCs w:val="22"/>
        </w:rPr>
        <w:t>a) O wystąpieniu okoliczności stanowiących podstawę zmiany umowy strona występująca o</w:t>
      </w:r>
      <w:r w:rsidR="0048533F">
        <w:rPr>
          <w:color w:val="auto"/>
          <w:sz w:val="22"/>
          <w:szCs w:val="22"/>
        </w:rPr>
        <w:t> </w:t>
      </w:r>
      <w:r>
        <w:rPr>
          <w:color w:val="auto"/>
          <w:sz w:val="22"/>
          <w:szCs w:val="22"/>
        </w:rPr>
        <w:t xml:space="preserve">tę zmianę powinna poinformować drugą stronę pisemnie. </w:t>
      </w:r>
    </w:p>
    <w:p w14:paraId="2A7FFCE5" w14:textId="77777777" w:rsidR="009675C7" w:rsidRDefault="009675C7" w:rsidP="00D04912">
      <w:pPr>
        <w:pStyle w:val="Default"/>
        <w:ind w:left="567" w:hanging="283"/>
        <w:jc w:val="both"/>
        <w:rPr>
          <w:color w:val="auto"/>
          <w:sz w:val="22"/>
          <w:szCs w:val="22"/>
        </w:rPr>
      </w:pPr>
      <w:r>
        <w:rPr>
          <w:color w:val="auto"/>
          <w:sz w:val="22"/>
          <w:szCs w:val="22"/>
        </w:rPr>
        <w:t xml:space="preserve">b) Strona występująca o zmianę postanowień umowy zobowiązana jest do udokumentowania okoliczności stanowiących podstawę zmiany (o ile jest to możliwe). </w:t>
      </w:r>
    </w:p>
    <w:p w14:paraId="0B15A161" w14:textId="77777777" w:rsidR="009675C7" w:rsidRDefault="009675C7" w:rsidP="00D04912">
      <w:pPr>
        <w:pStyle w:val="Default"/>
        <w:ind w:left="567" w:hanging="283"/>
        <w:rPr>
          <w:color w:val="auto"/>
          <w:sz w:val="22"/>
          <w:szCs w:val="22"/>
        </w:rPr>
      </w:pPr>
      <w:r>
        <w:rPr>
          <w:color w:val="auto"/>
          <w:sz w:val="22"/>
          <w:szCs w:val="22"/>
        </w:rPr>
        <w:t xml:space="preserve">c) Złożony wniosek o zmianę powinien zawierać w szczególności: </w:t>
      </w:r>
    </w:p>
    <w:p w14:paraId="57DCC4F4" w14:textId="77777777" w:rsidR="009675C7" w:rsidRDefault="009675C7" w:rsidP="00D04912">
      <w:pPr>
        <w:pStyle w:val="Default"/>
        <w:ind w:left="567"/>
        <w:rPr>
          <w:color w:val="auto"/>
          <w:sz w:val="22"/>
          <w:szCs w:val="22"/>
        </w:rPr>
      </w:pPr>
      <w:r>
        <w:rPr>
          <w:color w:val="auto"/>
          <w:sz w:val="22"/>
          <w:szCs w:val="22"/>
        </w:rPr>
        <w:t xml:space="preserve">- opis propozycji zmiany (np. treść proponowanych zapisów umownych), </w:t>
      </w:r>
    </w:p>
    <w:p w14:paraId="4B7C9FC1" w14:textId="77777777" w:rsidR="009675C7" w:rsidRDefault="009675C7" w:rsidP="00D04912">
      <w:pPr>
        <w:pStyle w:val="Default"/>
        <w:spacing w:after="120"/>
        <w:ind w:left="567"/>
        <w:rPr>
          <w:color w:val="auto"/>
          <w:sz w:val="22"/>
          <w:szCs w:val="22"/>
        </w:rPr>
      </w:pPr>
      <w:r>
        <w:rPr>
          <w:color w:val="auto"/>
          <w:sz w:val="22"/>
          <w:szCs w:val="22"/>
        </w:rPr>
        <w:t xml:space="preserve">- uzasadnienie zmiany wraz z dowodami, o których mowa w pkt b). </w:t>
      </w:r>
    </w:p>
    <w:p w14:paraId="131FD298" w14:textId="6E09C532" w:rsidR="009675C7" w:rsidRDefault="009675C7" w:rsidP="00D04912">
      <w:pPr>
        <w:pStyle w:val="Default"/>
        <w:spacing w:after="120"/>
        <w:jc w:val="both"/>
        <w:rPr>
          <w:color w:val="auto"/>
          <w:sz w:val="22"/>
          <w:szCs w:val="22"/>
        </w:rPr>
      </w:pPr>
      <w:r>
        <w:rPr>
          <w:color w:val="auto"/>
          <w:sz w:val="22"/>
          <w:szCs w:val="22"/>
        </w:rPr>
        <w:t>5. Zmiany umowy wymagają zgody obu stron (WYKONAWCY i ZAMAWIAJĄCEGO) wyrażonej w</w:t>
      </w:r>
      <w:r w:rsidR="0048533F">
        <w:rPr>
          <w:color w:val="auto"/>
          <w:sz w:val="22"/>
          <w:szCs w:val="22"/>
        </w:rPr>
        <w:t> </w:t>
      </w:r>
      <w:r>
        <w:rPr>
          <w:color w:val="auto"/>
          <w:sz w:val="22"/>
          <w:szCs w:val="22"/>
        </w:rPr>
        <w:t xml:space="preserve">formie pisemnego aneksu, pod rygorem nieważności, chyba że postanowienia umowy stanowią inaczej. </w:t>
      </w:r>
    </w:p>
    <w:p w14:paraId="46DEBF73" w14:textId="77777777" w:rsidR="009675C7" w:rsidRDefault="009675C7" w:rsidP="00D04912">
      <w:pPr>
        <w:pStyle w:val="Default"/>
        <w:spacing w:after="120"/>
        <w:jc w:val="both"/>
        <w:rPr>
          <w:color w:val="auto"/>
          <w:sz w:val="22"/>
          <w:szCs w:val="22"/>
        </w:rPr>
      </w:pPr>
      <w:r>
        <w:rPr>
          <w:color w:val="auto"/>
          <w:sz w:val="22"/>
          <w:szCs w:val="22"/>
        </w:rPr>
        <w:t xml:space="preserve">6. Strony dopuszczają zmianę wynagrodzenia, na podstawie wniosku złożonego przez Wykonawcę, nie wcześniej jednak niż po upływie 6 miesięcy od dnia zawarcia umowy. Zmiany wysokości wynagrodzenia, nie mogą być wprowadzane częściej niż co 6 miesięcy. </w:t>
      </w:r>
    </w:p>
    <w:p w14:paraId="6A637B63" w14:textId="77777777" w:rsidR="009675C7" w:rsidRDefault="009675C7" w:rsidP="00D04912">
      <w:pPr>
        <w:pStyle w:val="Default"/>
        <w:spacing w:after="120"/>
        <w:jc w:val="both"/>
        <w:rPr>
          <w:color w:val="auto"/>
          <w:sz w:val="22"/>
          <w:szCs w:val="22"/>
        </w:rPr>
      </w:pPr>
      <w:r>
        <w:rPr>
          <w:color w:val="auto"/>
          <w:sz w:val="22"/>
          <w:szCs w:val="22"/>
        </w:rPr>
        <w:t xml:space="preserve">7. Wniosek o zmianę wynagrodzenia, może dotyczyć wyłącznie wynagrodzenia za niezrealizowane dostawy. Poziom zmiany ceny nie może być wyższy niż 10 % od pierwotnej wysokości ceny. </w:t>
      </w:r>
    </w:p>
    <w:p w14:paraId="0581724A" w14:textId="77777777" w:rsidR="009675C7" w:rsidRDefault="009675C7" w:rsidP="00D04912">
      <w:pPr>
        <w:pStyle w:val="Default"/>
        <w:spacing w:afterLines="120" w:after="288"/>
        <w:rPr>
          <w:color w:val="auto"/>
          <w:sz w:val="22"/>
          <w:szCs w:val="22"/>
        </w:rPr>
      </w:pPr>
    </w:p>
    <w:p w14:paraId="520A34E2" w14:textId="05A89A7D" w:rsidR="009675C7" w:rsidRDefault="009675C7" w:rsidP="009675C7">
      <w:pPr>
        <w:pStyle w:val="Default"/>
        <w:jc w:val="center"/>
        <w:rPr>
          <w:color w:val="auto"/>
          <w:sz w:val="22"/>
          <w:szCs w:val="22"/>
        </w:rPr>
      </w:pPr>
      <w:r>
        <w:rPr>
          <w:b/>
          <w:bCs/>
          <w:color w:val="auto"/>
          <w:sz w:val="22"/>
          <w:szCs w:val="22"/>
        </w:rPr>
        <w:t>§ 1</w:t>
      </w:r>
      <w:r w:rsidR="00AC0B55">
        <w:rPr>
          <w:b/>
          <w:bCs/>
          <w:color w:val="auto"/>
          <w:sz w:val="22"/>
          <w:szCs w:val="22"/>
        </w:rPr>
        <w:t>3</w:t>
      </w:r>
      <w:r>
        <w:rPr>
          <w:b/>
          <w:bCs/>
          <w:color w:val="auto"/>
          <w:sz w:val="22"/>
          <w:szCs w:val="22"/>
        </w:rPr>
        <w:t>.</w:t>
      </w:r>
    </w:p>
    <w:p w14:paraId="6C9B9E30" w14:textId="77777777" w:rsidR="009675C7" w:rsidRDefault="009675C7" w:rsidP="009675C7">
      <w:pPr>
        <w:pStyle w:val="Default"/>
        <w:jc w:val="center"/>
        <w:rPr>
          <w:color w:val="auto"/>
          <w:sz w:val="22"/>
          <w:szCs w:val="22"/>
        </w:rPr>
      </w:pPr>
      <w:r>
        <w:rPr>
          <w:b/>
          <w:bCs/>
          <w:color w:val="auto"/>
          <w:sz w:val="22"/>
          <w:szCs w:val="22"/>
        </w:rPr>
        <w:t>ROZSTRZYGANIE SPORÓW I OBOWIĄZUJĄCE PRAWO</w:t>
      </w:r>
    </w:p>
    <w:p w14:paraId="29107A58" w14:textId="77777777" w:rsidR="009675C7" w:rsidRDefault="009675C7" w:rsidP="00D04912">
      <w:pPr>
        <w:pStyle w:val="Default"/>
        <w:spacing w:after="120"/>
        <w:jc w:val="both"/>
        <w:rPr>
          <w:color w:val="auto"/>
          <w:sz w:val="22"/>
          <w:szCs w:val="22"/>
        </w:rPr>
      </w:pPr>
      <w:r>
        <w:rPr>
          <w:color w:val="auto"/>
          <w:sz w:val="22"/>
          <w:szCs w:val="22"/>
        </w:rPr>
        <w:t xml:space="preserve">1. Strony poddają się rozstrzygnięciu sporów związanych z realizacją umowy przez Sąd właściwy dla siedziby ZAMAWIAJĄCEGO. </w:t>
      </w:r>
    </w:p>
    <w:p w14:paraId="783252D0" w14:textId="1AED1BB0" w:rsidR="009675C7" w:rsidRDefault="009675C7" w:rsidP="00D04912">
      <w:pPr>
        <w:pStyle w:val="Default"/>
        <w:spacing w:after="120"/>
        <w:jc w:val="both"/>
        <w:rPr>
          <w:color w:val="auto"/>
          <w:sz w:val="22"/>
          <w:szCs w:val="22"/>
        </w:rPr>
      </w:pPr>
      <w:r>
        <w:rPr>
          <w:color w:val="auto"/>
          <w:sz w:val="22"/>
          <w:szCs w:val="22"/>
        </w:rPr>
        <w:lastRenderedPageBreak/>
        <w:t>2. W sprawach nieuregulowanych postanowieniami niniejszej umowy będą miały zastosowanie odpowiednie przepisy ustawy z dnia 23 kwietnia 1964r. - Kodeks cywilny i ustawy z dnia 11</w:t>
      </w:r>
      <w:r w:rsidR="00D04912">
        <w:rPr>
          <w:color w:val="auto"/>
          <w:sz w:val="22"/>
          <w:szCs w:val="22"/>
        </w:rPr>
        <w:t> </w:t>
      </w:r>
      <w:r>
        <w:rPr>
          <w:color w:val="auto"/>
          <w:sz w:val="22"/>
          <w:szCs w:val="22"/>
        </w:rPr>
        <w:t>września 2019</w:t>
      </w:r>
      <w:r w:rsidR="00D04912">
        <w:rPr>
          <w:color w:val="auto"/>
          <w:sz w:val="22"/>
          <w:szCs w:val="22"/>
        </w:rPr>
        <w:t xml:space="preserve"> </w:t>
      </w:r>
      <w:r>
        <w:rPr>
          <w:color w:val="auto"/>
          <w:sz w:val="22"/>
          <w:szCs w:val="22"/>
        </w:rPr>
        <w:t xml:space="preserve">r. - Prawo zamówień publicznych. </w:t>
      </w:r>
    </w:p>
    <w:p w14:paraId="0EE96B33" w14:textId="77777777" w:rsidR="009675C7" w:rsidRDefault="009675C7" w:rsidP="009675C7">
      <w:pPr>
        <w:pStyle w:val="Default"/>
        <w:rPr>
          <w:color w:val="auto"/>
          <w:sz w:val="22"/>
          <w:szCs w:val="22"/>
        </w:rPr>
      </w:pPr>
    </w:p>
    <w:p w14:paraId="3EF6004C" w14:textId="77777777" w:rsidR="007048D5" w:rsidRDefault="007048D5" w:rsidP="009675C7">
      <w:pPr>
        <w:pStyle w:val="Default"/>
        <w:jc w:val="center"/>
        <w:rPr>
          <w:b/>
          <w:bCs/>
          <w:color w:val="auto"/>
          <w:sz w:val="22"/>
          <w:szCs w:val="22"/>
        </w:rPr>
      </w:pPr>
    </w:p>
    <w:p w14:paraId="7E7627DE" w14:textId="77777777" w:rsidR="007048D5" w:rsidRDefault="007048D5" w:rsidP="009675C7">
      <w:pPr>
        <w:pStyle w:val="Default"/>
        <w:jc w:val="center"/>
        <w:rPr>
          <w:b/>
          <w:bCs/>
          <w:color w:val="auto"/>
          <w:sz w:val="22"/>
          <w:szCs w:val="22"/>
        </w:rPr>
      </w:pPr>
    </w:p>
    <w:p w14:paraId="15E45BB3" w14:textId="77777777" w:rsidR="007048D5" w:rsidRDefault="007048D5" w:rsidP="009675C7">
      <w:pPr>
        <w:pStyle w:val="Default"/>
        <w:jc w:val="center"/>
        <w:rPr>
          <w:b/>
          <w:bCs/>
          <w:color w:val="auto"/>
          <w:sz w:val="22"/>
          <w:szCs w:val="22"/>
        </w:rPr>
      </w:pPr>
    </w:p>
    <w:p w14:paraId="2BC23B47" w14:textId="6EF58DAC" w:rsidR="009675C7" w:rsidRDefault="009675C7" w:rsidP="009675C7">
      <w:pPr>
        <w:pStyle w:val="Default"/>
        <w:jc w:val="center"/>
        <w:rPr>
          <w:color w:val="auto"/>
          <w:sz w:val="22"/>
          <w:szCs w:val="22"/>
        </w:rPr>
      </w:pPr>
      <w:r>
        <w:rPr>
          <w:b/>
          <w:bCs/>
          <w:color w:val="auto"/>
          <w:sz w:val="22"/>
          <w:szCs w:val="22"/>
        </w:rPr>
        <w:t>§ 1</w:t>
      </w:r>
      <w:r w:rsidR="00AC0B55">
        <w:rPr>
          <w:b/>
          <w:bCs/>
          <w:color w:val="auto"/>
          <w:sz w:val="22"/>
          <w:szCs w:val="22"/>
        </w:rPr>
        <w:t>4</w:t>
      </w:r>
      <w:r>
        <w:rPr>
          <w:b/>
          <w:bCs/>
          <w:color w:val="auto"/>
          <w:sz w:val="22"/>
          <w:szCs w:val="22"/>
        </w:rPr>
        <w:t>.</w:t>
      </w:r>
    </w:p>
    <w:p w14:paraId="5568CBAA" w14:textId="77777777" w:rsidR="009675C7" w:rsidRDefault="009675C7" w:rsidP="009675C7">
      <w:pPr>
        <w:pStyle w:val="Default"/>
        <w:jc w:val="center"/>
        <w:rPr>
          <w:color w:val="auto"/>
          <w:sz w:val="22"/>
          <w:szCs w:val="22"/>
        </w:rPr>
      </w:pPr>
      <w:r>
        <w:rPr>
          <w:b/>
          <w:bCs/>
          <w:color w:val="auto"/>
          <w:sz w:val="22"/>
          <w:szCs w:val="22"/>
        </w:rPr>
        <w:t>POSTANOWIENIA KOŃCOWE</w:t>
      </w:r>
    </w:p>
    <w:p w14:paraId="305A0D6E" w14:textId="5ADD5FCE" w:rsidR="009675C7" w:rsidRDefault="009675C7" w:rsidP="009675C7">
      <w:pPr>
        <w:pStyle w:val="Default"/>
        <w:jc w:val="both"/>
        <w:rPr>
          <w:color w:val="auto"/>
          <w:sz w:val="22"/>
          <w:szCs w:val="22"/>
        </w:rPr>
      </w:pPr>
      <w:r>
        <w:rPr>
          <w:color w:val="auto"/>
          <w:sz w:val="22"/>
          <w:szCs w:val="22"/>
        </w:rPr>
        <w:t>Umowę sporządzono w 4 jednobrzmiących egzemplarzach: 3 egzemplarze dla ZAMAWIAJĄCEGO</w:t>
      </w:r>
      <w:r w:rsidR="00D04912">
        <w:rPr>
          <w:color w:val="auto"/>
          <w:sz w:val="22"/>
          <w:szCs w:val="22"/>
        </w:rPr>
        <w:t xml:space="preserve"> </w:t>
      </w:r>
      <w:r>
        <w:rPr>
          <w:color w:val="auto"/>
          <w:sz w:val="22"/>
          <w:szCs w:val="22"/>
        </w:rPr>
        <w:t xml:space="preserve">i 1 egzemplarz dla WYKONAWCY. </w:t>
      </w:r>
    </w:p>
    <w:p w14:paraId="09C1F22E" w14:textId="77777777" w:rsidR="009675C7" w:rsidRDefault="009675C7" w:rsidP="009675C7">
      <w:pPr>
        <w:pStyle w:val="Default"/>
        <w:jc w:val="both"/>
        <w:rPr>
          <w:color w:val="auto"/>
          <w:sz w:val="22"/>
          <w:szCs w:val="22"/>
        </w:rPr>
      </w:pPr>
    </w:p>
    <w:p w14:paraId="7074918B" w14:textId="77777777" w:rsidR="009675C7" w:rsidRDefault="009675C7" w:rsidP="009675C7">
      <w:pPr>
        <w:pStyle w:val="Default"/>
        <w:jc w:val="both"/>
        <w:rPr>
          <w:color w:val="auto"/>
          <w:sz w:val="22"/>
          <w:szCs w:val="22"/>
        </w:rPr>
      </w:pPr>
    </w:p>
    <w:p w14:paraId="059F003A" w14:textId="49D657E0" w:rsidR="009675C7" w:rsidRPr="00EB5904" w:rsidRDefault="007048D5" w:rsidP="009675C7">
      <w:r>
        <w:rPr>
          <w:b/>
          <w:bCs/>
        </w:rPr>
        <w:t xml:space="preserve">        </w:t>
      </w:r>
      <w:r w:rsidR="009675C7">
        <w:rPr>
          <w:b/>
          <w:bCs/>
        </w:rPr>
        <w:t xml:space="preserve">WYKONAWCA </w:t>
      </w:r>
      <w:r w:rsidR="009675C7">
        <w:rPr>
          <w:b/>
          <w:bCs/>
        </w:rPr>
        <w:tab/>
      </w:r>
      <w:r w:rsidR="009675C7">
        <w:rPr>
          <w:b/>
          <w:bCs/>
        </w:rPr>
        <w:tab/>
      </w:r>
      <w:r w:rsidR="009675C7">
        <w:rPr>
          <w:b/>
          <w:bCs/>
        </w:rPr>
        <w:tab/>
      </w:r>
      <w:r w:rsidR="009675C7">
        <w:rPr>
          <w:b/>
          <w:bCs/>
        </w:rPr>
        <w:tab/>
      </w:r>
      <w:r w:rsidR="009675C7">
        <w:rPr>
          <w:b/>
          <w:bCs/>
        </w:rPr>
        <w:tab/>
      </w:r>
      <w:r w:rsidR="009675C7">
        <w:rPr>
          <w:b/>
          <w:bCs/>
        </w:rPr>
        <w:tab/>
      </w:r>
      <w:r w:rsidR="009675C7">
        <w:rPr>
          <w:b/>
          <w:bCs/>
        </w:rPr>
        <w:tab/>
      </w:r>
      <w:r w:rsidR="009675C7">
        <w:rPr>
          <w:b/>
          <w:bCs/>
        </w:rPr>
        <w:tab/>
        <w:t>ZAMAWIAJĄCY</w:t>
      </w:r>
    </w:p>
    <w:p w14:paraId="04FD9475" w14:textId="24FABFE4" w:rsidR="00B70F42" w:rsidRPr="00B70F42" w:rsidRDefault="00B70F42" w:rsidP="009675C7"/>
    <w:sectPr w:rsidR="00B70F42" w:rsidRPr="00B70F42" w:rsidSect="00120FA1">
      <w:headerReference w:type="default" r:id="rId8"/>
      <w:footerReference w:type="default" r:id="rId9"/>
      <w:pgSz w:w="12240" w:h="15840"/>
      <w:pgMar w:top="2410" w:right="1418" w:bottom="1418" w:left="1418" w:header="142" w:footer="2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F9722" w14:textId="77777777" w:rsidR="0063795E" w:rsidRDefault="0063795E" w:rsidP="00120FA1">
      <w:pPr>
        <w:spacing w:after="0" w:line="240" w:lineRule="auto"/>
      </w:pPr>
      <w:r>
        <w:separator/>
      </w:r>
    </w:p>
  </w:endnote>
  <w:endnote w:type="continuationSeparator" w:id="0">
    <w:p w14:paraId="067EF868" w14:textId="77777777" w:rsidR="0063795E" w:rsidRDefault="0063795E" w:rsidP="00120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16848" w14:textId="79EDB5E0" w:rsidR="00120FA1" w:rsidRDefault="00120FA1" w:rsidP="00120FA1">
    <w:pPr>
      <w:pStyle w:val="Stopka"/>
      <w:rPr>
        <w:rFonts w:eastAsia="Times New Roman" w:cstheme="minorHAnsi"/>
        <w:noProof/>
        <w:color w:val="000000"/>
        <w:sz w:val="20"/>
        <w:szCs w:val="20"/>
        <w:u w:color="000000"/>
        <w:lang w:eastAsia="pl-PL"/>
      </w:rPr>
    </w:pPr>
    <w:r>
      <w:rPr>
        <w:rFonts w:eastAsia="Times New Roman" w:cstheme="minorHAnsi"/>
        <w:noProof/>
        <w:color w:val="000000"/>
        <w:sz w:val="20"/>
        <w:szCs w:val="20"/>
        <w:u w:color="000000"/>
        <w:lang w:eastAsia="pl-PL"/>
      </w:rPr>
      <w:t xml:space="preserve">Załącznik nr </w:t>
    </w:r>
    <w:r w:rsidR="0048533F">
      <w:rPr>
        <w:rFonts w:eastAsia="Times New Roman" w:cstheme="minorHAnsi"/>
        <w:noProof/>
        <w:color w:val="000000"/>
        <w:sz w:val="20"/>
        <w:szCs w:val="20"/>
        <w:u w:color="000000"/>
        <w:lang w:eastAsia="pl-PL"/>
      </w:rPr>
      <w:t>3</w:t>
    </w:r>
    <w:r>
      <w:rPr>
        <w:rFonts w:eastAsia="Times New Roman" w:cstheme="minorHAnsi"/>
        <w:noProof/>
        <w:color w:val="000000"/>
        <w:sz w:val="20"/>
        <w:szCs w:val="20"/>
        <w:u w:color="000000"/>
        <w:lang w:eastAsia="pl-PL"/>
      </w:rPr>
      <w:t xml:space="preserve"> do SWZ. </w:t>
    </w:r>
    <w:r w:rsidR="00B70F42">
      <w:rPr>
        <w:rFonts w:eastAsia="Times New Roman" w:cstheme="minorHAnsi"/>
        <w:noProof/>
        <w:color w:val="000000"/>
        <w:sz w:val="20"/>
        <w:szCs w:val="20"/>
        <w:u w:color="000000"/>
        <w:lang w:eastAsia="pl-PL"/>
      </w:rPr>
      <w:t xml:space="preserve">Wzór </w:t>
    </w:r>
    <w:r w:rsidR="0048533F">
      <w:rPr>
        <w:rFonts w:eastAsia="Times New Roman" w:cstheme="minorHAnsi"/>
        <w:noProof/>
        <w:color w:val="000000"/>
        <w:sz w:val="20"/>
        <w:szCs w:val="20"/>
        <w:u w:color="000000"/>
        <w:lang w:eastAsia="pl-PL"/>
      </w:rPr>
      <w:t>umowy</w:t>
    </w:r>
  </w:p>
  <w:p w14:paraId="39AC9717" w14:textId="51A60BF7" w:rsidR="00120FA1" w:rsidRPr="00120FA1" w:rsidRDefault="00120FA1">
    <w:pPr>
      <w:pStyle w:val="Stopka"/>
      <w:rPr>
        <w:rFonts w:cstheme="minorHAnsi"/>
        <w:sz w:val="20"/>
        <w:szCs w:val="18"/>
      </w:rPr>
    </w:pPr>
    <w:r w:rsidRPr="00D035EA">
      <w:rPr>
        <w:rFonts w:eastAsia="Times New Roman" w:cstheme="minorHAnsi"/>
        <w:noProof/>
        <w:color w:val="000000"/>
        <w:sz w:val="20"/>
        <w:szCs w:val="20"/>
        <w:u w:color="000000"/>
        <w:lang w:eastAsia="pl-PL"/>
      </w:rPr>
      <w:t>Przygotował: Łukasz Bis, lukasz.bis@e-sokolow-mlp.pl</w:t>
    </w:r>
    <w:r w:rsidRPr="00D035EA">
      <w:rPr>
        <w:rFonts w:cstheme="minorHAnsi"/>
        <w:sz w:val="20"/>
        <w:szCs w:val="18"/>
      </w:rPr>
      <w:ptab w:relativeTo="margin" w:alignment="right" w:leader="none"/>
    </w:r>
    <w:sdt>
      <w:sdtPr>
        <w:rPr>
          <w:rFonts w:cstheme="minorHAnsi"/>
          <w:sz w:val="20"/>
          <w:szCs w:val="18"/>
        </w:rPr>
        <w:id w:val="346761292"/>
        <w:docPartObj>
          <w:docPartGallery w:val="Page Numbers (Bottom of Page)"/>
          <w:docPartUnique/>
        </w:docPartObj>
      </w:sdtPr>
      <w:sdtEndPr/>
      <w:sdtContent>
        <w:r w:rsidRPr="00D035EA">
          <w:rPr>
            <w:rFonts w:cstheme="minorHAnsi"/>
            <w:sz w:val="20"/>
            <w:szCs w:val="18"/>
          </w:rPr>
          <w:t xml:space="preserve">str. </w:t>
        </w:r>
        <w:r w:rsidRPr="00D035EA">
          <w:rPr>
            <w:rFonts w:cstheme="minorHAnsi"/>
            <w:sz w:val="20"/>
            <w:szCs w:val="18"/>
          </w:rPr>
          <w:fldChar w:fldCharType="begin"/>
        </w:r>
        <w:r w:rsidRPr="00D035EA">
          <w:rPr>
            <w:rFonts w:cstheme="minorHAnsi"/>
            <w:sz w:val="20"/>
            <w:szCs w:val="18"/>
          </w:rPr>
          <w:instrText>PAGE    \* MERGEFORMAT</w:instrText>
        </w:r>
        <w:r w:rsidRPr="00D035EA">
          <w:rPr>
            <w:rFonts w:cstheme="minorHAnsi"/>
            <w:sz w:val="20"/>
            <w:szCs w:val="18"/>
          </w:rPr>
          <w:fldChar w:fldCharType="separate"/>
        </w:r>
        <w:r w:rsidR="00A14461">
          <w:rPr>
            <w:rFonts w:cstheme="minorHAnsi"/>
            <w:noProof/>
            <w:sz w:val="20"/>
            <w:szCs w:val="18"/>
          </w:rPr>
          <w:t>12</w:t>
        </w:r>
        <w:r w:rsidRPr="00D035EA">
          <w:rPr>
            <w:rFonts w:cstheme="minorHAnsi"/>
            <w:sz w:val="20"/>
            <w:szCs w:val="18"/>
          </w:rPr>
          <w:fldChar w:fldCharType="end"/>
        </w:r>
        <w:r w:rsidRPr="00D035EA">
          <w:rPr>
            <w:rFonts w:cstheme="minorHAnsi"/>
            <w:sz w:val="20"/>
            <w:szCs w:val="18"/>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1D5A92" w14:textId="77777777" w:rsidR="0063795E" w:rsidRDefault="0063795E" w:rsidP="00120FA1">
      <w:pPr>
        <w:spacing w:after="0" w:line="240" w:lineRule="auto"/>
      </w:pPr>
      <w:r>
        <w:separator/>
      </w:r>
    </w:p>
  </w:footnote>
  <w:footnote w:type="continuationSeparator" w:id="0">
    <w:p w14:paraId="78F3F940" w14:textId="77777777" w:rsidR="0063795E" w:rsidRDefault="0063795E" w:rsidP="00120F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1F3BC" w14:textId="77777777" w:rsidR="00120FA1" w:rsidRDefault="00120FA1" w:rsidP="00120FA1">
    <w:pPr>
      <w:pStyle w:val="Nagwek"/>
    </w:pPr>
    <w:r>
      <w:rPr>
        <w:noProof/>
        <w:lang w:val="pl-PL" w:eastAsia="pl-PL"/>
      </w:rPr>
      <w:drawing>
        <wp:inline distT="0" distB="0" distL="0" distR="0" wp14:anchorId="2005BA42" wp14:editId="16C72FD3">
          <wp:extent cx="1539240" cy="813763"/>
          <wp:effectExtent l="0" t="0" r="3810" b="5715"/>
          <wp:docPr id="2030716631" name="Obraz 1" descr="System iPf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stem iPfr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5958" cy="817314"/>
                  </a:xfrm>
                  <a:prstGeom prst="rect">
                    <a:avLst/>
                  </a:prstGeom>
                  <a:noFill/>
                  <a:ln>
                    <a:noFill/>
                  </a:ln>
                </pic:spPr>
              </pic:pic>
            </a:graphicData>
          </a:graphic>
        </wp:inline>
      </w:drawing>
    </w:r>
    <w:r>
      <w:tab/>
    </w:r>
    <w:r>
      <w:tab/>
    </w:r>
    <w:r>
      <w:rPr>
        <w:noProof/>
        <w:lang w:val="pl-PL" w:eastAsia="pl-PL"/>
      </w:rPr>
      <w:drawing>
        <wp:inline distT="0" distB="0" distL="0" distR="0" wp14:anchorId="72826DD1" wp14:editId="10BBE5A9">
          <wp:extent cx="1615440" cy="620500"/>
          <wp:effectExtent l="0" t="0" r="3810" b="0"/>
          <wp:docPr id="106354054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4192" cy="623862"/>
                  </a:xfrm>
                  <a:prstGeom prst="rect">
                    <a:avLst/>
                  </a:prstGeom>
                  <a:noFill/>
                  <a:ln>
                    <a:noFill/>
                  </a:ln>
                </pic:spPr>
              </pic:pic>
            </a:graphicData>
          </a:graphic>
        </wp:inline>
      </w:drawing>
    </w:r>
  </w:p>
  <w:p w14:paraId="543043FE" w14:textId="1D5332DF" w:rsidR="00120FA1" w:rsidRPr="00D035EA" w:rsidRDefault="00120FA1" w:rsidP="00120FA1">
    <w:pPr>
      <w:pStyle w:val="Nagwek"/>
      <w:jc w:val="center"/>
      <w:rPr>
        <w:rFonts w:asciiTheme="majorHAnsi" w:hAnsiTheme="majorHAnsi" w:cstheme="majorHAnsi"/>
        <w:sz w:val="20"/>
        <w:szCs w:val="18"/>
      </w:rPr>
    </w:pPr>
    <w:bookmarkStart w:id="3" w:name="_Hlk209439092"/>
    <w:r w:rsidRPr="00D035EA">
      <w:rPr>
        <w:rFonts w:asciiTheme="majorHAnsi" w:hAnsiTheme="majorHAnsi" w:cstheme="majorHAnsi"/>
        <w:sz w:val="20"/>
        <w:szCs w:val="18"/>
      </w:rPr>
      <w:t>SO.27</w:t>
    </w:r>
    <w:r>
      <w:rPr>
        <w:rFonts w:asciiTheme="majorHAnsi" w:hAnsiTheme="majorHAnsi" w:cstheme="majorHAnsi"/>
        <w:sz w:val="20"/>
        <w:szCs w:val="18"/>
      </w:rPr>
      <w:t>2</w:t>
    </w:r>
    <w:r w:rsidRPr="00D035EA">
      <w:rPr>
        <w:rFonts w:asciiTheme="majorHAnsi" w:hAnsiTheme="majorHAnsi" w:cstheme="majorHAnsi"/>
        <w:sz w:val="20"/>
        <w:szCs w:val="18"/>
      </w:rPr>
      <w:t>.</w:t>
    </w:r>
    <w:r w:rsidR="00FC26DA">
      <w:rPr>
        <w:rFonts w:asciiTheme="majorHAnsi" w:hAnsiTheme="majorHAnsi" w:cstheme="majorHAnsi"/>
        <w:sz w:val="20"/>
        <w:szCs w:val="18"/>
      </w:rPr>
      <w:t>1</w:t>
    </w:r>
    <w:r w:rsidRPr="00D035EA">
      <w:rPr>
        <w:rFonts w:asciiTheme="majorHAnsi" w:hAnsiTheme="majorHAnsi" w:cstheme="majorHAnsi"/>
        <w:sz w:val="20"/>
        <w:szCs w:val="18"/>
      </w:rPr>
      <w:t>.202</w:t>
    </w:r>
    <w:r w:rsidR="00FC26DA">
      <w:rPr>
        <w:rFonts w:asciiTheme="majorHAnsi" w:hAnsiTheme="majorHAnsi" w:cstheme="majorHAnsi"/>
        <w:sz w:val="20"/>
        <w:szCs w:val="18"/>
      </w:rPr>
      <w:t>6</w:t>
    </w:r>
    <w:r w:rsidRPr="00D035EA">
      <w:rPr>
        <w:rFonts w:asciiTheme="majorHAnsi" w:hAnsiTheme="majorHAnsi" w:cstheme="majorHAnsi"/>
        <w:sz w:val="20"/>
        <w:szCs w:val="18"/>
      </w:rPr>
      <w:t>.ŁB</w:t>
    </w:r>
  </w:p>
  <w:bookmarkEnd w:id="3"/>
  <w:p w14:paraId="44D6DFF6" w14:textId="77777777" w:rsidR="00FC26DA" w:rsidRDefault="00FC26DA" w:rsidP="00FC26DA">
    <w:pPr>
      <w:pStyle w:val="Nagwek"/>
      <w:jc w:val="center"/>
      <w:rPr>
        <w:rFonts w:asciiTheme="majorHAnsi" w:hAnsiTheme="majorHAnsi" w:cstheme="majorHAnsi"/>
        <w:sz w:val="20"/>
        <w:szCs w:val="18"/>
      </w:rPr>
    </w:pPr>
    <w:r w:rsidRPr="00B84D6E">
      <w:rPr>
        <w:rFonts w:asciiTheme="majorHAnsi" w:hAnsiTheme="majorHAnsi" w:cstheme="majorHAnsi"/>
        <w:sz w:val="20"/>
        <w:szCs w:val="18"/>
      </w:rPr>
      <w:t xml:space="preserve">Transport </w:t>
    </w:r>
    <w:proofErr w:type="spellStart"/>
    <w:r w:rsidRPr="00B84D6E">
      <w:rPr>
        <w:rFonts w:asciiTheme="majorHAnsi" w:hAnsiTheme="majorHAnsi" w:cstheme="majorHAnsi"/>
        <w:sz w:val="20"/>
        <w:szCs w:val="18"/>
      </w:rPr>
      <w:t>pełen</w:t>
    </w:r>
    <w:proofErr w:type="spellEnd"/>
    <w:r w:rsidRPr="00B84D6E">
      <w:rPr>
        <w:rFonts w:asciiTheme="majorHAnsi" w:hAnsiTheme="majorHAnsi" w:cstheme="majorHAnsi"/>
        <w:sz w:val="20"/>
        <w:szCs w:val="18"/>
      </w:rPr>
      <w:t xml:space="preserve"> </w:t>
    </w:r>
    <w:proofErr w:type="spellStart"/>
    <w:r w:rsidRPr="00B84D6E">
      <w:rPr>
        <w:rFonts w:asciiTheme="majorHAnsi" w:hAnsiTheme="majorHAnsi" w:cstheme="majorHAnsi"/>
        <w:sz w:val="20"/>
        <w:szCs w:val="18"/>
      </w:rPr>
      <w:t>możliwości</w:t>
    </w:r>
    <w:proofErr w:type="spellEnd"/>
    <w:r w:rsidRPr="00B84D6E">
      <w:rPr>
        <w:rFonts w:asciiTheme="majorHAnsi" w:hAnsiTheme="majorHAnsi" w:cstheme="majorHAnsi"/>
        <w:sz w:val="20"/>
        <w:szCs w:val="18"/>
      </w:rPr>
      <w:t xml:space="preserve"> – </w:t>
    </w:r>
    <w:proofErr w:type="spellStart"/>
    <w:r w:rsidRPr="00B84D6E">
      <w:rPr>
        <w:rFonts w:asciiTheme="majorHAnsi" w:hAnsiTheme="majorHAnsi" w:cstheme="majorHAnsi"/>
        <w:sz w:val="20"/>
        <w:szCs w:val="18"/>
      </w:rPr>
      <w:t>Zakup</w:t>
    </w:r>
    <w:proofErr w:type="spellEnd"/>
    <w:r w:rsidRPr="00B84D6E">
      <w:rPr>
        <w:rFonts w:asciiTheme="majorHAnsi" w:hAnsiTheme="majorHAnsi" w:cstheme="majorHAnsi"/>
        <w:sz w:val="20"/>
        <w:szCs w:val="18"/>
      </w:rPr>
      <w:t xml:space="preserve"> </w:t>
    </w:r>
    <w:proofErr w:type="spellStart"/>
    <w:r>
      <w:rPr>
        <w:rFonts w:asciiTheme="majorHAnsi" w:hAnsiTheme="majorHAnsi" w:cstheme="majorHAnsi"/>
        <w:sz w:val="20"/>
        <w:szCs w:val="18"/>
      </w:rPr>
      <w:t>dwóch</w:t>
    </w:r>
    <w:proofErr w:type="spellEnd"/>
    <w:r>
      <w:rPr>
        <w:rFonts w:asciiTheme="majorHAnsi" w:hAnsiTheme="majorHAnsi" w:cstheme="majorHAnsi"/>
        <w:sz w:val="20"/>
        <w:szCs w:val="18"/>
      </w:rPr>
      <w:t xml:space="preserve"> </w:t>
    </w:r>
    <w:r w:rsidRPr="00B84D6E">
      <w:rPr>
        <w:rFonts w:asciiTheme="majorHAnsi" w:hAnsiTheme="majorHAnsi" w:cstheme="majorHAnsi"/>
        <w:sz w:val="20"/>
        <w:szCs w:val="18"/>
      </w:rPr>
      <w:t>9-osobow</w:t>
    </w:r>
    <w:r>
      <w:rPr>
        <w:rFonts w:asciiTheme="majorHAnsi" w:hAnsiTheme="majorHAnsi" w:cstheme="majorHAnsi"/>
        <w:sz w:val="20"/>
        <w:szCs w:val="18"/>
      </w:rPr>
      <w:t>ych</w:t>
    </w:r>
    <w:r w:rsidRPr="00B84D6E">
      <w:rPr>
        <w:rFonts w:asciiTheme="majorHAnsi" w:hAnsiTheme="majorHAnsi" w:cstheme="majorHAnsi"/>
        <w:sz w:val="20"/>
        <w:szCs w:val="18"/>
      </w:rPr>
      <w:t xml:space="preserve"> </w:t>
    </w:r>
    <w:proofErr w:type="spellStart"/>
    <w:r w:rsidRPr="00B84D6E">
      <w:rPr>
        <w:rFonts w:asciiTheme="majorHAnsi" w:hAnsiTheme="majorHAnsi" w:cstheme="majorHAnsi"/>
        <w:sz w:val="20"/>
        <w:szCs w:val="18"/>
      </w:rPr>
      <w:t>samochod</w:t>
    </w:r>
    <w:r>
      <w:rPr>
        <w:rFonts w:asciiTheme="majorHAnsi" w:hAnsiTheme="majorHAnsi" w:cstheme="majorHAnsi"/>
        <w:sz w:val="20"/>
        <w:szCs w:val="18"/>
      </w:rPr>
      <w:t>ów</w:t>
    </w:r>
    <w:proofErr w:type="spellEnd"/>
    <w:r w:rsidRPr="00B84D6E">
      <w:rPr>
        <w:rFonts w:asciiTheme="majorHAnsi" w:hAnsiTheme="majorHAnsi" w:cstheme="majorHAnsi"/>
        <w:sz w:val="20"/>
        <w:szCs w:val="18"/>
      </w:rPr>
      <w:t xml:space="preserve"> do </w:t>
    </w:r>
    <w:proofErr w:type="spellStart"/>
    <w:r w:rsidRPr="00B84D6E">
      <w:rPr>
        <w:rFonts w:asciiTheme="majorHAnsi" w:hAnsiTheme="majorHAnsi" w:cstheme="majorHAnsi"/>
        <w:sz w:val="20"/>
        <w:szCs w:val="18"/>
      </w:rPr>
      <w:t>przewozu</w:t>
    </w:r>
    <w:proofErr w:type="spellEnd"/>
    <w:r w:rsidRPr="00B84D6E">
      <w:rPr>
        <w:rFonts w:asciiTheme="majorHAnsi" w:hAnsiTheme="majorHAnsi" w:cstheme="majorHAnsi"/>
        <w:sz w:val="20"/>
        <w:szCs w:val="18"/>
      </w:rPr>
      <w:t xml:space="preserve"> </w:t>
    </w:r>
    <w:proofErr w:type="spellStart"/>
    <w:r w:rsidRPr="00B84D6E">
      <w:rPr>
        <w:rFonts w:asciiTheme="majorHAnsi" w:hAnsiTheme="majorHAnsi" w:cstheme="majorHAnsi"/>
        <w:sz w:val="20"/>
        <w:szCs w:val="18"/>
      </w:rPr>
      <w:t>osób</w:t>
    </w:r>
    <w:proofErr w:type="spellEnd"/>
    <w:r w:rsidRPr="00B84D6E">
      <w:rPr>
        <w:rFonts w:asciiTheme="majorHAnsi" w:hAnsiTheme="majorHAnsi" w:cstheme="majorHAnsi"/>
        <w:sz w:val="20"/>
        <w:szCs w:val="18"/>
      </w:rPr>
      <w:t xml:space="preserve"> </w:t>
    </w:r>
    <w:proofErr w:type="spellStart"/>
    <w:r w:rsidRPr="00B84D6E">
      <w:rPr>
        <w:rFonts w:asciiTheme="majorHAnsi" w:hAnsiTheme="majorHAnsi" w:cstheme="majorHAnsi"/>
        <w:sz w:val="20"/>
        <w:szCs w:val="18"/>
      </w:rPr>
      <w:t>niepełnosprawnych</w:t>
    </w:r>
    <w:proofErr w:type="spellEnd"/>
    <w:r w:rsidRPr="00B84D6E">
      <w:rPr>
        <w:rFonts w:asciiTheme="majorHAnsi" w:hAnsiTheme="majorHAnsi" w:cstheme="majorHAnsi"/>
        <w:sz w:val="20"/>
        <w:szCs w:val="18"/>
      </w:rPr>
      <w:t xml:space="preserve"> z</w:t>
    </w:r>
    <w:r>
      <w:rPr>
        <w:rFonts w:asciiTheme="majorHAnsi" w:hAnsiTheme="majorHAnsi" w:cstheme="majorHAnsi"/>
        <w:sz w:val="20"/>
        <w:szCs w:val="18"/>
      </w:rPr>
      <w:t> </w:t>
    </w:r>
    <w:proofErr w:type="spellStart"/>
    <w:r w:rsidRPr="00B84D6E">
      <w:rPr>
        <w:rFonts w:asciiTheme="majorHAnsi" w:hAnsiTheme="majorHAnsi" w:cstheme="majorHAnsi"/>
        <w:sz w:val="20"/>
        <w:szCs w:val="18"/>
      </w:rPr>
      <w:t>terenu</w:t>
    </w:r>
    <w:proofErr w:type="spellEnd"/>
    <w:r w:rsidRPr="00B84D6E">
      <w:rPr>
        <w:rFonts w:asciiTheme="majorHAnsi" w:hAnsiTheme="majorHAnsi" w:cstheme="majorHAnsi"/>
        <w:sz w:val="20"/>
        <w:szCs w:val="18"/>
      </w:rPr>
      <w:t xml:space="preserve"> </w:t>
    </w:r>
    <w:proofErr w:type="spellStart"/>
    <w:r w:rsidRPr="00B84D6E">
      <w:rPr>
        <w:rFonts w:asciiTheme="majorHAnsi" w:hAnsiTheme="majorHAnsi" w:cstheme="majorHAnsi"/>
        <w:sz w:val="20"/>
        <w:szCs w:val="18"/>
      </w:rPr>
      <w:t>Gminy</w:t>
    </w:r>
    <w:proofErr w:type="spellEnd"/>
    <w:r w:rsidRPr="00B84D6E">
      <w:rPr>
        <w:rFonts w:asciiTheme="majorHAnsi" w:hAnsiTheme="majorHAnsi" w:cstheme="majorHAnsi"/>
        <w:sz w:val="20"/>
        <w:szCs w:val="18"/>
      </w:rPr>
      <w:t xml:space="preserve"> </w:t>
    </w:r>
    <w:proofErr w:type="spellStart"/>
    <w:r w:rsidRPr="00B84D6E">
      <w:rPr>
        <w:rFonts w:asciiTheme="majorHAnsi" w:hAnsiTheme="majorHAnsi" w:cstheme="majorHAnsi"/>
        <w:sz w:val="20"/>
        <w:szCs w:val="18"/>
      </w:rPr>
      <w:t>Sokołów</w:t>
    </w:r>
    <w:proofErr w:type="spellEnd"/>
    <w:r w:rsidRPr="00B84D6E">
      <w:rPr>
        <w:rFonts w:asciiTheme="majorHAnsi" w:hAnsiTheme="majorHAnsi" w:cstheme="majorHAnsi"/>
        <w:sz w:val="20"/>
        <w:szCs w:val="18"/>
      </w:rPr>
      <w:t xml:space="preserve"> </w:t>
    </w:r>
    <w:proofErr w:type="spellStart"/>
    <w:r w:rsidRPr="00B84D6E">
      <w:rPr>
        <w:rFonts w:asciiTheme="majorHAnsi" w:hAnsiTheme="majorHAnsi" w:cstheme="majorHAnsi"/>
        <w:sz w:val="20"/>
        <w:szCs w:val="18"/>
      </w:rPr>
      <w:t>Małopolski</w:t>
    </w:r>
    <w:proofErr w:type="spellEnd"/>
  </w:p>
  <w:p w14:paraId="025ABA5C" w14:textId="77777777" w:rsidR="00FC26DA" w:rsidRPr="00D035EA" w:rsidRDefault="00FC26DA" w:rsidP="00FC26DA">
    <w:pPr>
      <w:pStyle w:val="Nagwek"/>
      <w:jc w:val="center"/>
      <w:rPr>
        <w:rFonts w:asciiTheme="majorHAnsi" w:hAnsiTheme="majorHAnsi" w:cstheme="majorHAnsi"/>
        <w:sz w:val="20"/>
        <w:szCs w:val="18"/>
      </w:rPr>
    </w:pPr>
    <w:r w:rsidRPr="00D035EA">
      <w:rPr>
        <w:rFonts w:asciiTheme="majorHAnsi" w:hAnsiTheme="majorHAnsi" w:cstheme="majorHAnsi"/>
        <w:sz w:val="20"/>
        <w:szCs w:val="18"/>
      </w:rPr>
      <w:t xml:space="preserve">Program </w:t>
    </w:r>
    <w:proofErr w:type="spellStart"/>
    <w:r w:rsidRPr="00D035EA">
      <w:rPr>
        <w:rFonts w:asciiTheme="majorHAnsi" w:hAnsiTheme="majorHAnsi" w:cstheme="majorHAnsi"/>
        <w:sz w:val="20"/>
        <w:szCs w:val="18"/>
      </w:rPr>
      <w:t>wyrównywania</w:t>
    </w:r>
    <w:proofErr w:type="spellEnd"/>
    <w:r w:rsidRPr="00D035EA">
      <w:rPr>
        <w:rFonts w:asciiTheme="majorHAnsi" w:hAnsiTheme="majorHAnsi" w:cstheme="majorHAnsi"/>
        <w:sz w:val="20"/>
        <w:szCs w:val="18"/>
      </w:rPr>
      <w:t xml:space="preserve"> </w:t>
    </w:r>
    <w:proofErr w:type="spellStart"/>
    <w:r w:rsidRPr="00D035EA">
      <w:rPr>
        <w:rFonts w:asciiTheme="majorHAnsi" w:hAnsiTheme="majorHAnsi" w:cstheme="majorHAnsi"/>
        <w:sz w:val="20"/>
        <w:szCs w:val="18"/>
      </w:rPr>
      <w:t>różnic</w:t>
    </w:r>
    <w:proofErr w:type="spellEnd"/>
    <w:r w:rsidRPr="00D035EA">
      <w:rPr>
        <w:rFonts w:asciiTheme="majorHAnsi" w:hAnsiTheme="majorHAnsi" w:cstheme="majorHAnsi"/>
        <w:sz w:val="20"/>
        <w:szCs w:val="18"/>
      </w:rPr>
      <w:t xml:space="preserve"> </w:t>
    </w:r>
    <w:proofErr w:type="spellStart"/>
    <w:r w:rsidRPr="00D035EA">
      <w:rPr>
        <w:rFonts w:asciiTheme="majorHAnsi" w:hAnsiTheme="majorHAnsi" w:cstheme="majorHAnsi"/>
        <w:sz w:val="20"/>
        <w:szCs w:val="18"/>
      </w:rPr>
      <w:t>między</w:t>
    </w:r>
    <w:proofErr w:type="spellEnd"/>
    <w:r w:rsidRPr="00D035EA">
      <w:rPr>
        <w:rFonts w:asciiTheme="majorHAnsi" w:hAnsiTheme="majorHAnsi" w:cstheme="majorHAnsi"/>
        <w:sz w:val="20"/>
        <w:szCs w:val="18"/>
      </w:rPr>
      <w:t xml:space="preserve"> </w:t>
    </w:r>
    <w:proofErr w:type="spellStart"/>
    <w:r w:rsidRPr="00D035EA">
      <w:rPr>
        <w:rFonts w:asciiTheme="majorHAnsi" w:hAnsiTheme="majorHAnsi" w:cstheme="majorHAnsi"/>
        <w:sz w:val="20"/>
        <w:szCs w:val="18"/>
      </w:rPr>
      <w:t>regionami</w:t>
    </w:r>
    <w:proofErr w:type="spellEnd"/>
    <w:r w:rsidRPr="00D035EA">
      <w:rPr>
        <w:rFonts w:asciiTheme="majorHAnsi" w:hAnsiTheme="majorHAnsi" w:cstheme="majorHAnsi"/>
        <w:sz w:val="20"/>
        <w:szCs w:val="18"/>
      </w:rPr>
      <w:t xml:space="preserve"> III – </w:t>
    </w:r>
    <w:proofErr w:type="spellStart"/>
    <w:r w:rsidRPr="00D035EA">
      <w:rPr>
        <w:rFonts w:asciiTheme="majorHAnsi" w:hAnsiTheme="majorHAnsi" w:cstheme="majorHAnsi"/>
        <w:sz w:val="20"/>
        <w:szCs w:val="18"/>
      </w:rPr>
      <w:t>Obszar</w:t>
    </w:r>
    <w:proofErr w:type="spellEnd"/>
    <w:r w:rsidRPr="00D035EA">
      <w:rPr>
        <w:rFonts w:asciiTheme="majorHAnsi" w:hAnsiTheme="majorHAnsi" w:cstheme="majorHAnsi"/>
        <w:sz w:val="20"/>
        <w:szCs w:val="18"/>
      </w:rPr>
      <w:t xml:space="preserve"> D – 202</w:t>
    </w:r>
    <w:r>
      <w:rPr>
        <w:rFonts w:asciiTheme="majorHAnsi" w:hAnsiTheme="majorHAnsi" w:cstheme="majorHAnsi"/>
        <w:sz w:val="20"/>
        <w:szCs w:val="18"/>
      </w:rPr>
      <w:t>6</w:t>
    </w:r>
    <w:r w:rsidRPr="00D035EA">
      <w:rPr>
        <w:rFonts w:asciiTheme="majorHAnsi" w:hAnsiTheme="majorHAnsi" w:cstheme="majorHAnsi"/>
        <w:sz w:val="20"/>
        <w:szCs w:val="18"/>
      </w:rPr>
      <w:t xml:space="preserve"> </w:t>
    </w:r>
    <w:proofErr w:type="spellStart"/>
    <w:r w:rsidRPr="00D035EA">
      <w:rPr>
        <w:rFonts w:asciiTheme="majorHAnsi" w:hAnsiTheme="majorHAnsi" w:cstheme="majorHAnsi"/>
        <w:sz w:val="20"/>
        <w:szCs w:val="18"/>
      </w:rPr>
      <w:t>rok</w:t>
    </w:r>
    <w:proofErr w:type="spellEnd"/>
  </w:p>
  <w:p w14:paraId="6DAC14AA" w14:textId="77777777" w:rsidR="00FC26DA" w:rsidRPr="00902626" w:rsidRDefault="00FC26DA" w:rsidP="00FC26DA">
    <w:pPr>
      <w:pStyle w:val="Nagwek"/>
      <w:jc w:val="center"/>
      <w:rPr>
        <w:rFonts w:asciiTheme="majorHAnsi" w:hAnsiTheme="majorHAnsi" w:cstheme="majorHAnsi"/>
        <w:sz w:val="20"/>
        <w:szCs w:val="18"/>
      </w:rPr>
    </w:pPr>
    <w:proofErr w:type="spellStart"/>
    <w:r w:rsidRPr="00D035EA">
      <w:rPr>
        <w:rFonts w:asciiTheme="majorHAnsi" w:hAnsiTheme="majorHAnsi" w:cstheme="majorHAnsi"/>
        <w:sz w:val="20"/>
        <w:szCs w:val="18"/>
      </w:rPr>
      <w:t>Gmina</w:t>
    </w:r>
    <w:proofErr w:type="spellEnd"/>
    <w:r w:rsidRPr="00D035EA">
      <w:rPr>
        <w:rFonts w:asciiTheme="majorHAnsi" w:hAnsiTheme="majorHAnsi" w:cstheme="majorHAnsi"/>
        <w:sz w:val="20"/>
        <w:szCs w:val="18"/>
      </w:rPr>
      <w:t xml:space="preserve"> </w:t>
    </w:r>
    <w:proofErr w:type="spellStart"/>
    <w:r w:rsidRPr="00D035EA">
      <w:rPr>
        <w:rFonts w:asciiTheme="majorHAnsi" w:hAnsiTheme="majorHAnsi" w:cstheme="majorHAnsi"/>
        <w:sz w:val="20"/>
        <w:szCs w:val="18"/>
      </w:rPr>
      <w:t>Sokołów</w:t>
    </w:r>
    <w:proofErr w:type="spellEnd"/>
    <w:r w:rsidRPr="00D035EA">
      <w:rPr>
        <w:rFonts w:asciiTheme="majorHAnsi" w:hAnsiTheme="majorHAnsi" w:cstheme="majorHAnsi"/>
        <w:sz w:val="20"/>
        <w:szCs w:val="18"/>
      </w:rPr>
      <w:t xml:space="preserve"> </w:t>
    </w:r>
    <w:proofErr w:type="spellStart"/>
    <w:r w:rsidRPr="00D035EA">
      <w:rPr>
        <w:rFonts w:asciiTheme="majorHAnsi" w:hAnsiTheme="majorHAnsi" w:cstheme="majorHAnsi"/>
        <w:sz w:val="20"/>
        <w:szCs w:val="18"/>
      </w:rPr>
      <w:t>Małopolski</w:t>
    </w:r>
    <w:proofErr w:type="spellEnd"/>
  </w:p>
  <w:p w14:paraId="1D19DE07" w14:textId="77777777" w:rsidR="00120FA1" w:rsidRDefault="00120FA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1A95121"/>
    <w:multiLevelType w:val="hybridMultilevel"/>
    <w:tmpl w:val="703AF130"/>
    <w:lvl w:ilvl="0" w:tplc="0FCC615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7EE7341"/>
    <w:multiLevelType w:val="hybridMultilevel"/>
    <w:tmpl w:val="9EBE7242"/>
    <w:lvl w:ilvl="0" w:tplc="E8B87180">
      <w:start w:val="1"/>
      <w:numFmt w:val="decimal"/>
      <w:lvlText w:val="%1."/>
      <w:lvlJc w:val="left"/>
      <w:pPr>
        <w:ind w:left="2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D4E01C52">
      <w:start w:val="1"/>
      <w:numFmt w:val="lowerLetter"/>
      <w:lvlText w:val="%2"/>
      <w:lvlJc w:val="left"/>
      <w:pPr>
        <w:ind w:left="115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C4928B0C">
      <w:start w:val="1"/>
      <w:numFmt w:val="lowerRoman"/>
      <w:lvlText w:val="%3"/>
      <w:lvlJc w:val="left"/>
      <w:pPr>
        <w:ind w:left="187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E1D065E8">
      <w:start w:val="1"/>
      <w:numFmt w:val="decimal"/>
      <w:lvlText w:val="%4"/>
      <w:lvlJc w:val="left"/>
      <w:pPr>
        <w:ind w:left="259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D656311E">
      <w:start w:val="1"/>
      <w:numFmt w:val="lowerLetter"/>
      <w:lvlText w:val="%5"/>
      <w:lvlJc w:val="left"/>
      <w:pPr>
        <w:ind w:left="331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42AD060">
      <w:start w:val="1"/>
      <w:numFmt w:val="lowerRoman"/>
      <w:lvlText w:val="%6"/>
      <w:lvlJc w:val="left"/>
      <w:pPr>
        <w:ind w:left="403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FDC8C94">
      <w:start w:val="1"/>
      <w:numFmt w:val="decimal"/>
      <w:lvlText w:val="%7"/>
      <w:lvlJc w:val="left"/>
      <w:pPr>
        <w:ind w:left="475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77CE9A22">
      <w:start w:val="1"/>
      <w:numFmt w:val="lowerLetter"/>
      <w:lvlText w:val="%8"/>
      <w:lvlJc w:val="left"/>
      <w:pPr>
        <w:ind w:left="547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F265B74">
      <w:start w:val="1"/>
      <w:numFmt w:val="lowerRoman"/>
      <w:lvlText w:val="%9"/>
      <w:lvlJc w:val="left"/>
      <w:pPr>
        <w:ind w:left="619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38CE720E"/>
    <w:multiLevelType w:val="multilevel"/>
    <w:tmpl w:val="835C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2718F2"/>
    <w:multiLevelType w:val="hybridMultilevel"/>
    <w:tmpl w:val="95E61C44"/>
    <w:lvl w:ilvl="0" w:tplc="C990367C">
      <w:start w:val="4"/>
      <w:numFmt w:val="decimal"/>
      <w:lvlText w:val="%1."/>
      <w:lvlJc w:val="left"/>
      <w:pPr>
        <w:ind w:left="72" w:firstLine="0"/>
      </w:pPr>
      <w:rPr>
        <w:rFonts w:ascii="Times New Roman" w:eastAsia="Calibri" w:hAnsi="Times New Roman" w:cs="Times New Roman" w:hint="default"/>
        <w:b w:val="0"/>
        <w:i w:val="0"/>
        <w:strike w:val="0"/>
        <w:dstrike w:val="0"/>
        <w:color w:val="000000"/>
        <w:sz w:val="24"/>
        <w:szCs w:val="24"/>
        <w:u w:val="none" w:color="000000"/>
        <w:effect w:val="none"/>
        <w:bdr w:val="none" w:sz="0" w:space="0" w:color="auto" w:frame="1"/>
        <w:vertAlign w:val="baseline"/>
      </w:rPr>
    </w:lvl>
    <w:lvl w:ilvl="1" w:tplc="67441B1E">
      <w:start w:val="1"/>
      <w:numFmt w:val="lowerLetter"/>
      <w:lvlText w:val="%2"/>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50C53B0">
      <w:start w:val="1"/>
      <w:numFmt w:val="lowerRoman"/>
      <w:lvlText w:val="%3"/>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F5A66E18">
      <w:start w:val="1"/>
      <w:numFmt w:val="decimal"/>
      <w:lvlText w:val="%4"/>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19426462">
      <w:start w:val="1"/>
      <w:numFmt w:val="lowerLetter"/>
      <w:lvlText w:val="%5"/>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A1C0C048">
      <w:start w:val="1"/>
      <w:numFmt w:val="lowerRoman"/>
      <w:lvlText w:val="%6"/>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2F866DDE">
      <w:start w:val="1"/>
      <w:numFmt w:val="decimal"/>
      <w:lvlText w:val="%7"/>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43C06C72">
      <w:start w:val="1"/>
      <w:numFmt w:val="lowerLetter"/>
      <w:lvlText w:val="%8"/>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9144842">
      <w:start w:val="1"/>
      <w:numFmt w:val="lowerRoman"/>
      <w:lvlText w:val="%9"/>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3" w15:restartNumberingAfterBreak="0">
    <w:nsid w:val="53AE7D2A"/>
    <w:multiLevelType w:val="multilevel"/>
    <w:tmpl w:val="DA64D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665F7A"/>
    <w:multiLevelType w:val="hybridMultilevel"/>
    <w:tmpl w:val="E20C8412"/>
    <w:lvl w:ilvl="0" w:tplc="16922924">
      <w:start w:val="1"/>
      <w:numFmt w:val="decimal"/>
      <w:lvlText w:val="%1)"/>
      <w:lvlJc w:val="left"/>
      <w:pPr>
        <w:ind w:left="295" w:firstLine="0"/>
      </w:pPr>
      <w:rPr>
        <w:rFonts w:ascii="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1" w:tplc="FFFFFFFF">
      <w:start w:val="1"/>
      <w:numFmt w:val="lowerLetter"/>
      <w:lvlText w:val="%2"/>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FFFFFFFF">
      <w:start w:val="1"/>
      <w:numFmt w:val="lowerRoman"/>
      <w:lvlText w:val="%3"/>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FFFFFFFF">
      <w:start w:val="1"/>
      <w:numFmt w:val="decimal"/>
      <w:lvlText w:val="%4"/>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FFFFFFFF">
      <w:start w:val="1"/>
      <w:numFmt w:val="lowerLetter"/>
      <w:lvlText w:val="%5"/>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FFFFFFFF">
      <w:start w:val="1"/>
      <w:numFmt w:val="lowerRoman"/>
      <w:lvlText w:val="%6"/>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FFFFFFF">
      <w:start w:val="1"/>
      <w:numFmt w:val="decimal"/>
      <w:lvlText w:val="%7"/>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FFFFFFFF">
      <w:start w:val="1"/>
      <w:numFmt w:val="lowerLetter"/>
      <w:lvlText w:val="%8"/>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FFFFFFFF">
      <w:start w:val="1"/>
      <w:numFmt w:val="lowerRoman"/>
      <w:lvlText w:val="%9"/>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5" w15:restartNumberingAfterBreak="0">
    <w:nsid w:val="6C942C32"/>
    <w:multiLevelType w:val="hybridMultilevel"/>
    <w:tmpl w:val="BBC2AADC"/>
    <w:lvl w:ilvl="0" w:tplc="16922924">
      <w:start w:val="1"/>
      <w:numFmt w:val="decimal"/>
      <w:lvlText w:val="%1)"/>
      <w:lvlJc w:val="left"/>
      <w:pPr>
        <w:ind w:left="316" w:firstLine="0"/>
      </w:pPr>
      <w:rPr>
        <w:rFonts w:ascii="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1" w:tplc="FFFFFFFF">
      <w:start w:val="1"/>
      <w:numFmt w:val="lowerLetter"/>
      <w:lvlText w:val="%2"/>
      <w:lvlJc w:val="left"/>
      <w:pPr>
        <w:ind w:left="113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FFFFFFFF">
      <w:start w:val="1"/>
      <w:numFmt w:val="lowerRoman"/>
      <w:lvlText w:val="%3"/>
      <w:lvlJc w:val="left"/>
      <w:pPr>
        <w:ind w:left="185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FFFFFFFF">
      <w:start w:val="1"/>
      <w:numFmt w:val="decimal"/>
      <w:lvlText w:val="%4"/>
      <w:lvlJc w:val="left"/>
      <w:pPr>
        <w:ind w:left="257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FFFFFFFF">
      <w:start w:val="1"/>
      <w:numFmt w:val="lowerLetter"/>
      <w:lvlText w:val="%5"/>
      <w:lvlJc w:val="left"/>
      <w:pPr>
        <w:ind w:left="329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FFFFFFFF">
      <w:start w:val="1"/>
      <w:numFmt w:val="lowerRoman"/>
      <w:lvlText w:val="%6"/>
      <w:lvlJc w:val="left"/>
      <w:pPr>
        <w:ind w:left="401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FFFFFFF">
      <w:start w:val="1"/>
      <w:numFmt w:val="decimal"/>
      <w:lvlText w:val="%7"/>
      <w:lvlJc w:val="left"/>
      <w:pPr>
        <w:ind w:left="473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FFFFFFFF">
      <w:start w:val="1"/>
      <w:numFmt w:val="lowerLetter"/>
      <w:lvlText w:val="%8"/>
      <w:lvlJc w:val="left"/>
      <w:pPr>
        <w:ind w:left="545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FFFFFFFF">
      <w:start w:val="1"/>
      <w:numFmt w:val="lowerRoman"/>
      <w:lvlText w:val="%9"/>
      <w:lvlJc w:val="left"/>
      <w:pPr>
        <w:ind w:left="617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6" w15:restartNumberingAfterBreak="0">
    <w:nsid w:val="6D9D7815"/>
    <w:multiLevelType w:val="multilevel"/>
    <w:tmpl w:val="1D8E5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3446F3"/>
    <w:multiLevelType w:val="multilevel"/>
    <w:tmpl w:val="4EB60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7595893"/>
    <w:multiLevelType w:val="multilevel"/>
    <w:tmpl w:val="8910C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6"/>
  </w:num>
  <w:num w:numId="11">
    <w:abstractNumId w:val="11"/>
  </w:num>
  <w:num w:numId="12">
    <w:abstractNumId w:val="17"/>
  </w:num>
  <w:num w:numId="13">
    <w:abstractNumId w:val="18"/>
  </w:num>
  <w:num w:numId="14">
    <w:abstractNumId w:val="9"/>
  </w:num>
  <w:num w:numId="15">
    <w:abstractNumId w:val="13"/>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32E3"/>
    <w:rsid w:val="000114AC"/>
    <w:rsid w:val="00032748"/>
    <w:rsid w:val="00034616"/>
    <w:rsid w:val="0006063C"/>
    <w:rsid w:val="000666C6"/>
    <w:rsid w:val="001050AF"/>
    <w:rsid w:val="0010690B"/>
    <w:rsid w:val="00120FA1"/>
    <w:rsid w:val="001217DC"/>
    <w:rsid w:val="0015074B"/>
    <w:rsid w:val="002821DF"/>
    <w:rsid w:val="0029639D"/>
    <w:rsid w:val="00326F90"/>
    <w:rsid w:val="00336C56"/>
    <w:rsid w:val="00352304"/>
    <w:rsid w:val="003E487F"/>
    <w:rsid w:val="004065C7"/>
    <w:rsid w:val="0048533F"/>
    <w:rsid w:val="004A1745"/>
    <w:rsid w:val="00541319"/>
    <w:rsid w:val="0054349F"/>
    <w:rsid w:val="005A1C22"/>
    <w:rsid w:val="005C7CF4"/>
    <w:rsid w:val="005E4C9F"/>
    <w:rsid w:val="0063795E"/>
    <w:rsid w:val="00671738"/>
    <w:rsid w:val="006923AA"/>
    <w:rsid w:val="006C640F"/>
    <w:rsid w:val="006C7EAB"/>
    <w:rsid w:val="007048D5"/>
    <w:rsid w:val="00836457"/>
    <w:rsid w:val="008762A7"/>
    <w:rsid w:val="00927E3A"/>
    <w:rsid w:val="009675C7"/>
    <w:rsid w:val="00A14461"/>
    <w:rsid w:val="00A8172D"/>
    <w:rsid w:val="00AA1D8D"/>
    <w:rsid w:val="00AC0B55"/>
    <w:rsid w:val="00B47730"/>
    <w:rsid w:val="00B70F42"/>
    <w:rsid w:val="00BD34D1"/>
    <w:rsid w:val="00C00B39"/>
    <w:rsid w:val="00C15AE8"/>
    <w:rsid w:val="00C37AD0"/>
    <w:rsid w:val="00C513D3"/>
    <w:rsid w:val="00C71874"/>
    <w:rsid w:val="00C87043"/>
    <w:rsid w:val="00CA154E"/>
    <w:rsid w:val="00CB0664"/>
    <w:rsid w:val="00CC071A"/>
    <w:rsid w:val="00CC105D"/>
    <w:rsid w:val="00CC3F85"/>
    <w:rsid w:val="00CF487C"/>
    <w:rsid w:val="00D04912"/>
    <w:rsid w:val="00D909D7"/>
    <w:rsid w:val="00D94CE3"/>
    <w:rsid w:val="00DE77DA"/>
    <w:rsid w:val="00E16A0D"/>
    <w:rsid w:val="00F244DB"/>
    <w:rsid w:val="00F55E60"/>
    <w:rsid w:val="00FA12FA"/>
    <w:rsid w:val="00FC26DA"/>
    <w:rsid w:val="00FC693F"/>
    <w:rsid w:val="00FE38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9E446"/>
  <w14:defaultImageDpi w14:val="300"/>
  <w15:docId w15:val="{15E5A5C7-FF55-4352-8B0C-A1503B57C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0B55"/>
  </w:style>
  <w:style w:type="paragraph" w:styleId="Nagwek1">
    <w:name w:val="heading 1"/>
    <w:basedOn w:val="Normalny"/>
    <w:next w:val="Normalny"/>
    <w:link w:val="Nagwek1Znak"/>
    <w:uiPriority w:val="9"/>
    <w:qFormat/>
    <w:rsid w:val="00AC0B55"/>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Nagwek2">
    <w:name w:val="heading 2"/>
    <w:basedOn w:val="Normalny"/>
    <w:next w:val="Normalny"/>
    <w:link w:val="Nagwek2Znak"/>
    <w:uiPriority w:val="9"/>
    <w:unhideWhenUsed/>
    <w:qFormat/>
    <w:rsid w:val="00AC0B55"/>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Nagwek3">
    <w:name w:val="heading 3"/>
    <w:basedOn w:val="Normalny"/>
    <w:next w:val="Normalny"/>
    <w:link w:val="Nagwek3Znak"/>
    <w:uiPriority w:val="9"/>
    <w:unhideWhenUsed/>
    <w:qFormat/>
    <w:rsid w:val="00AC0B55"/>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Nagwek4">
    <w:name w:val="heading 4"/>
    <w:basedOn w:val="Normalny"/>
    <w:next w:val="Normalny"/>
    <w:link w:val="Nagwek4Znak"/>
    <w:uiPriority w:val="9"/>
    <w:semiHidden/>
    <w:unhideWhenUsed/>
    <w:qFormat/>
    <w:rsid w:val="00AC0B55"/>
    <w:pPr>
      <w:keepNext/>
      <w:keepLines/>
      <w:spacing w:before="40" w:after="0"/>
      <w:outlineLvl w:val="3"/>
    </w:pPr>
    <w:rPr>
      <w:i/>
      <w:iCs/>
    </w:rPr>
  </w:style>
  <w:style w:type="paragraph" w:styleId="Nagwek5">
    <w:name w:val="heading 5"/>
    <w:basedOn w:val="Normalny"/>
    <w:next w:val="Normalny"/>
    <w:link w:val="Nagwek5Znak"/>
    <w:uiPriority w:val="9"/>
    <w:semiHidden/>
    <w:unhideWhenUsed/>
    <w:qFormat/>
    <w:rsid w:val="00AC0B55"/>
    <w:pPr>
      <w:keepNext/>
      <w:keepLines/>
      <w:spacing w:before="40" w:after="0"/>
      <w:outlineLvl w:val="4"/>
    </w:pPr>
    <w:rPr>
      <w:color w:val="404040" w:themeColor="text1" w:themeTint="BF"/>
    </w:rPr>
  </w:style>
  <w:style w:type="paragraph" w:styleId="Nagwek6">
    <w:name w:val="heading 6"/>
    <w:basedOn w:val="Normalny"/>
    <w:next w:val="Normalny"/>
    <w:link w:val="Nagwek6Znak"/>
    <w:uiPriority w:val="9"/>
    <w:semiHidden/>
    <w:unhideWhenUsed/>
    <w:qFormat/>
    <w:rsid w:val="00AC0B55"/>
    <w:pPr>
      <w:keepNext/>
      <w:keepLines/>
      <w:spacing w:before="40" w:after="0"/>
      <w:outlineLvl w:val="5"/>
    </w:pPr>
  </w:style>
  <w:style w:type="paragraph" w:styleId="Nagwek7">
    <w:name w:val="heading 7"/>
    <w:basedOn w:val="Normalny"/>
    <w:next w:val="Normalny"/>
    <w:link w:val="Nagwek7Znak"/>
    <w:uiPriority w:val="9"/>
    <w:semiHidden/>
    <w:unhideWhenUsed/>
    <w:qFormat/>
    <w:rsid w:val="00AC0B55"/>
    <w:pPr>
      <w:keepNext/>
      <w:keepLines/>
      <w:spacing w:before="40"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AC0B55"/>
    <w:pPr>
      <w:keepNext/>
      <w:keepLines/>
      <w:spacing w:before="40" w:after="0"/>
      <w:outlineLvl w:val="7"/>
    </w:pPr>
    <w:rPr>
      <w:color w:val="262626" w:themeColor="text1" w:themeTint="D9"/>
      <w:sz w:val="21"/>
      <w:szCs w:val="21"/>
    </w:rPr>
  </w:style>
  <w:style w:type="paragraph" w:styleId="Nagwek9">
    <w:name w:val="heading 9"/>
    <w:basedOn w:val="Normalny"/>
    <w:next w:val="Normalny"/>
    <w:link w:val="Nagwek9Znak"/>
    <w:uiPriority w:val="9"/>
    <w:semiHidden/>
    <w:unhideWhenUsed/>
    <w:qFormat/>
    <w:rsid w:val="00AC0B55"/>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AC0B55"/>
    <w:pPr>
      <w:spacing w:after="0" w:line="240" w:lineRule="auto"/>
    </w:pPr>
  </w:style>
  <w:style w:type="character" w:customStyle="1" w:styleId="Nagwek1Znak">
    <w:name w:val="Nagłówek 1 Znak"/>
    <w:basedOn w:val="Domylnaczcionkaakapitu"/>
    <w:link w:val="Nagwek1"/>
    <w:uiPriority w:val="9"/>
    <w:rsid w:val="00AC0B55"/>
    <w:rPr>
      <w:rFonts w:asciiTheme="majorHAnsi" w:eastAsiaTheme="majorEastAsia" w:hAnsiTheme="majorHAnsi" w:cstheme="majorBidi"/>
      <w:color w:val="262626" w:themeColor="text1" w:themeTint="D9"/>
      <w:sz w:val="32"/>
      <w:szCs w:val="32"/>
    </w:rPr>
  </w:style>
  <w:style w:type="character" w:customStyle="1" w:styleId="Nagwek2Znak">
    <w:name w:val="Nagłówek 2 Znak"/>
    <w:basedOn w:val="Domylnaczcionkaakapitu"/>
    <w:link w:val="Nagwek2"/>
    <w:uiPriority w:val="9"/>
    <w:rsid w:val="00AC0B55"/>
    <w:rPr>
      <w:rFonts w:asciiTheme="majorHAnsi" w:eastAsiaTheme="majorEastAsia" w:hAnsiTheme="majorHAnsi" w:cstheme="majorBidi"/>
      <w:color w:val="262626" w:themeColor="text1" w:themeTint="D9"/>
      <w:sz w:val="28"/>
      <w:szCs w:val="28"/>
    </w:rPr>
  </w:style>
  <w:style w:type="character" w:customStyle="1" w:styleId="Nagwek3Znak">
    <w:name w:val="Nagłówek 3 Znak"/>
    <w:basedOn w:val="Domylnaczcionkaakapitu"/>
    <w:link w:val="Nagwek3"/>
    <w:uiPriority w:val="9"/>
    <w:rsid w:val="00AC0B55"/>
    <w:rPr>
      <w:rFonts w:asciiTheme="majorHAnsi" w:eastAsiaTheme="majorEastAsia" w:hAnsiTheme="majorHAnsi" w:cstheme="majorBidi"/>
      <w:color w:val="0D0D0D" w:themeColor="text1" w:themeTint="F2"/>
      <w:sz w:val="24"/>
      <w:szCs w:val="24"/>
    </w:rPr>
  </w:style>
  <w:style w:type="paragraph" w:styleId="Tytu">
    <w:name w:val="Title"/>
    <w:basedOn w:val="Normalny"/>
    <w:next w:val="Normalny"/>
    <w:link w:val="TytuZnak"/>
    <w:uiPriority w:val="10"/>
    <w:qFormat/>
    <w:rsid w:val="00AC0B55"/>
    <w:pPr>
      <w:spacing w:after="0" w:line="240" w:lineRule="auto"/>
      <w:contextualSpacing/>
    </w:pPr>
    <w:rPr>
      <w:rFonts w:asciiTheme="majorHAnsi" w:eastAsiaTheme="majorEastAsia" w:hAnsiTheme="majorHAnsi" w:cstheme="majorBidi"/>
      <w:spacing w:val="-10"/>
      <w:sz w:val="56"/>
      <w:szCs w:val="56"/>
    </w:rPr>
  </w:style>
  <w:style w:type="character" w:customStyle="1" w:styleId="TytuZnak">
    <w:name w:val="Tytuł Znak"/>
    <w:basedOn w:val="Domylnaczcionkaakapitu"/>
    <w:link w:val="Tytu"/>
    <w:uiPriority w:val="10"/>
    <w:rsid w:val="00AC0B55"/>
    <w:rPr>
      <w:rFonts w:asciiTheme="majorHAnsi" w:eastAsiaTheme="majorEastAsia" w:hAnsiTheme="majorHAnsi" w:cstheme="majorBidi"/>
      <w:spacing w:val="-10"/>
      <w:sz w:val="56"/>
      <w:szCs w:val="56"/>
    </w:rPr>
  </w:style>
  <w:style w:type="paragraph" w:styleId="Podtytu">
    <w:name w:val="Subtitle"/>
    <w:basedOn w:val="Normalny"/>
    <w:next w:val="Normalny"/>
    <w:link w:val="PodtytuZnak"/>
    <w:uiPriority w:val="11"/>
    <w:qFormat/>
    <w:rsid w:val="00AC0B55"/>
    <w:pPr>
      <w:numPr>
        <w:ilvl w:val="1"/>
      </w:numPr>
    </w:pPr>
    <w:rPr>
      <w:color w:val="5A5A5A" w:themeColor="text1" w:themeTint="A5"/>
      <w:spacing w:val="15"/>
    </w:rPr>
  </w:style>
  <w:style w:type="character" w:customStyle="1" w:styleId="PodtytuZnak">
    <w:name w:val="Podtytuł Znak"/>
    <w:basedOn w:val="Domylnaczcionkaakapitu"/>
    <w:link w:val="Podtytu"/>
    <w:uiPriority w:val="11"/>
    <w:rsid w:val="00AC0B55"/>
    <w:rPr>
      <w:color w:val="5A5A5A" w:themeColor="text1" w:themeTint="A5"/>
      <w:spacing w:val="15"/>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AC0B55"/>
    <w:pPr>
      <w:spacing w:before="200"/>
      <w:ind w:left="864" w:right="864"/>
    </w:pPr>
    <w:rPr>
      <w:i/>
      <w:iCs/>
      <w:color w:val="404040" w:themeColor="text1" w:themeTint="BF"/>
    </w:rPr>
  </w:style>
  <w:style w:type="character" w:customStyle="1" w:styleId="CytatZnak">
    <w:name w:val="Cytat Znak"/>
    <w:basedOn w:val="Domylnaczcionkaakapitu"/>
    <w:link w:val="Cytat"/>
    <w:uiPriority w:val="29"/>
    <w:rsid w:val="00AC0B55"/>
    <w:rPr>
      <w:i/>
      <w:iCs/>
      <w:color w:val="404040" w:themeColor="text1" w:themeTint="BF"/>
    </w:rPr>
  </w:style>
  <w:style w:type="character" w:customStyle="1" w:styleId="Nagwek4Znak">
    <w:name w:val="Nagłówek 4 Znak"/>
    <w:basedOn w:val="Domylnaczcionkaakapitu"/>
    <w:link w:val="Nagwek4"/>
    <w:uiPriority w:val="9"/>
    <w:semiHidden/>
    <w:rsid w:val="00AC0B55"/>
    <w:rPr>
      <w:i/>
      <w:iCs/>
    </w:rPr>
  </w:style>
  <w:style w:type="character" w:customStyle="1" w:styleId="Nagwek5Znak">
    <w:name w:val="Nagłówek 5 Znak"/>
    <w:basedOn w:val="Domylnaczcionkaakapitu"/>
    <w:link w:val="Nagwek5"/>
    <w:uiPriority w:val="9"/>
    <w:semiHidden/>
    <w:rsid w:val="00AC0B55"/>
    <w:rPr>
      <w:color w:val="404040" w:themeColor="text1" w:themeTint="BF"/>
    </w:rPr>
  </w:style>
  <w:style w:type="character" w:customStyle="1" w:styleId="Nagwek6Znak">
    <w:name w:val="Nagłówek 6 Znak"/>
    <w:basedOn w:val="Domylnaczcionkaakapitu"/>
    <w:link w:val="Nagwek6"/>
    <w:uiPriority w:val="9"/>
    <w:semiHidden/>
    <w:rsid w:val="00AC0B55"/>
  </w:style>
  <w:style w:type="character" w:customStyle="1" w:styleId="Nagwek7Znak">
    <w:name w:val="Nagłówek 7 Znak"/>
    <w:basedOn w:val="Domylnaczcionkaakapitu"/>
    <w:link w:val="Nagwek7"/>
    <w:uiPriority w:val="9"/>
    <w:semiHidden/>
    <w:rsid w:val="00AC0B55"/>
    <w:rPr>
      <w:rFonts w:asciiTheme="majorHAnsi" w:eastAsiaTheme="majorEastAsia" w:hAnsiTheme="majorHAnsi" w:cstheme="majorBidi"/>
      <w:i/>
      <w:iCs/>
    </w:rPr>
  </w:style>
  <w:style w:type="character" w:customStyle="1" w:styleId="Nagwek8Znak">
    <w:name w:val="Nagłówek 8 Znak"/>
    <w:basedOn w:val="Domylnaczcionkaakapitu"/>
    <w:link w:val="Nagwek8"/>
    <w:uiPriority w:val="9"/>
    <w:semiHidden/>
    <w:rsid w:val="00AC0B55"/>
    <w:rPr>
      <w:color w:val="262626" w:themeColor="text1" w:themeTint="D9"/>
      <w:sz w:val="21"/>
      <w:szCs w:val="21"/>
    </w:rPr>
  </w:style>
  <w:style w:type="character" w:customStyle="1" w:styleId="Nagwek9Znak">
    <w:name w:val="Nagłówek 9 Znak"/>
    <w:basedOn w:val="Domylnaczcionkaakapitu"/>
    <w:link w:val="Nagwek9"/>
    <w:uiPriority w:val="9"/>
    <w:semiHidden/>
    <w:rsid w:val="00AC0B55"/>
    <w:rPr>
      <w:rFonts w:asciiTheme="majorHAnsi" w:eastAsiaTheme="majorEastAsia" w:hAnsiTheme="majorHAnsi" w:cstheme="majorBidi"/>
      <w:i/>
      <w:iCs/>
      <w:color w:val="262626" w:themeColor="text1" w:themeTint="D9"/>
      <w:sz w:val="21"/>
      <w:szCs w:val="21"/>
    </w:rPr>
  </w:style>
  <w:style w:type="paragraph" w:styleId="Legenda">
    <w:name w:val="caption"/>
    <w:basedOn w:val="Normalny"/>
    <w:next w:val="Normalny"/>
    <w:uiPriority w:val="35"/>
    <w:semiHidden/>
    <w:unhideWhenUsed/>
    <w:qFormat/>
    <w:rsid w:val="00AC0B55"/>
    <w:pPr>
      <w:spacing w:after="200" w:line="240" w:lineRule="auto"/>
    </w:pPr>
    <w:rPr>
      <w:i/>
      <w:iCs/>
      <w:color w:val="1F497D" w:themeColor="text2"/>
      <w:sz w:val="18"/>
      <w:szCs w:val="18"/>
    </w:rPr>
  </w:style>
  <w:style w:type="character" w:styleId="Pogrubienie">
    <w:name w:val="Strong"/>
    <w:basedOn w:val="Domylnaczcionkaakapitu"/>
    <w:uiPriority w:val="22"/>
    <w:qFormat/>
    <w:rsid w:val="00AC0B55"/>
    <w:rPr>
      <w:b/>
      <w:bCs/>
      <w:color w:val="auto"/>
    </w:rPr>
  </w:style>
  <w:style w:type="character" w:styleId="Uwydatnienie">
    <w:name w:val="Emphasis"/>
    <w:basedOn w:val="Domylnaczcionkaakapitu"/>
    <w:uiPriority w:val="20"/>
    <w:qFormat/>
    <w:rsid w:val="00AC0B55"/>
    <w:rPr>
      <w:i/>
      <w:iCs/>
      <w:color w:val="auto"/>
    </w:rPr>
  </w:style>
  <w:style w:type="paragraph" w:styleId="Cytatintensywny">
    <w:name w:val="Intense Quote"/>
    <w:basedOn w:val="Normalny"/>
    <w:next w:val="Normalny"/>
    <w:link w:val="CytatintensywnyZnak"/>
    <w:uiPriority w:val="30"/>
    <w:qFormat/>
    <w:rsid w:val="00AC0B55"/>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CytatintensywnyZnak">
    <w:name w:val="Cytat intensywny Znak"/>
    <w:basedOn w:val="Domylnaczcionkaakapitu"/>
    <w:link w:val="Cytatintensywny"/>
    <w:uiPriority w:val="30"/>
    <w:rsid w:val="00AC0B55"/>
    <w:rPr>
      <w:i/>
      <w:iCs/>
      <w:color w:val="404040" w:themeColor="text1" w:themeTint="BF"/>
    </w:rPr>
  </w:style>
  <w:style w:type="character" w:styleId="Wyrnieniedelikatne">
    <w:name w:val="Subtle Emphasis"/>
    <w:basedOn w:val="Domylnaczcionkaakapitu"/>
    <w:uiPriority w:val="19"/>
    <w:qFormat/>
    <w:rsid w:val="00AC0B55"/>
    <w:rPr>
      <w:i/>
      <w:iCs/>
      <w:color w:val="404040" w:themeColor="text1" w:themeTint="BF"/>
    </w:rPr>
  </w:style>
  <w:style w:type="character" w:styleId="Wyrnienieintensywne">
    <w:name w:val="Intense Emphasis"/>
    <w:basedOn w:val="Domylnaczcionkaakapitu"/>
    <w:uiPriority w:val="21"/>
    <w:qFormat/>
    <w:rsid w:val="00AC0B55"/>
    <w:rPr>
      <w:b/>
      <w:bCs/>
      <w:i/>
      <w:iCs/>
      <w:color w:val="auto"/>
    </w:rPr>
  </w:style>
  <w:style w:type="character" w:styleId="Odwoaniedelikatne">
    <w:name w:val="Subtle Reference"/>
    <w:basedOn w:val="Domylnaczcionkaakapitu"/>
    <w:uiPriority w:val="31"/>
    <w:qFormat/>
    <w:rsid w:val="00AC0B55"/>
    <w:rPr>
      <w:smallCaps/>
      <w:color w:val="404040" w:themeColor="text1" w:themeTint="BF"/>
    </w:rPr>
  </w:style>
  <w:style w:type="character" w:styleId="Odwoanieintensywne">
    <w:name w:val="Intense Reference"/>
    <w:basedOn w:val="Domylnaczcionkaakapitu"/>
    <w:uiPriority w:val="32"/>
    <w:qFormat/>
    <w:rsid w:val="00AC0B55"/>
    <w:rPr>
      <w:b/>
      <w:bCs/>
      <w:smallCaps/>
      <w:color w:val="404040" w:themeColor="text1" w:themeTint="BF"/>
      <w:spacing w:val="5"/>
    </w:rPr>
  </w:style>
  <w:style w:type="character" w:styleId="Tytuksiki">
    <w:name w:val="Book Title"/>
    <w:basedOn w:val="Domylnaczcionkaakapitu"/>
    <w:uiPriority w:val="33"/>
    <w:qFormat/>
    <w:rsid w:val="00AC0B55"/>
    <w:rPr>
      <w:b/>
      <w:bCs/>
      <w:i/>
      <w:iCs/>
      <w:spacing w:val="5"/>
    </w:rPr>
  </w:style>
  <w:style w:type="paragraph" w:styleId="Nagwekspisutreci">
    <w:name w:val="TOC Heading"/>
    <w:basedOn w:val="Nagwek1"/>
    <w:next w:val="Normalny"/>
    <w:uiPriority w:val="39"/>
    <w:semiHidden/>
    <w:unhideWhenUsed/>
    <w:qFormat/>
    <w:rsid w:val="00AC0B55"/>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B70F42"/>
    <w:pPr>
      <w:autoSpaceDE w:val="0"/>
      <w:autoSpaceDN w:val="0"/>
      <w:adjustRightInd w:val="0"/>
      <w:spacing w:after="0" w:line="240" w:lineRule="auto"/>
    </w:pPr>
    <w:rPr>
      <w:rFonts w:ascii="Arial" w:eastAsiaTheme="minorHAnsi" w:hAnsi="Arial" w:cs="Arial"/>
      <w:color w:val="000000"/>
      <w:sz w:val="24"/>
      <w:szCs w:val="24"/>
      <w:lang w:val="pl-PL"/>
      <w14:ligatures w14:val="standardContextual"/>
    </w:rPr>
  </w:style>
  <w:style w:type="character" w:styleId="Hipercze">
    <w:name w:val="Hyperlink"/>
    <w:basedOn w:val="Domylnaczcionkaakapitu"/>
    <w:uiPriority w:val="99"/>
    <w:unhideWhenUsed/>
    <w:rsid w:val="006C640F"/>
    <w:rPr>
      <w:color w:val="0000FF" w:themeColor="hyperlink"/>
      <w:u w:val="single"/>
    </w:rPr>
  </w:style>
  <w:style w:type="character" w:customStyle="1" w:styleId="UnresolvedMention">
    <w:name w:val="Unresolved Mention"/>
    <w:basedOn w:val="Domylnaczcionkaakapitu"/>
    <w:uiPriority w:val="99"/>
    <w:semiHidden/>
    <w:unhideWhenUsed/>
    <w:rsid w:val="006C64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5B610-8C3F-4BB5-8111-1E4FDB5F7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4025</Words>
  <Characters>24151</Characters>
  <Application>Microsoft Office Word</Application>
  <DocSecurity>0</DocSecurity>
  <Lines>201</Lines>
  <Paragraphs>56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28120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Agnieszka Pyska</cp:lastModifiedBy>
  <cp:revision>4</cp:revision>
  <cp:lastPrinted>2025-10-02T12:27:00Z</cp:lastPrinted>
  <dcterms:created xsi:type="dcterms:W3CDTF">2026-08-24T14:19:00Z</dcterms:created>
  <dcterms:modified xsi:type="dcterms:W3CDTF">2026-08-24T14:20:00Z</dcterms:modified>
  <cp:category/>
</cp:coreProperties>
</file>