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FE9C" w14:textId="13509A41" w:rsidR="00C71874" w:rsidRPr="00D94CE3" w:rsidRDefault="005E4A46" w:rsidP="00D94CE3">
      <w:pPr>
        <w:pStyle w:val="Tytu"/>
        <w:jc w:val="center"/>
        <w:rPr>
          <w:b/>
          <w:bCs/>
          <w:color w:val="000000" w:themeColor="text1"/>
          <w:sz w:val="28"/>
          <w:szCs w:val="28"/>
        </w:rPr>
      </w:pPr>
      <w:proofErr w:type="spellStart"/>
      <w:r w:rsidRPr="00D94CE3">
        <w:rPr>
          <w:b/>
          <w:bCs/>
          <w:color w:val="000000" w:themeColor="text1"/>
          <w:sz w:val="28"/>
          <w:szCs w:val="28"/>
        </w:rPr>
        <w:t>Załącznik</w:t>
      </w:r>
      <w:proofErr w:type="spellEnd"/>
      <w:r w:rsidRPr="00D94CE3">
        <w:rPr>
          <w:b/>
          <w:bCs/>
          <w:color w:val="000000" w:themeColor="text1"/>
          <w:sz w:val="28"/>
          <w:szCs w:val="28"/>
        </w:rPr>
        <w:t xml:space="preserve"> nr </w:t>
      </w:r>
      <w:r w:rsidR="00016D8B">
        <w:rPr>
          <w:b/>
          <w:bCs/>
          <w:color w:val="000000" w:themeColor="text1"/>
          <w:sz w:val="28"/>
          <w:szCs w:val="28"/>
        </w:rPr>
        <w:t>1</w:t>
      </w:r>
      <w:r w:rsidRPr="00D94CE3">
        <w:rPr>
          <w:b/>
          <w:bCs/>
          <w:color w:val="000000" w:themeColor="text1"/>
          <w:sz w:val="28"/>
          <w:szCs w:val="28"/>
        </w:rPr>
        <w:t xml:space="preserve"> do SWZ</w:t>
      </w:r>
      <w:r w:rsidR="006923AA">
        <w:rPr>
          <w:b/>
          <w:bCs/>
          <w:color w:val="000000" w:themeColor="text1"/>
          <w:sz w:val="28"/>
          <w:szCs w:val="28"/>
        </w:rPr>
        <w:br/>
      </w:r>
      <w:proofErr w:type="spellStart"/>
      <w:r w:rsidR="006923AA">
        <w:rPr>
          <w:b/>
          <w:bCs/>
          <w:color w:val="000000" w:themeColor="text1"/>
          <w:sz w:val="28"/>
          <w:szCs w:val="28"/>
        </w:rPr>
        <w:t>Opis</w:t>
      </w:r>
      <w:proofErr w:type="spellEnd"/>
      <w:r w:rsidR="006923AA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923AA">
        <w:rPr>
          <w:b/>
          <w:bCs/>
          <w:color w:val="000000" w:themeColor="text1"/>
          <w:sz w:val="28"/>
          <w:szCs w:val="28"/>
        </w:rPr>
        <w:t>Przedmiotu</w:t>
      </w:r>
      <w:proofErr w:type="spellEnd"/>
      <w:r w:rsidR="006923AA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923AA">
        <w:rPr>
          <w:b/>
          <w:bCs/>
          <w:color w:val="000000" w:themeColor="text1"/>
          <w:sz w:val="28"/>
          <w:szCs w:val="28"/>
        </w:rPr>
        <w:t>Zamówienia</w:t>
      </w:r>
      <w:proofErr w:type="spellEnd"/>
    </w:p>
    <w:p w14:paraId="4CF598A3" w14:textId="77777777" w:rsidR="00C71874" w:rsidRDefault="005E4A46">
      <w:pPr>
        <w:pStyle w:val="Nagwek1"/>
      </w:pPr>
      <w:r>
        <w:t>OPIS PRZEDMIOTU ZAMÓWIENIA</w:t>
      </w:r>
    </w:p>
    <w:p w14:paraId="04ED899F" w14:textId="0126002F" w:rsidR="00C71874" w:rsidRDefault="005E4A46">
      <w:proofErr w:type="spellStart"/>
      <w:r>
        <w:t>Zakup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dostawa</w:t>
      </w:r>
      <w:proofErr w:type="spellEnd"/>
      <w:r>
        <w:t xml:space="preserve"> </w:t>
      </w:r>
      <w:proofErr w:type="spellStart"/>
      <w:r w:rsidR="001203AE">
        <w:t>dwóch</w:t>
      </w:r>
      <w:proofErr w:type="spellEnd"/>
      <w:r w:rsidR="001203AE">
        <w:t xml:space="preserve"> </w:t>
      </w:r>
      <w:proofErr w:type="spellStart"/>
      <w:r>
        <w:t>fabrycznie</w:t>
      </w:r>
      <w:proofErr w:type="spellEnd"/>
      <w:r>
        <w:t xml:space="preserve"> </w:t>
      </w:r>
      <w:proofErr w:type="spellStart"/>
      <w:r>
        <w:t>now</w:t>
      </w:r>
      <w:r w:rsidR="001203AE">
        <w:t>ych</w:t>
      </w:r>
      <w:proofErr w:type="spellEnd"/>
      <w:r w:rsidR="001203AE">
        <w:t xml:space="preserve">, </w:t>
      </w:r>
      <w:r w:rsidR="009B123E">
        <w:t xml:space="preserve">9 </w:t>
      </w:r>
      <w:proofErr w:type="spellStart"/>
      <w:r w:rsidR="009B123E">
        <w:t>osobow</w:t>
      </w:r>
      <w:r w:rsidR="002A44B6">
        <w:t>y</w:t>
      </w:r>
      <w:r w:rsidR="001203AE">
        <w:t>ch</w:t>
      </w:r>
      <w:proofErr w:type="spellEnd"/>
      <w:r w:rsidR="001203AE">
        <w:t xml:space="preserve"> </w:t>
      </w:r>
      <w:proofErr w:type="spellStart"/>
      <w:r w:rsidR="001203AE">
        <w:t>samochodów</w:t>
      </w:r>
      <w:proofErr w:type="spellEnd"/>
      <w:r>
        <w:t xml:space="preserve"> </w:t>
      </w:r>
      <w:proofErr w:type="spellStart"/>
      <w:r>
        <w:t>przystosowan</w:t>
      </w:r>
      <w:r w:rsidR="001203AE">
        <w:t>ych</w:t>
      </w:r>
      <w:proofErr w:type="spellEnd"/>
      <w:r>
        <w:t xml:space="preserve"> do </w:t>
      </w:r>
      <w:proofErr w:type="spellStart"/>
      <w:r>
        <w:t>przewozu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>.</w:t>
      </w:r>
    </w:p>
    <w:p w14:paraId="27C55B86" w14:textId="77777777" w:rsidR="00C71874" w:rsidRDefault="005E4A46">
      <w:pPr>
        <w:pStyle w:val="Nagwek2"/>
      </w:pPr>
      <w:r>
        <w:t xml:space="preserve">1. </w:t>
      </w:r>
      <w:proofErr w:type="spellStart"/>
      <w:r>
        <w:t>Przedmiot</w:t>
      </w:r>
      <w:proofErr w:type="spellEnd"/>
      <w:r>
        <w:t xml:space="preserve"> </w:t>
      </w:r>
      <w:proofErr w:type="spellStart"/>
      <w:r>
        <w:t>zamówienia</w:t>
      </w:r>
      <w:proofErr w:type="spellEnd"/>
    </w:p>
    <w:p w14:paraId="5954F773" w14:textId="02EFA60C" w:rsidR="00C71874" w:rsidRDefault="005E4A46">
      <w:proofErr w:type="spellStart"/>
      <w:r>
        <w:t>Przedmiotem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jest </w:t>
      </w:r>
      <w:proofErr w:type="spellStart"/>
      <w:r>
        <w:t>zakup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dostawa</w:t>
      </w:r>
      <w:proofErr w:type="spellEnd"/>
      <w:r>
        <w:t xml:space="preserve"> </w:t>
      </w:r>
      <w:proofErr w:type="spellStart"/>
      <w:r>
        <w:t>fabrycznie</w:t>
      </w:r>
      <w:proofErr w:type="spellEnd"/>
      <w:r>
        <w:t xml:space="preserve"> </w:t>
      </w:r>
      <w:proofErr w:type="spellStart"/>
      <w:r>
        <w:t>now</w:t>
      </w:r>
      <w:r w:rsidR="002A44B6">
        <w:t>ych</w:t>
      </w:r>
      <w:proofErr w:type="spellEnd"/>
      <w:r w:rsidR="002A44B6">
        <w:t>,</w:t>
      </w:r>
      <w:r>
        <w:t xml:space="preserve"> </w:t>
      </w:r>
      <w:r w:rsidR="009B123E">
        <w:t>9-osobow</w:t>
      </w:r>
      <w:r w:rsidR="002A44B6">
        <w:t xml:space="preserve">ych </w:t>
      </w:r>
      <w:proofErr w:type="spellStart"/>
      <w:r w:rsidR="002A44B6">
        <w:t>samochodów</w:t>
      </w:r>
      <w:proofErr w:type="spellEnd"/>
      <w:r>
        <w:t xml:space="preserve"> </w:t>
      </w:r>
      <w:proofErr w:type="spellStart"/>
      <w:r>
        <w:t>przystosowan</w:t>
      </w:r>
      <w:r w:rsidR="002A44B6">
        <w:t>ych</w:t>
      </w:r>
      <w:proofErr w:type="spellEnd"/>
      <w:r>
        <w:t xml:space="preserve"> do </w:t>
      </w:r>
      <w:proofErr w:type="spellStart"/>
      <w:r>
        <w:t>przewozu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poruszających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wózkach</w:t>
      </w:r>
      <w:proofErr w:type="spellEnd"/>
      <w:r>
        <w:t xml:space="preserve"> </w:t>
      </w:r>
      <w:proofErr w:type="spellStart"/>
      <w:r>
        <w:t>inwalidzkich</w:t>
      </w:r>
      <w:proofErr w:type="spellEnd"/>
      <w:r>
        <w:t xml:space="preserve">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niezbędnym</w:t>
      </w:r>
      <w:proofErr w:type="spellEnd"/>
      <w:r>
        <w:t xml:space="preserve"> </w:t>
      </w:r>
      <w:proofErr w:type="spellStart"/>
      <w:r>
        <w:t>wyposażeniem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dokumentacją</w:t>
      </w:r>
      <w:proofErr w:type="spellEnd"/>
      <w:r>
        <w:t>.</w:t>
      </w:r>
    </w:p>
    <w:p w14:paraId="2BA5D377" w14:textId="20380C8D" w:rsidR="00C71874" w:rsidRDefault="005E4A46">
      <w:pPr>
        <w:pStyle w:val="Nagwek2"/>
      </w:pPr>
      <w:r>
        <w:t xml:space="preserve">2.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ogólne</w:t>
      </w:r>
      <w:proofErr w:type="spellEnd"/>
      <w:r w:rsidR="002A44B6">
        <w:t xml:space="preserve"> (</w:t>
      </w:r>
      <w:proofErr w:type="spellStart"/>
      <w:r w:rsidR="002A44B6">
        <w:t>dotyczą</w:t>
      </w:r>
      <w:proofErr w:type="spellEnd"/>
      <w:r w:rsidR="002A44B6">
        <w:t xml:space="preserve"> </w:t>
      </w:r>
      <w:proofErr w:type="spellStart"/>
      <w:r w:rsidR="002A44B6">
        <w:t>każdego</w:t>
      </w:r>
      <w:proofErr w:type="spellEnd"/>
      <w:r w:rsidR="002A44B6">
        <w:t xml:space="preserve"> z </w:t>
      </w:r>
      <w:proofErr w:type="spellStart"/>
      <w:r w:rsidR="002A44B6">
        <w:t>dwóch</w:t>
      </w:r>
      <w:proofErr w:type="spellEnd"/>
      <w:r w:rsidR="002A44B6">
        <w:t xml:space="preserve"> </w:t>
      </w:r>
      <w:proofErr w:type="spellStart"/>
      <w:r w:rsidR="002A44B6">
        <w:t>pojazdów</w:t>
      </w:r>
      <w:proofErr w:type="spellEnd"/>
      <w:r w:rsidR="002A44B6">
        <w:t>)</w:t>
      </w:r>
    </w:p>
    <w:p w14:paraId="13AE4A29" w14:textId="4F1C3D25" w:rsidR="00C71874" w:rsidRDefault="005E4A46">
      <w:r>
        <w:t xml:space="preserve">• </w:t>
      </w:r>
      <w:proofErr w:type="spellStart"/>
      <w:r>
        <w:t>Pojazd</w:t>
      </w:r>
      <w:proofErr w:type="spellEnd"/>
      <w:r>
        <w:t xml:space="preserve"> </w:t>
      </w:r>
      <w:proofErr w:type="spellStart"/>
      <w:r>
        <w:t>fabrycznie</w:t>
      </w:r>
      <w:proofErr w:type="spellEnd"/>
      <w:r>
        <w:t xml:space="preserve"> </w:t>
      </w:r>
      <w:proofErr w:type="spellStart"/>
      <w:r>
        <w:t>now</w:t>
      </w:r>
      <w:r w:rsidR="002A44B6">
        <w:t>y</w:t>
      </w:r>
      <w:proofErr w:type="spellEnd"/>
      <w:r>
        <w:t xml:space="preserve">, </w:t>
      </w:r>
      <w:proofErr w:type="spellStart"/>
      <w:r>
        <w:t>rok</w:t>
      </w:r>
      <w:proofErr w:type="spellEnd"/>
      <w:r>
        <w:t xml:space="preserve"> </w:t>
      </w:r>
      <w:proofErr w:type="spellStart"/>
      <w:r>
        <w:t>produkcji</w:t>
      </w:r>
      <w:proofErr w:type="spellEnd"/>
      <w:r>
        <w:t xml:space="preserve"> 202</w:t>
      </w:r>
      <w:r w:rsidR="009B123E">
        <w:t>6</w:t>
      </w:r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nowszy</w:t>
      </w:r>
      <w:proofErr w:type="spellEnd"/>
      <w:r>
        <w:t>.</w:t>
      </w:r>
    </w:p>
    <w:p w14:paraId="205FB6C7" w14:textId="77777777" w:rsidR="00C71874" w:rsidRDefault="005E4A46">
      <w:r>
        <w:t xml:space="preserve">• </w:t>
      </w:r>
      <w:proofErr w:type="spellStart"/>
      <w:r>
        <w:t>Pojazd</w:t>
      </w:r>
      <w:proofErr w:type="spellEnd"/>
      <w:r>
        <w:t xml:space="preserve"> </w:t>
      </w:r>
      <w:proofErr w:type="spellStart"/>
      <w:r>
        <w:t>kompletny</w:t>
      </w:r>
      <w:proofErr w:type="spellEnd"/>
      <w:r>
        <w:t xml:space="preserve">, </w:t>
      </w:r>
      <w:proofErr w:type="spellStart"/>
      <w:r>
        <w:t>gotowy</w:t>
      </w:r>
      <w:proofErr w:type="spellEnd"/>
      <w:r>
        <w:t xml:space="preserve"> do </w:t>
      </w:r>
      <w:proofErr w:type="spellStart"/>
      <w:r>
        <w:t>rejestracji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dopuszczony</w:t>
      </w:r>
      <w:proofErr w:type="spellEnd"/>
      <w:r>
        <w:t xml:space="preserve"> do </w:t>
      </w:r>
      <w:proofErr w:type="spellStart"/>
      <w:r>
        <w:t>ruchu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, </w:t>
      </w:r>
      <w:proofErr w:type="spellStart"/>
      <w:r>
        <w:t>spełniający</w:t>
      </w:r>
      <w:proofErr w:type="spellEnd"/>
      <w:r>
        <w:t xml:space="preserve"> </w:t>
      </w:r>
      <w:proofErr w:type="spellStart"/>
      <w:r>
        <w:t>obowiązujące</w:t>
      </w:r>
      <w:proofErr w:type="spellEnd"/>
      <w:r>
        <w:t xml:space="preserve"> </w:t>
      </w:r>
      <w:proofErr w:type="spellStart"/>
      <w:r>
        <w:t>normy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(</w:t>
      </w:r>
      <w:proofErr w:type="spellStart"/>
      <w:r>
        <w:t>Prawo</w:t>
      </w:r>
      <w:proofErr w:type="spellEnd"/>
      <w:r>
        <w:t xml:space="preserve"> o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drogowym</w:t>
      </w:r>
      <w:proofErr w:type="spellEnd"/>
      <w:r>
        <w:t xml:space="preserve">, </w:t>
      </w:r>
      <w:proofErr w:type="spellStart"/>
      <w:r>
        <w:t>normy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>, EURO 6).</w:t>
      </w:r>
    </w:p>
    <w:p w14:paraId="12F3A665" w14:textId="77777777" w:rsidR="00C71874" w:rsidRDefault="005E4A46">
      <w:r>
        <w:t xml:space="preserve">• </w:t>
      </w:r>
      <w:proofErr w:type="spellStart"/>
      <w:r>
        <w:t>Homologacja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świadectwo</w:t>
      </w:r>
      <w:proofErr w:type="spellEnd"/>
      <w:r>
        <w:t xml:space="preserve"> </w:t>
      </w:r>
      <w:proofErr w:type="spellStart"/>
      <w:r>
        <w:t>zgodności</w:t>
      </w:r>
      <w:proofErr w:type="spellEnd"/>
      <w:r>
        <w:t xml:space="preserve"> WE </w:t>
      </w:r>
      <w:proofErr w:type="spellStart"/>
      <w:r>
        <w:t>pojazdu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dokumentacja</w:t>
      </w:r>
      <w:proofErr w:type="spellEnd"/>
      <w:r>
        <w:t xml:space="preserve"> </w:t>
      </w:r>
      <w:proofErr w:type="spellStart"/>
      <w:r>
        <w:t>potwierdzająca</w:t>
      </w:r>
      <w:proofErr w:type="spellEnd"/>
      <w:r>
        <w:t xml:space="preserve"> </w:t>
      </w:r>
      <w:proofErr w:type="spellStart"/>
      <w:r>
        <w:t>przystosowanie</w:t>
      </w:r>
      <w:proofErr w:type="spellEnd"/>
      <w:r>
        <w:t xml:space="preserve"> do </w:t>
      </w:r>
      <w:proofErr w:type="spellStart"/>
      <w:r>
        <w:t>przewozu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>.</w:t>
      </w:r>
    </w:p>
    <w:p w14:paraId="284329B7" w14:textId="77777777" w:rsidR="00C71874" w:rsidRDefault="005E4A46">
      <w:r>
        <w:t xml:space="preserve">• </w:t>
      </w:r>
      <w:proofErr w:type="spellStart"/>
      <w:r>
        <w:t>Dostawa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: </w:t>
      </w:r>
      <w:proofErr w:type="spellStart"/>
      <w:r>
        <w:t>pojazd</w:t>
      </w:r>
      <w:proofErr w:type="spellEnd"/>
      <w:r>
        <w:t xml:space="preserve">, </w:t>
      </w:r>
      <w:proofErr w:type="spellStart"/>
      <w:r>
        <w:t>dokumenty</w:t>
      </w:r>
      <w:proofErr w:type="spellEnd"/>
      <w:r>
        <w:t xml:space="preserve">, </w:t>
      </w:r>
      <w:proofErr w:type="spellStart"/>
      <w:r>
        <w:t>przeszkolenie</w:t>
      </w:r>
      <w:proofErr w:type="spellEnd"/>
      <w:r>
        <w:t xml:space="preserve"> z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rampy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mocowań</w:t>
      </w:r>
      <w:proofErr w:type="spellEnd"/>
      <w:r>
        <w:t xml:space="preserve"> </w:t>
      </w:r>
      <w:proofErr w:type="spellStart"/>
      <w:r>
        <w:t>wózków</w:t>
      </w:r>
      <w:proofErr w:type="spellEnd"/>
      <w:r>
        <w:t>.</w:t>
      </w:r>
    </w:p>
    <w:p w14:paraId="33A40DB9" w14:textId="0BD3F9A9" w:rsidR="00C71874" w:rsidRDefault="005E4A46">
      <w:r>
        <w:t xml:space="preserve">• Logo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dofinansowującego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oznaczenia</w:t>
      </w:r>
      <w:proofErr w:type="spellEnd"/>
      <w:r>
        <w:t xml:space="preserve"> </w:t>
      </w:r>
      <w:proofErr w:type="spellStart"/>
      <w:r>
        <w:t>graficzne</w:t>
      </w:r>
      <w:proofErr w:type="spellEnd"/>
      <w:r>
        <w:t xml:space="preserve"> </w:t>
      </w:r>
      <w:proofErr w:type="spellStart"/>
      <w:r>
        <w:t>dostarczone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– </w:t>
      </w:r>
      <w:proofErr w:type="spellStart"/>
      <w:r>
        <w:t>wykonawca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pojeździe</w:t>
      </w:r>
      <w:proofErr w:type="spellEnd"/>
      <w:r>
        <w:t>.</w:t>
      </w:r>
      <w:r w:rsidR="00120FA1">
        <w:t xml:space="preserve"> </w:t>
      </w:r>
      <w:proofErr w:type="spellStart"/>
      <w:r w:rsidR="00120FA1">
        <w:t>Z</w:t>
      </w:r>
      <w:r w:rsidR="004A1745">
        <w:t>n</w:t>
      </w:r>
      <w:r w:rsidR="00120FA1">
        <w:t>akowanie</w:t>
      </w:r>
      <w:proofErr w:type="spellEnd"/>
      <w:r w:rsidR="00120FA1">
        <w:t xml:space="preserve"> </w:t>
      </w:r>
      <w:proofErr w:type="spellStart"/>
      <w:r w:rsidR="00120FA1">
        <w:t>na</w:t>
      </w:r>
      <w:proofErr w:type="spellEnd"/>
      <w:r w:rsidR="00120FA1">
        <w:t xml:space="preserve"> </w:t>
      </w:r>
      <w:proofErr w:type="spellStart"/>
      <w:r w:rsidR="00120FA1">
        <w:t>bokach</w:t>
      </w:r>
      <w:proofErr w:type="spellEnd"/>
      <w:r w:rsidR="00120FA1">
        <w:t xml:space="preserve"> </w:t>
      </w:r>
      <w:proofErr w:type="spellStart"/>
      <w:r w:rsidR="00120FA1">
        <w:t>samochodu</w:t>
      </w:r>
      <w:proofErr w:type="spellEnd"/>
      <w:r w:rsidR="00120FA1">
        <w:t xml:space="preserve">, </w:t>
      </w:r>
      <w:proofErr w:type="spellStart"/>
      <w:r w:rsidR="00120FA1">
        <w:t>na</w:t>
      </w:r>
      <w:proofErr w:type="spellEnd"/>
      <w:r w:rsidR="00120FA1">
        <w:t xml:space="preserve"> </w:t>
      </w:r>
      <w:proofErr w:type="spellStart"/>
      <w:r w:rsidR="00120FA1">
        <w:t>masce</w:t>
      </w:r>
      <w:proofErr w:type="spellEnd"/>
      <w:r w:rsidR="00120FA1">
        <w:t xml:space="preserve"> </w:t>
      </w:r>
      <w:proofErr w:type="spellStart"/>
      <w:r w:rsidR="00120FA1">
        <w:t>oraz</w:t>
      </w:r>
      <w:proofErr w:type="spellEnd"/>
      <w:r w:rsidR="00120FA1">
        <w:t xml:space="preserve"> </w:t>
      </w:r>
      <w:proofErr w:type="spellStart"/>
      <w:r w:rsidR="00120FA1">
        <w:t>na</w:t>
      </w:r>
      <w:proofErr w:type="spellEnd"/>
      <w:r w:rsidR="00120FA1">
        <w:t xml:space="preserve"> </w:t>
      </w:r>
      <w:proofErr w:type="spellStart"/>
      <w:r w:rsidR="00120FA1">
        <w:t>tylnych</w:t>
      </w:r>
      <w:proofErr w:type="spellEnd"/>
      <w:r w:rsidR="00120FA1">
        <w:t xml:space="preserve"> </w:t>
      </w:r>
      <w:proofErr w:type="spellStart"/>
      <w:r w:rsidR="00120FA1">
        <w:t>drzwiach</w:t>
      </w:r>
      <w:proofErr w:type="spellEnd"/>
      <w:r w:rsidR="00120FA1">
        <w:t>.</w:t>
      </w:r>
    </w:p>
    <w:p w14:paraId="37AF4D8C" w14:textId="77777777" w:rsidR="00C71874" w:rsidRDefault="005E4A46">
      <w:pPr>
        <w:pStyle w:val="Nagwek2"/>
      </w:pPr>
      <w:r>
        <w:t xml:space="preserve">3. </w:t>
      </w:r>
      <w:proofErr w:type="spellStart"/>
      <w:r>
        <w:t>Wymagania</w:t>
      </w:r>
      <w:proofErr w:type="spellEnd"/>
      <w:r>
        <w:t xml:space="preserve"> </w:t>
      </w:r>
      <w:proofErr w:type="spellStart"/>
      <w:r>
        <w:t>techniczne</w:t>
      </w:r>
      <w:proofErr w:type="spellEnd"/>
      <w:r>
        <w:t xml:space="preserve"> (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minimalne</w:t>
      </w:r>
      <w:proofErr w:type="spellEnd"/>
      <w:r>
        <w:t>)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44"/>
        <w:gridCol w:w="2977"/>
        <w:gridCol w:w="2160"/>
      </w:tblGrid>
      <w:tr w:rsidR="00C71874" w14:paraId="0AA3663F" w14:textId="77777777" w:rsidTr="004A1745">
        <w:tc>
          <w:tcPr>
            <w:tcW w:w="817" w:type="dxa"/>
          </w:tcPr>
          <w:p w14:paraId="5B3EB772" w14:textId="77777777" w:rsidR="00C71874" w:rsidRPr="004A1745" w:rsidRDefault="005E4A46">
            <w:pPr>
              <w:rPr>
                <w:b/>
                <w:bCs/>
              </w:rPr>
            </w:pPr>
            <w:proofErr w:type="spellStart"/>
            <w:r w:rsidRPr="004A1745">
              <w:rPr>
                <w:b/>
                <w:bCs/>
              </w:rPr>
              <w:t>Lp</w:t>
            </w:r>
            <w:proofErr w:type="spellEnd"/>
            <w:r w:rsidRPr="004A1745">
              <w:rPr>
                <w:b/>
                <w:bCs/>
              </w:rPr>
              <w:t>.</w:t>
            </w:r>
          </w:p>
        </w:tc>
        <w:tc>
          <w:tcPr>
            <w:tcW w:w="3544" w:type="dxa"/>
          </w:tcPr>
          <w:p w14:paraId="1010641D" w14:textId="77777777" w:rsidR="00C71874" w:rsidRPr="004A1745" w:rsidRDefault="005E4A46">
            <w:pPr>
              <w:rPr>
                <w:b/>
                <w:bCs/>
              </w:rPr>
            </w:pPr>
            <w:proofErr w:type="spellStart"/>
            <w:r w:rsidRPr="004A1745">
              <w:rPr>
                <w:b/>
                <w:bCs/>
              </w:rPr>
              <w:t>Parametr</w:t>
            </w:r>
            <w:proofErr w:type="spellEnd"/>
          </w:p>
        </w:tc>
        <w:tc>
          <w:tcPr>
            <w:tcW w:w="2977" w:type="dxa"/>
          </w:tcPr>
          <w:p w14:paraId="5FDD5BE3" w14:textId="77777777" w:rsidR="00C71874" w:rsidRPr="004A1745" w:rsidRDefault="005E4A46">
            <w:pPr>
              <w:rPr>
                <w:b/>
                <w:bCs/>
              </w:rPr>
            </w:pPr>
            <w:proofErr w:type="spellStart"/>
            <w:r w:rsidRPr="004A1745">
              <w:rPr>
                <w:b/>
                <w:bCs/>
              </w:rPr>
              <w:t>Wymaganie</w:t>
            </w:r>
            <w:proofErr w:type="spellEnd"/>
            <w:r w:rsidRPr="004A1745">
              <w:rPr>
                <w:b/>
                <w:bCs/>
              </w:rPr>
              <w:t xml:space="preserve"> </w:t>
            </w:r>
            <w:proofErr w:type="spellStart"/>
            <w:r w:rsidRPr="004A1745">
              <w:rPr>
                <w:b/>
                <w:bCs/>
              </w:rPr>
              <w:t>minimalne</w:t>
            </w:r>
            <w:proofErr w:type="spellEnd"/>
          </w:p>
        </w:tc>
        <w:tc>
          <w:tcPr>
            <w:tcW w:w="2160" w:type="dxa"/>
          </w:tcPr>
          <w:p w14:paraId="4A1B0BE0" w14:textId="77777777" w:rsidR="00C71874" w:rsidRPr="004A1745" w:rsidRDefault="005E4A46">
            <w:pPr>
              <w:rPr>
                <w:b/>
                <w:bCs/>
              </w:rPr>
            </w:pPr>
            <w:proofErr w:type="spellStart"/>
            <w:r w:rsidRPr="004A1745">
              <w:rPr>
                <w:b/>
                <w:bCs/>
              </w:rPr>
              <w:t>Potwierdzenie</w:t>
            </w:r>
            <w:proofErr w:type="spellEnd"/>
            <w:r w:rsidRPr="004A1745">
              <w:rPr>
                <w:b/>
                <w:bCs/>
              </w:rPr>
              <w:t xml:space="preserve"> w </w:t>
            </w:r>
            <w:proofErr w:type="spellStart"/>
            <w:r w:rsidRPr="004A1745">
              <w:rPr>
                <w:b/>
                <w:bCs/>
              </w:rPr>
              <w:t>karcie</w:t>
            </w:r>
            <w:proofErr w:type="spellEnd"/>
            <w:r w:rsidRPr="004A1745">
              <w:rPr>
                <w:b/>
                <w:bCs/>
              </w:rPr>
              <w:t xml:space="preserve"> </w:t>
            </w:r>
            <w:proofErr w:type="spellStart"/>
            <w:r w:rsidRPr="004A1745">
              <w:rPr>
                <w:b/>
                <w:bCs/>
              </w:rPr>
              <w:t>katalogowej</w:t>
            </w:r>
            <w:proofErr w:type="spellEnd"/>
            <w:r w:rsidRPr="004A1745">
              <w:rPr>
                <w:b/>
                <w:bCs/>
              </w:rPr>
              <w:t>*</w:t>
            </w:r>
          </w:p>
        </w:tc>
      </w:tr>
      <w:tr w:rsidR="00C71874" w14:paraId="63DBD3E1" w14:textId="77777777" w:rsidTr="004A1745">
        <w:tc>
          <w:tcPr>
            <w:tcW w:w="817" w:type="dxa"/>
          </w:tcPr>
          <w:p w14:paraId="39963882" w14:textId="77777777" w:rsidR="00C71874" w:rsidRDefault="005E4A46">
            <w:r>
              <w:t>1</w:t>
            </w:r>
          </w:p>
        </w:tc>
        <w:tc>
          <w:tcPr>
            <w:tcW w:w="3544" w:type="dxa"/>
          </w:tcPr>
          <w:p w14:paraId="5302A0DA" w14:textId="77777777" w:rsidR="00C71874" w:rsidRDefault="005E4A46">
            <w:proofErr w:type="spellStart"/>
            <w:r>
              <w:t>Typ</w:t>
            </w:r>
            <w:proofErr w:type="spellEnd"/>
            <w:r>
              <w:t xml:space="preserve"> </w:t>
            </w:r>
            <w:proofErr w:type="spellStart"/>
            <w:r>
              <w:t>pojazdu</w:t>
            </w:r>
            <w:proofErr w:type="spellEnd"/>
          </w:p>
        </w:tc>
        <w:tc>
          <w:tcPr>
            <w:tcW w:w="2977" w:type="dxa"/>
          </w:tcPr>
          <w:p w14:paraId="26E1ABEE" w14:textId="716F4A6E" w:rsidR="00C71874" w:rsidRDefault="009B123E" w:rsidP="009B123E">
            <w:r w:rsidRPr="009B123E">
              <w:rPr>
                <w:lang w:val="pl-PL"/>
              </w:rPr>
              <w:t xml:space="preserve">minivan / van / </w:t>
            </w:r>
            <w:proofErr w:type="spellStart"/>
            <w:r w:rsidRPr="009B123E">
              <w:rPr>
                <w:lang w:val="pl-PL"/>
              </w:rPr>
              <w:t>bus</w:t>
            </w:r>
            <w:proofErr w:type="spellEnd"/>
            <w:r w:rsidRPr="009B123E">
              <w:rPr>
                <w:lang w:val="pl-PL"/>
              </w:rPr>
              <w:t xml:space="preserve"> 9-osobowy </w:t>
            </w:r>
          </w:p>
        </w:tc>
        <w:tc>
          <w:tcPr>
            <w:tcW w:w="2160" w:type="dxa"/>
          </w:tcPr>
          <w:p w14:paraId="3A8D900B" w14:textId="77777777" w:rsidR="00C71874" w:rsidRDefault="00C71874"/>
        </w:tc>
      </w:tr>
      <w:tr w:rsidR="00FE387E" w14:paraId="7213585C" w14:textId="77777777" w:rsidTr="004A1745">
        <w:tc>
          <w:tcPr>
            <w:tcW w:w="817" w:type="dxa"/>
          </w:tcPr>
          <w:p w14:paraId="5A36A0B7" w14:textId="38E3F25D" w:rsidR="00FE387E" w:rsidRDefault="00541319">
            <w:r>
              <w:t>2</w:t>
            </w:r>
          </w:p>
        </w:tc>
        <w:tc>
          <w:tcPr>
            <w:tcW w:w="3544" w:type="dxa"/>
          </w:tcPr>
          <w:p w14:paraId="7CC06DBC" w14:textId="213B30BB" w:rsidR="00FE387E" w:rsidRDefault="00FE387E">
            <w:r>
              <w:t xml:space="preserve">Rok </w:t>
            </w:r>
            <w:proofErr w:type="spellStart"/>
            <w:r>
              <w:t>produkcji</w:t>
            </w:r>
            <w:proofErr w:type="spellEnd"/>
          </w:p>
        </w:tc>
        <w:tc>
          <w:tcPr>
            <w:tcW w:w="2977" w:type="dxa"/>
          </w:tcPr>
          <w:p w14:paraId="7D3EC81E" w14:textId="424BC46D" w:rsidR="00FE387E" w:rsidRDefault="00FE387E">
            <w:r>
              <w:t>202</w:t>
            </w:r>
            <w:r w:rsidR="009B123E">
              <w:t>6</w:t>
            </w:r>
            <w:r>
              <w:t xml:space="preserve"> (</w:t>
            </w:r>
            <w:proofErr w:type="spellStart"/>
            <w:r>
              <w:t>fabrycznie</w:t>
            </w:r>
            <w:proofErr w:type="spellEnd"/>
            <w:r>
              <w:t xml:space="preserve"> </w:t>
            </w:r>
            <w:proofErr w:type="spellStart"/>
            <w:r>
              <w:t>nowy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14:paraId="6C902CCB" w14:textId="77777777" w:rsidR="00FE387E" w:rsidRDefault="00FE387E"/>
        </w:tc>
      </w:tr>
      <w:tr w:rsidR="00C71874" w14:paraId="1B82A312" w14:textId="77777777" w:rsidTr="004A1745">
        <w:tc>
          <w:tcPr>
            <w:tcW w:w="817" w:type="dxa"/>
          </w:tcPr>
          <w:p w14:paraId="035C4F6F" w14:textId="6E4C3A6F" w:rsidR="00C71874" w:rsidRDefault="00541319">
            <w:r>
              <w:t>3</w:t>
            </w:r>
          </w:p>
        </w:tc>
        <w:tc>
          <w:tcPr>
            <w:tcW w:w="3544" w:type="dxa"/>
          </w:tcPr>
          <w:p w14:paraId="07600FFF" w14:textId="77777777" w:rsidR="00C71874" w:rsidRDefault="005E4A46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miejsc</w:t>
            </w:r>
            <w:proofErr w:type="spellEnd"/>
            <w:r>
              <w:t xml:space="preserve"> </w:t>
            </w:r>
            <w:proofErr w:type="spellStart"/>
            <w:r>
              <w:t>siedzących</w:t>
            </w:r>
            <w:proofErr w:type="spellEnd"/>
          </w:p>
        </w:tc>
        <w:tc>
          <w:tcPr>
            <w:tcW w:w="2977" w:type="dxa"/>
          </w:tcPr>
          <w:p w14:paraId="0B5265BC" w14:textId="4EA7733B" w:rsidR="00C71874" w:rsidRDefault="005E4A46">
            <w:r>
              <w:t xml:space="preserve">min. </w:t>
            </w:r>
            <w:r w:rsidR="009B123E">
              <w:t xml:space="preserve">8 </w:t>
            </w:r>
            <w:r>
              <w:t xml:space="preserve">+ </w:t>
            </w:r>
            <w:proofErr w:type="spellStart"/>
            <w:r>
              <w:t>kierowca</w:t>
            </w:r>
            <w:proofErr w:type="spellEnd"/>
          </w:p>
        </w:tc>
        <w:tc>
          <w:tcPr>
            <w:tcW w:w="2160" w:type="dxa"/>
          </w:tcPr>
          <w:p w14:paraId="73158455" w14:textId="77777777" w:rsidR="00C71874" w:rsidRDefault="00C71874"/>
        </w:tc>
      </w:tr>
      <w:tr w:rsidR="00C71874" w14:paraId="7A8545B9" w14:textId="77777777" w:rsidTr="004A1745">
        <w:tc>
          <w:tcPr>
            <w:tcW w:w="817" w:type="dxa"/>
          </w:tcPr>
          <w:p w14:paraId="7DB6BC7B" w14:textId="7FCAC5BD" w:rsidR="00C71874" w:rsidRDefault="00541319">
            <w:r>
              <w:lastRenderedPageBreak/>
              <w:t>4</w:t>
            </w:r>
          </w:p>
        </w:tc>
        <w:tc>
          <w:tcPr>
            <w:tcW w:w="3544" w:type="dxa"/>
          </w:tcPr>
          <w:p w14:paraId="6669BDCE" w14:textId="77777777" w:rsidR="00C71874" w:rsidRDefault="005E4A46">
            <w:proofErr w:type="spellStart"/>
            <w:r>
              <w:t>Stanowisko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osób</w:t>
            </w:r>
            <w:proofErr w:type="spellEnd"/>
            <w:r>
              <w:t xml:space="preserve"> </w:t>
            </w:r>
            <w:proofErr w:type="spellStart"/>
            <w:r>
              <w:t>niepełnosprawnych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wózku</w:t>
            </w:r>
            <w:proofErr w:type="spellEnd"/>
          </w:p>
        </w:tc>
        <w:tc>
          <w:tcPr>
            <w:tcW w:w="2977" w:type="dxa"/>
          </w:tcPr>
          <w:p w14:paraId="01A3833F" w14:textId="77777777" w:rsidR="00C71874" w:rsidRDefault="005E4A46">
            <w:r>
              <w:t xml:space="preserve">min. 1 (system </w:t>
            </w:r>
            <w:proofErr w:type="spellStart"/>
            <w:r>
              <w:t>szynowy</w:t>
            </w:r>
            <w:proofErr w:type="spellEnd"/>
            <w:r>
              <w:t xml:space="preserve"> </w:t>
            </w:r>
            <w:proofErr w:type="spellStart"/>
            <w:r>
              <w:t>umożliwiający</w:t>
            </w:r>
            <w:proofErr w:type="spellEnd"/>
            <w:r>
              <w:t xml:space="preserve"> </w:t>
            </w:r>
            <w:proofErr w:type="spellStart"/>
            <w:r>
              <w:t>demontaż</w:t>
            </w:r>
            <w:proofErr w:type="spellEnd"/>
            <w:r>
              <w:t xml:space="preserve"> </w:t>
            </w:r>
            <w:proofErr w:type="spellStart"/>
            <w:r>
              <w:t>foteli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14:paraId="78EEC194" w14:textId="77777777" w:rsidR="00C71874" w:rsidRDefault="00C71874"/>
        </w:tc>
      </w:tr>
      <w:tr w:rsidR="00C71874" w14:paraId="5518E78B" w14:textId="77777777" w:rsidTr="004A1745">
        <w:tc>
          <w:tcPr>
            <w:tcW w:w="817" w:type="dxa"/>
          </w:tcPr>
          <w:p w14:paraId="65D0B26E" w14:textId="1D8FC33A" w:rsidR="00C71874" w:rsidRDefault="00541319">
            <w:r>
              <w:t>5</w:t>
            </w:r>
          </w:p>
        </w:tc>
        <w:tc>
          <w:tcPr>
            <w:tcW w:w="3544" w:type="dxa"/>
          </w:tcPr>
          <w:p w14:paraId="125A1947" w14:textId="77777777" w:rsidR="00C71874" w:rsidRDefault="005E4A46">
            <w:r>
              <w:t xml:space="preserve">DMC </w:t>
            </w:r>
            <w:proofErr w:type="spellStart"/>
            <w:r>
              <w:t>pojazdu</w:t>
            </w:r>
            <w:proofErr w:type="spellEnd"/>
          </w:p>
        </w:tc>
        <w:tc>
          <w:tcPr>
            <w:tcW w:w="2977" w:type="dxa"/>
          </w:tcPr>
          <w:p w14:paraId="2588812D" w14:textId="65DCD4B4" w:rsidR="00C71874" w:rsidRDefault="00A63463">
            <w:r>
              <w:t>max</w:t>
            </w:r>
            <w:r w:rsidR="005E4A46">
              <w:t xml:space="preserve">. </w:t>
            </w:r>
            <w:r w:rsidR="009B123E">
              <w:t>3</w:t>
            </w:r>
            <w:r w:rsidR="005E4A46">
              <w:t xml:space="preserve"> </w:t>
            </w:r>
            <w:r w:rsidR="009B123E">
              <w:t>5</w:t>
            </w:r>
            <w:r w:rsidR="005E4A46">
              <w:t>00 kg</w:t>
            </w:r>
          </w:p>
        </w:tc>
        <w:tc>
          <w:tcPr>
            <w:tcW w:w="2160" w:type="dxa"/>
          </w:tcPr>
          <w:p w14:paraId="00D060A9" w14:textId="77777777" w:rsidR="00C71874" w:rsidRDefault="00C71874"/>
        </w:tc>
      </w:tr>
      <w:tr w:rsidR="00C71874" w14:paraId="7DBBBEA2" w14:textId="77777777" w:rsidTr="004A1745">
        <w:tc>
          <w:tcPr>
            <w:tcW w:w="817" w:type="dxa"/>
          </w:tcPr>
          <w:p w14:paraId="3777A986" w14:textId="77F7749A" w:rsidR="00C71874" w:rsidRDefault="00541319">
            <w:r>
              <w:t>6</w:t>
            </w:r>
          </w:p>
        </w:tc>
        <w:tc>
          <w:tcPr>
            <w:tcW w:w="3544" w:type="dxa"/>
          </w:tcPr>
          <w:p w14:paraId="04AF3973" w14:textId="74B0760D" w:rsidR="00C71874" w:rsidRDefault="00FE387E">
            <w:proofErr w:type="spellStart"/>
            <w:r>
              <w:t>Rodzaj</w:t>
            </w:r>
            <w:proofErr w:type="spellEnd"/>
            <w:r>
              <w:t xml:space="preserve"> </w:t>
            </w:r>
            <w:proofErr w:type="spellStart"/>
            <w:r>
              <w:t>silnika</w:t>
            </w:r>
            <w:proofErr w:type="spellEnd"/>
          </w:p>
        </w:tc>
        <w:tc>
          <w:tcPr>
            <w:tcW w:w="2977" w:type="dxa"/>
          </w:tcPr>
          <w:p w14:paraId="513B93FE" w14:textId="78FCEB84" w:rsidR="00C71874" w:rsidRDefault="009B123E" w:rsidP="009B123E">
            <w:r w:rsidRPr="009B123E">
              <w:rPr>
                <w:lang w:val="pl-PL"/>
              </w:rPr>
              <w:t>benzyna, diesel lub hybryda</w:t>
            </w:r>
          </w:p>
        </w:tc>
        <w:tc>
          <w:tcPr>
            <w:tcW w:w="2160" w:type="dxa"/>
          </w:tcPr>
          <w:p w14:paraId="75A95F59" w14:textId="77777777" w:rsidR="00C71874" w:rsidRDefault="00C71874"/>
        </w:tc>
      </w:tr>
      <w:tr w:rsidR="00FE387E" w14:paraId="76891F4E" w14:textId="77777777" w:rsidTr="004A1745">
        <w:tc>
          <w:tcPr>
            <w:tcW w:w="817" w:type="dxa"/>
          </w:tcPr>
          <w:p w14:paraId="479418AE" w14:textId="3E171284" w:rsidR="00FE387E" w:rsidRDefault="00541319">
            <w:r>
              <w:t>7</w:t>
            </w:r>
          </w:p>
        </w:tc>
        <w:tc>
          <w:tcPr>
            <w:tcW w:w="3544" w:type="dxa"/>
          </w:tcPr>
          <w:p w14:paraId="1783ABDF" w14:textId="61A52337" w:rsidR="00FE387E" w:rsidRDefault="00FE387E">
            <w:r>
              <w:t xml:space="preserve">Moc </w:t>
            </w:r>
            <w:proofErr w:type="spellStart"/>
            <w:r>
              <w:t>silnika</w:t>
            </w:r>
            <w:proofErr w:type="spellEnd"/>
          </w:p>
        </w:tc>
        <w:tc>
          <w:tcPr>
            <w:tcW w:w="2977" w:type="dxa"/>
          </w:tcPr>
          <w:p w14:paraId="316549A1" w14:textId="56F87899" w:rsidR="00FE387E" w:rsidRDefault="00FE387E">
            <w:r>
              <w:t>min. 1</w:t>
            </w:r>
            <w:r w:rsidR="009B123E">
              <w:t>1</w:t>
            </w:r>
            <w:r>
              <w:t>0 KM</w:t>
            </w:r>
          </w:p>
        </w:tc>
        <w:tc>
          <w:tcPr>
            <w:tcW w:w="2160" w:type="dxa"/>
          </w:tcPr>
          <w:p w14:paraId="15C66122" w14:textId="77777777" w:rsidR="00FE387E" w:rsidRDefault="00FE387E"/>
        </w:tc>
      </w:tr>
      <w:tr w:rsidR="00C71874" w14:paraId="580771A0" w14:textId="77777777" w:rsidTr="004A1745">
        <w:tc>
          <w:tcPr>
            <w:tcW w:w="817" w:type="dxa"/>
          </w:tcPr>
          <w:p w14:paraId="268D3CDF" w14:textId="066F441C" w:rsidR="00C71874" w:rsidRDefault="00541319">
            <w:r>
              <w:t>8</w:t>
            </w:r>
          </w:p>
        </w:tc>
        <w:tc>
          <w:tcPr>
            <w:tcW w:w="3544" w:type="dxa"/>
          </w:tcPr>
          <w:p w14:paraId="1364FFC5" w14:textId="77777777" w:rsidR="00C71874" w:rsidRDefault="005E4A46">
            <w:proofErr w:type="spellStart"/>
            <w:r>
              <w:t>Skrzynia</w:t>
            </w:r>
            <w:proofErr w:type="spellEnd"/>
            <w:r>
              <w:t xml:space="preserve"> </w:t>
            </w:r>
            <w:proofErr w:type="spellStart"/>
            <w:r>
              <w:t>biegów</w:t>
            </w:r>
            <w:proofErr w:type="spellEnd"/>
          </w:p>
        </w:tc>
        <w:tc>
          <w:tcPr>
            <w:tcW w:w="2977" w:type="dxa"/>
          </w:tcPr>
          <w:p w14:paraId="24B4EA5B" w14:textId="10928E32" w:rsidR="00C71874" w:rsidRDefault="005E4A46">
            <w:proofErr w:type="spellStart"/>
            <w:r>
              <w:t>automatyczna</w:t>
            </w:r>
            <w:proofErr w:type="spellEnd"/>
          </w:p>
        </w:tc>
        <w:tc>
          <w:tcPr>
            <w:tcW w:w="2160" w:type="dxa"/>
          </w:tcPr>
          <w:p w14:paraId="4B8F6AF7" w14:textId="77777777" w:rsidR="00C71874" w:rsidRDefault="00C71874"/>
        </w:tc>
      </w:tr>
      <w:tr w:rsidR="00C37AD0" w14:paraId="75DFA39E" w14:textId="77777777" w:rsidTr="004A1745">
        <w:tc>
          <w:tcPr>
            <w:tcW w:w="817" w:type="dxa"/>
          </w:tcPr>
          <w:p w14:paraId="309EF68B" w14:textId="200DD650" w:rsidR="00C37AD0" w:rsidRDefault="00CE19B4" w:rsidP="00C37AD0">
            <w:r>
              <w:t>9</w:t>
            </w:r>
          </w:p>
        </w:tc>
        <w:tc>
          <w:tcPr>
            <w:tcW w:w="3544" w:type="dxa"/>
          </w:tcPr>
          <w:p w14:paraId="5D651028" w14:textId="28110B84" w:rsidR="00C37AD0" w:rsidRDefault="00C37AD0" w:rsidP="00C37AD0">
            <w:proofErr w:type="spellStart"/>
            <w:r>
              <w:t>Klimatyzacja</w:t>
            </w:r>
            <w:proofErr w:type="spellEnd"/>
          </w:p>
        </w:tc>
        <w:tc>
          <w:tcPr>
            <w:tcW w:w="2977" w:type="dxa"/>
          </w:tcPr>
          <w:p w14:paraId="0929AA52" w14:textId="67DFB1B9" w:rsidR="00C37AD0" w:rsidRDefault="009B123E" w:rsidP="00C37AD0">
            <w:r>
              <w:t xml:space="preserve">Tak, </w:t>
            </w:r>
            <w:proofErr w:type="spellStart"/>
            <w:r>
              <w:t>dwustrefowa</w:t>
            </w:r>
            <w:proofErr w:type="spellEnd"/>
          </w:p>
        </w:tc>
        <w:tc>
          <w:tcPr>
            <w:tcW w:w="2160" w:type="dxa"/>
          </w:tcPr>
          <w:p w14:paraId="1E77D2D3" w14:textId="77777777" w:rsidR="00C37AD0" w:rsidRDefault="00C37AD0" w:rsidP="00C37AD0"/>
        </w:tc>
      </w:tr>
      <w:tr w:rsidR="00C37AD0" w14:paraId="12F24346" w14:textId="77777777" w:rsidTr="004A1745">
        <w:tc>
          <w:tcPr>
            <w:tcW w:w="817" w:type="dxa"/>
          </w:tcPr>
          <w:p w14:paraId="03728915" w14:textId="2D084849" w:rsidR="00C37AD0" w:rsidRDefault="00541319" w:rsidP="00C37AD0">
            <w:r>
              <w:t>1</w:t>
            </w:r>
            <w:r w:rsidR="00CE19B4">
              <w:t>0</w:t>
            </w:r>
          </w:p>
        </w:tc>
        <w:tc>
          <w:tcPr>
            <w:tcW w:w="3544" w:type="dxa"/>
          </w:tcPr>
          <w:p w14:paraId="5C01A765" w14:textId="42AB6267" w:rsidR="00C37AD0" w:rsidRDefault="00C37AD0" w:rsidP="00C37AD0">
            <w:r>
              <w:t xml:space="preserve">Kamera </w:t>
            </w:r>
            <w:proofErr w:type="spellStart"/>
            <w:r>
              <w:t>cofania</w:t>
            </w:r>
            <w:proofErr w:type="spellEnd"/>
          </w:p>
        </w:tc>
        <w:tc>
          <w:tcPr>
            <w:tcW w:w="2977" w:type="dxa"/>
          </w:tcPr>
          <w:p w14:paraId="467FB372" w14:textId="088B516D" w:rsidR="00C37AD0" w:rsidRDefault="009B123E" w:rsidP="00C37AD0">
            <w:proofErr w:type="spellStart"/>
            <w:r>
              <w:t>tak</w:t>
            </w:r>
            <w:proofErr w:type="spellEnd"/>
          </w:p>
        </w:tc>
        <w:tc>
          <w:tcPr>
            <w:tcW w:w="2160" w:type="dxa"/>
          </w:tcPr>
          <w:p w14:paraId="2C13E984" w14:textId="77777777" w:rsidR="00C37AD0" w:rsidRDefault="00C37AD0" w:rsidP="00C37AD0"/>
        </w:tc>
      </w:tr>
      <w:tr w:rsidR="00244510" w14:paraId="69A338C2" w14:textId="77777777" w:rsidTr="004A1745">
        <w:tc>
          <w:tcPr>
            <w:tcW w:w="817" w:type="dxa"/>
          </w:tcPr>
          <w:p w14:paraId="7673CA60" w14:textId="26A67BAC" w:rsidR="00244510" w:rsidRDefault="00CE19B4" w:rsidP="00C37AD0">
            <w:r>
              <w:t>11</w:t>
            </w:r>
          </w:p>
        </w:tc>
        <w:tc>
          <w:tcPr>
            <w:tcW w:w="3544" w:type="dxa"/>
          </w:tcPr>
          <w:p w14:paraId="5327B6FD" w14:textId="3817D5AE" w:rsidR="00244510" w:rsidRDefault="00244510" w:rsidP="00C37AD0">
            <w:proofErr w:type="spellStart"/>
            <w:r>
              <w:t>Lusterka</w:t>
            </w:r>
            <w:proofErr w:type="spellEnd"/>
            <w:r>
              <w:t xml:space="preserve"> </w:t>
            </w:r>
            <w:proofErr w:type="spellStart"/>
            <w:r>
              <w:t>zewnętrzne</w:t>
            </w:r>
            <w:proofErr w:type="spellEnd"/>
          </w:p>
        </w:tc>
        <w:tc>
          <w:tcPr>
            <w:tcW w:w="2977" w:type="dxa"/>
          </w:tcPr>
          <w:p w14:paraId="35A3FA54" w14:textId="59C98B15" w:rsidR="00244510" w:rsidRDefault="00244510" w:rsidP="00C37AD0">
            <w:proofErr w:type="spellStart"/>
            <w:r>
              <w:t>Ustawiane</w:t>
            </w:r>
            <w:proofErr w:type="spellEnd"/>
            <w:r>
              <w:t xml:space="preserve"> </w:t>
            </w:r>
            <w:proofErr w:type="spellStart"/>
            <w:r>
              <w:t>elektronicznie</w:t>
            </w:r>
            <w:proofErr w:type="spellEnd"/>
            <w:r>
              <w:t xml:space="preserve">, </w:t>
            </w:r>
            <w:proofErr w:type="spellStart"/>
            <w:r>
              <w:t>składane</w:t>
            </w:r>
            <w:proofErr w:type="spellEnd"/>
            <w:r>
              <w:t xml:space="preserve"> </w:t>
            </w:r>
            <w:proofErr w:type="spellStart"/>
            <w:r>
              <w:t>automatycznie</w:t>
            </w:r>
            <w:proofErr w:type="spellEnd"/>
          </w:p>
        </w:tc>
        <w:tc>
          <w:tcPr>
            <w:tcW w:w="2160" w:type="dxa"/>
          </w:tcPr>
          <w:p w14:paraId="6EC72A00" w14:textId="77777777" w:rsidR="00244510" w:rsidRDefault="00244510" w:rsidP="00C37AD0"/>
        </w:tc>
      </w:tr>
      <w:tr w:rsidR="00C37AD0" w14:paraId="18B2700D" w14:textId="77777777" w:rsidTr="004A1745">
        <w:tc>
          <w:tcPr>
            <w:tcW w:w="817" w:type="dxa"/>
          </w:tcPr>
          <w:p w14:paraId="792F6C05" w14:textId="367EA1D5" w:rsidR="00C37AD0" w:rsidRDefault="00541319" w:rsidP="00C37AD0">
            <w:r>
              <w:t>1</w:t>
            </w:r>
            <w:r w:rsidR="00CE19B4">
              <w:t>2</w:t>
            </w:r>
          </w:p>
        </w:tc>
        <w:tc>
          <w:tcPr>
            <w:tcW w:w="3544" w:type="dxa"/>
          </w:tcPr>
          <w:p w14:paraId="2B4FEA6A" w14:textId="4805AF13" w:rsidR="00C37AD0" w:rsidRDefault="00C37AD0" w:rsidP="00C37AD0">
            <w:proofErr w:type="spellStart"/>
            <w:r>
              <w:t>Oświetlenie</w:t>
            </w:r>
            <w:proofErr w:type="spellEnd"/>
            <w:r>
              <w:t xml:space="preserve"> </w:t>
            </w:r>
            <w:proofErr w:type="spellStart"/>
            <w:r w:rsidR="009B123E">
              <w:t>wnętrza</w:t>
            </w:r>
            <w:proofErr w:type="spellEnd"/>
            <w:r>
              <w:t xml:space="preserve"> </w:t>
            </w:r>
          </w:p>
        </w:tc>
        <w:tc>
          <w:tcPr>
            <w:tcW w:w="2977" w:type="dxa"/>
          </w:tcPr>
          <w:p w14:paraId="291DC25A" w14:textId="774BF5A2" w:rsidR="00C37AD0" w:rsidRDefault="009B123E" w:rsidP="00C37AD0">
            <w:r>
              <w:t>LED</w:t>
            </w:r>
            <w:r w:rsidR="00244510">
              <w:t>,</w:t>
            </w:r>
          </w:p>
          <w:p w14:paraId="6ABB18A7" w14:textId="77777777" w:rsidR="00244510" w:rsidRPr="00244510" w:rsidRDefault="00244510" w:rsidP="00244510">
            <w:pPr>
              <w:numPr>
                <w:ilvl w:val="1"/>
                <w:numId w:val="10"/>
              </w:numPr>
              <w:rPr>
                <w:lang w:val="pl-PL"/>
              </w:rPr>
            </w:pPr>
            <w:r w:rsidRPr="00244510">
              <w:rPr>
                <w:lang w:val="pl-PL"/>
              </w:rPr>
              <w:t xml:space="preserve">dodatkowe oświetlenie strefy wejścia, </w:t>
            </w:r>
          </w:p>
          <w:p w14:paraId="33E09BE2" w14:textId="3DBC2E60" w:rsidR="00244510" w:rsidRDefault="00244510" w:rsidP="00244510">
            <w:pPr>
              <w:numPr>
                <w:ilvl w:val="1"/>
                <w:numId w:val="10"/>
              </w:numPr>
            </w:pPr>
            <w:r w:rsidRPr="00244510">
              <w:rPr>
                <w:lang w:val="pl-PL"/>
              </w:rPr>
              <w:t>dodatkowe oświetlenie tyłu pojazdu,</w:t>
            </w:r>
          </w:p>
        </w:tc>
        <w:tc>
          <w:tcPr>
            <w:tcW w:w="2160" w:type="dxa"/>
          </w:tcPr>
          <w:p w14:paraId="4AC8E97E" w14:textId="77777777" w:rsidR="00C37AD0" w:rsidRDefault="00C37AD0" w:rsidP="00C37AD0"/>
        </w:tc>
      </w:tr>
      <w:tr w:rsidR="009B123E" w14:paraId="0D01E771" w14:textId="77777777" w:rsidTr="004A1745">
        <w:tc>
          <w:tcPr>
            <w:tcW w:w="817" w:type="dxa"/>
          </w:tcPr>
          <w:p w14:paraId="062A54E5" w14:textId="014299AA" w:rsidR="009B123E" w:rsidRDefault="00CE19B4" w:rsidP="00C37AD0">
            <w:r>
              <w:t>13</w:t>
            </w:r>
          </w:p>
        </w:tc>
        <w:tc>
          <w:tcPr>
            <w:tcW w:w="3544" w:type="dxa"/>
          </w:tcPr>
          <w:p w14:paraId="210785E6" w14:textId="6B9ECD49" w:rsidR="009B123E" w:rsidRDefault="009B123E" w:rsidP="00C37AD0">
            <w:r>
              <w:t xml:space="preserve">Drzwi </w:t>
            </w:r>
            <w:proofErr w:type="spellStart"/>
            <w:r>
              <w:t>boczne</w:t>
            </w:r>
            <w:proofErr w:type="spellEnd"/>
          </w:p>
        </w:tc>
        <w:tc>
          <w:tcPr>
            <w:tcW w:w="2977" w:type="dxa"/>
          </w:tcPr>
          <w:p w14:paraId="38A87E94" w14:textId="197218F7" w:rsidR="009B123E" w:rsidRDefault="009B123E" w:rsidP="00C37AD0">
            <w:proofErr w:type="spellStart"/>
            <w:r>
              <w:t>przesuwne</w:t>
            </w:r>
            <w:proofErr w:type="spellEnd"/>
          </w:p>
        </w:tc>
        <w:tc>
          <w:tcPr>
            <w:tcW w:w="2160" w:type="dxa"/>
          </w:tcPr>
          <w:p w14:paraId="330CCC2F" w14:textId="77777777" w:rsidR="009B123E" w:rsidRDefault="009B123E" w:rsidP="00C37AD0"/>
        </w:tc>
      </w:tr>
      <w:tr w:rsidR="009B123E" w14:paraId="11C6990C" w14:textId="77777777" w:rsidTr="004A1745">
        <w:tc>
          <w:tcPr>
            <w:tcW w:w="817" w:type="dxa"/>
          </w:tcPr>
          <w:p w14:paraId="5151FD34" w14:textId="6F746567" w:rsidR="009B123E" w:rsidRDefault="00CE19B4" w:rsidP="00C37AD0">
            <w:r>
              <w:t>14</w:t>
            </w:r>
          </w:p>
        </w:tc>
        <w:tc>
          <w:tcPr>
            <w:tcW w:w="3544" w:type="dxa"/>
          </w:tcPr>
          <w:p w14:paraId="516B881C" w14:textId="75A41B3C" w:rsidR="009B123E" w:rsidRDefault="009B123E" w:rsidP="00C37AD0">
            <w:r>
              <w:t xml:space="preserve">Drzwi </w:t>
            </w:r>
            <w:proofErr w:type="spellStart"/>
            <w:r>
              <w:t>tylne</w:t>
            </w:r>
            <w:proofErr w:type="spellEnd"/>
          </w:p>
        </w:tc>
        <w:tc>
          <w:tcPr>
            <w:tcW w:w="2977" w:type="dxa"/>
          </w:tcPr>
          <w:p w14:paraId="25517A4F" w14:textId="5AA391A4" w:rsidR="009B123E" w:rsidRDefault="009B123E" w:rsidP="00C37AD0">
            <w:proofErr w:type="spellStart"/>
            <w:r>
              <w:t>Dwuskrzydłowe</w:t>
            </w:r>
            <w:proofErr w:type="spellEnd"/>
            <w:r>
              <w:t xml:space="preserve"> </w:t>
            </w:r>
            <w:proofErr w:type="spellStart"/>
            <w:r>
              <w:t>albo</w:t>
            </w:r>
            <w:proofErr w:type="spellEnd"/>
            <w:r>
              <w:t xml:space="preserve"> klapa</w:t>
            </w:r>
          </w:p>
        </w:tc>
        <w:tc>
          <w:tcPr>
            <w:tcW w:w="2160" w:type="dxa"/>
          </w:tcPr>
          <w:p w14:paraId="41CDDDE6" w14:textId="77777777" w:rsidR="009B123E" w:rsidRDefault="009B123E" w:rsidP="00C37AD0"/>
        </w:tc>
      </w:tr>
      <w:tr w:rsidR="00C37AD0" w14:paraId="56C156BD" w14:textId="77777777" w:rsidTr="004A1745">
        <w:tc>
          <w:tcPr>
            <w:tcW w:w="817" w:type="dxa"/>
          </w:tcPr>
          <w:p w14:paraId="5BF00994" w14:textId="75FBE721" w:rsidR="00C37AD0" w:rsidRDefault="00541319" w:rsidP="00C37AD0">
            <w:r>
              <w:t>1</w:t>
            </w:r>
            <w:r w:rsidR="00CE19B4">
              <w:t>5</w:t>
            </w:r>
          </w:p>
        </w:tc>
        <w:tc>
          <w:tcPr>
            <w:tcW w:w="3544" w:type="dxa"/>
          </w:tcPr>
          <w:p w14:paraId="22AC5FDD" w14:textId="3CBC02DC" w:rsidR="00C37AD0" w:rsidRDefault="00CF487C" w:rsidP="00C37AD0">
            <w:r>
              <w:t xml:space="preserve">Fotel </w:t>
            </w:r>
            <w:proofErr w:type="spellStart"/>
            <w:r>
              <w:t>kierowcy</w:t>
            </w:r>
            <w:proofErr w:type="spellEnd"/>
          </w:p>
        </w:tc>
        <w:tc>
          <w:tcPr>
            <w:tcW w:w="2977" w:type="dxa"/>
          </w:tcPr>
          <w:p w14:paraId="49E666BE" w14:textId="3B542945" w:rsidR="00C37AD0" w:rsidRDefault="00CF487C" w:rsidP="00C37AD0">
            <w:proofErr w:type="spellStart"/>
            <w:r>
              <w:t>Umożliwiający</w:t>
            </w:r>
            <w:proofErr w:type="spellEnd"/>
            <w:r>
              <w:t xml:space="preserve"> </w:t>
            </w:r>
            <w:proofErr w:type="spellStart"/>
            <w:r>
              <w:t>regulację</w:t>
            </w:r>
            <w:proofErr w:type="spellEnd"/>
          </w:p>
        </w:tc>
        <w:tc>
          <w:tcPr>
            <w:tcW w:w="2160" w:type="dxa"/>
          </w:tcPr>
          <w:p w14:paraId="27006F7A" w14:textId="77777777" w:rsidR="00C37AD0" w:rsidRDefault="00C37AD0" w:rsidP="00C37AD0"/>
        </w:tc>
      </w:tr>
      <w:tr w:rsidR="00CF487C" w14:paraId="786A13C0" w14:textId="77777777" w:rsidTr="004A1745">
        <w:tc>
          <w:tcPr>
            <w:tcW w:w="817" w:type="dxa"/>
          </w:tcPr>
          <w:p w14:paraId="7A05DD56" w14:textId="106B0C08" w:rsidR="00CF487C" w:rsidRDefault="00541319" w:rsidP="00CF487C">
            <w:r>
              <w:t>1</w:t>
            </w:r>
            <w:r w:rsidR="00CE19B4">
              <w:t>6</w:t>
            </w:r>
          </w:p>
        </w:tc>
        <w:tc>
          <w:tcPr>
            <w:tcW w:w="3544" w:type="dxa"/>
          </w:tcPr>
          <w:p w14:paraId="4E093848" w14:textId="20CF7B63" w:rsidR="00CF487C" w:rsidRDefault="00CF487C" w:rsidP="00CF487C">
            <w:proofErr w:type="spellStart"/>
            <w:r>
              <w:t>Fotele</w:t>
            </w:r>
            <w:proofErr w:type="spellEnd"/>
          </w:p>
        </w:tc>
        <w:tc>
          <w:tcPr>
            <w:tcW w:w="2977" w:type="dxa"/>
          </w:tcPr>
          <w:p w14:paraId="52C10EBA" w14:textId="749C93BC" w:rsidR="00CF487C" w:rsidRDefault="00CF487C" w:rsidP="00CF487C">
            <w:r>
              <w:t xml:space="preserve">min. </w:t>
            </w:r>
            <w:r w:rsidR="009B123E">
              <w:t>8</w:t>
            </w:r>
            <w:r>
              <w:t xml:space="preserve"> </w:t>
            </w:r>
            <w:proofErr w:type="spellStart"/>
            <w:r>
              <w:t>szt</w:t>
            </w:r>
            <w:proofErr w:type="spellEnd"/>
            <w:r>
              <w:t xml:space="preserve">., </w:t>
            </w:r>
            <w:proofErr w:type="spellStart"/>
            <w:r>
              <w:t>trzypunktowe</w:t>
            </w:r>
            <w:proofErr w:type="spellEnd"/>
            <w:r>
              <w:t xml:space="preserve"> </w:t>
            </w:r>
            <w:proofErr w:type="spellStart"/>
            <w:r>
              <w:t>pasy</w:t>
            </w:r>
            <w:proofErr w:type="spellEnd"/>
            <w:r>
              <w:t xml:space="preserve"> </w:t>
            </w:r>
            <w:proofErr w:type="spellStart"/>
            <w:r>
              <w:t>bezpieczeństwa</w:t>
            </w:r>
            <w:proofErr w:type="spellEnd"/>
            <w:r>
              <w:t xml:space="preserve">, </w:t>
            </w:r>
            <w:proofErr w:type="spellStart"/>
            <w:r>
              <w:t>tapicerka</w:t>
            </w:r>
            <w:proofErr w:type="spellEnd"/>
            <w:r>
              <w:t xml:space="preserve"> </w:t>
            </w:r>
            <w:proofErr w:type="spellStart"/>
            <w:r>
              <w:t>welurowa</w:t>
            </w:r>
            <w:proofErr w:type="spellEnd"/>
            <w:r>
              <w:t xml:space="preserve"> w </w:t>
            </w:r>
            <w:proofErr w:type="spellStart"/>
            <w:r>
              <w:t>kolorze</w:t>
            </w:r>
            <w:proofErr w:type="spellEnd"/>
            <w:r>
              <w:t xml:space="preserve"> </w:t>
            </w:r>
            <w:proofErr w:type="spellStart"/>
            <w:r>
              <w:t>dostosowanym</w:t>
            </w:r>
            <w:proofErr w:type="spellEnd"/>
            <w:r>
              <w:t xml:space="preserve"> do </w:t>
            </w:r>
            <w:proofErr w:type="spellStart"/>
            <w:r w:rsidR="00671738">
              <w:t>koloru</w:t>
            </w:r>
            <w:proofErr w:type="spellEnd"/>
            <w:r w:rsidR="00671738">
              <w:t xml:space="preserve"> </w:t>
            </w:r>
            <w:proofErr w:type="spellStart"/>
            <w:r w:rsidR="00671738">
              <w:t>wnętrza</w:t>
            </w:r>
            <w:proofErr w:type="spellEnd"/>
          </w:p>
        </w:tc>
        <w:tc>
          <w:tcPr>
            <w:tcW w:w="2160" w:type="dxa"/>
          </w:tcPr>
          <w:p w14:paraId="535ED6FA" w14:textId="77777777" w:rsidR="00CF487C" w:rsidRDefault="00CF487C" w:rsidP="00CF487C"/>
        </w:tc>
      </w:tr>
      <w:tr w:rsidR="00CF487C" w14:paraId="27393346" w14:textId="77777777" w:rsidTr="004A1745">
        <w:tc>
          <w:tcPr>
            <w:tcW w:w="817" w:type="dxa"/>
          </w:tcPr>
          <w:p w14:paraId="0FD42BEB" w14:textId="5E79A3AE" w:rsidR="00CF487C" w:rsidRDefault="00541319" w:rsidP="00CF487C">
            <w:r>
              <w:lastRenderedPageBreak/>
              <w:t>1</w:t>
            </w:r>
            <w:r w:rsidR="00CE19B4">
              <w:t>7</w:t>
            </w:r>
          </w:p>
        </w:tc>
        <w:tc>
          <w:tcPr>
            <w:tcW w:w="3544" w:type="dxa"/>
          </w:tcPr>
          <w:p w14:paraId="59A59B01" w14:textId="4394F168" w:rsidR="00CF487C" w:rsidRDefault="00CF487C" w:rsidP="00CF487C">
            <w:r>
              <w:t xml:space="preserve">System </w:t>
            </w:r>
            <w:proofErr w:type="spellStart"/>
            <w:r>
              <w:t>montażu</w:t>
            </w:r>
            <w:proofErr w:type="spellEnd"/>
            <w:r>
              <w:t xml:space="preserve"> </w:t>
            </w:r>
            <w:proofErr w:type="spellStart"/>
            <w:r>
              <w:t>foteli</w:t>
            </w:r>
            <w:proofErr w:type="spellEnd"/>
          </w:p>
        </w:tc>
        <w:tc>
          <w:tcPr>
            <w:tcW w:w="2977" w:type="dxa"/>
          </w:tcPr>
          <w:p w14:paraId="41385DE3" w14:textId="43FE095C" w:rsidR="00CF487C" w:rsidRDefault="00CF487C" w:rsidP="00CF487C">
            <w:proofErr w:type="spellStart"/>
            <w:r>
              <w:t>szynowy</w:t>
            </w:r>
            <w:proofErr w:type="spellEnd"/>
            <w:r>
              <w:t xml:space="preserve"> – </w:t>
            </w:r>
            <w:proofErr w:type="spellStart"/>
            <w:r>
              <w:t>umożliwiający</w:t>
            </w:r>
            <w:proofErr w:type="spellEnd"/>
            <w:r>
              <w:t xml:space="preserve"> </w:t>
            </w:r>
            <w:proofErr w:type="spellStart"/>
            <w:r>
              <w:t>adaptację</w:t>
            </w:r>
            <w:proofErr w:type="spellEnd"/>
            <w:r>
              <w:t xml:space="preserve"> </w:t>
            </w:r>
            <w:proofErr w:type="spellStart"/>
            <w:r>
              <w:t>przestrzeni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wózka</w:t>
            </w:r>
            <w:proofErr w:type="spellEnd"/>
          </w:p>
        </w:tc>
        <w:tc>
          <w:tcPr>
            <w:tcW w:w="2160" w:type="dxa"/>
          </w:tcPr>
          <w:p w14:paraId="2A76B637" w14:textId="77777777" w:rsidR="00CF487C" w:rsidRDefault="00CF487C" w:rsidP="00CF487C"/>
        </w:tc>
      </w:tr>
      <w:tr w:rsidR="00CF487C" w14:paraId="55F05F31" w14:textId="77777777" w:rsidTr="004A1745">
        <w:tc>
          <w:tcPr>
            <w:tcW w:w="817" w:type="dxa"/>
          </w:tcPr>
          <w:p w14:paraId="0CBFC254" w14:textId="57109A34" w:rsidR="00CF487C" w:rsidRDefault="00541319" w:rsidP="00CF487C">
            <w:r>
              <w:t>1</w:t>
            </w:r>
            <w:r w:rsidR="00CE19B4">
              <w:t>8</w:t>
            </w:r>
          </w:p>
        </w:tc>
        <w:tc>
          <w:tcPr>
            <w:tcW w:w="3544" w:type="dxa"/>
          </w:tcPr>
          <w:p w14:paraId="338ECFAE" w14:textId="03B9DB74" w:rsidR="00CF487C" w:rsidRDefault="00CF487C" w:rsidP="00CF487C">
            <w:r>
              <w:t>Rampa/</w:t>
            </w:r>
            <w:proofErr w:type="spellStart"/>
            <w:r>
              <w:t>najazd</w:t>
            </w:r>
            <w:proofErr w:type="spellEnd"/>
            <w:r>
              <w:t xml:space="preserve"> </w:t>
            </w:r>
            <w:proofErr w:type="spellStart"/>
            <w:r>
              <w:t>wewnętrzny</w:t>
            </w:r>
            <w:proofErr w:type="spellEnd"/>
          </w:p>
        </w:tc>
        <w:tc>
          <w:tcPr>
            <w:tcW w:w="2977" w:type="dxa"/>
          </w:tcPr>
          <w:p w14:paraId="08C224C6" w14:textId="0C249A21" w:rsidR="00CF487C" w:rsidRDefault="00CF487C" w:rsidP="00CF487C">
            <w:proofErr w:type="spellStart"/>
            <w:r>
              <w:t>atestowana</w:t>
            </w:r>
            <w:proofErr w:type="spellEnd"/>
            <w:r>
              <w:t xml:space="preserve"> rampa </w:t>
            </w:r>
            <w:proofErr w:type="spellStart"/>
            <w:r>
              <w:t>aluminiowa</w:t>
            </w:r>
            <w:proofErr w:type="spellEnd"/>
            <w:r>
              <w:t xml:space="preserve"> min. 2,8 m, </w:t>
            </w:r>
            <w:proofErr w:type="spellStart"/>
            <w:r>
              <w:t>szybki</w:t>
            </w:r>
            <w:proofErr w:type="spellEnd"/>
            <w:r>
              <w:t xml:space="preserve"> </w:t>
            </w:r>
            <w:proofErr w:type="spellStart"/>
            <w:r>
              <w:t>demontaż</w:t>
            </w:r>
            <w:proofErr w:type="spellEnd"/>
          </w:p>
        </w:tc>
        <w:tc>
          <w:tcPr>
            <w:tcW w:w="2160" w:type="dxa"/>
          </w:tcPr>
          <w:p w14:paraId="1B097C40" w14:textId="77777777" w:rsidR="00CF487C" w:rsidRDefault="00CF487C" w:rsidP="00CF487C"/>
        </w:tc>
      </w:tr>
      <w:tr w:rsidR="00CF487C" w14:paraId="38E2A075" w14:textId="77777777" w:rsidTr="004A1745">
        <w:tc>
          <w:tcPr>
            <w:tcW w:w="817" w:type="dxa"/>
          </w:tcPr>
          <w:p w14:paraId="0E5DFADE" w14:textId="088FB505" w:rsidR="00CF487C" w:rsidRDefault="00541319" w:rsidP="00CF487C">
            <w:r>
              <w:t>1</w:t>
            </w:r>
            <w:r w:rsidR="00CE19B4">
              <w:t>9</w:t>
            </w:r>
          </w:p>
        </w:tc>
        <w:tc>
          <w:tcPr>
            <w:tcW w:w="3544" w:type="dxa"/>
          </w:tcPr>
          <w:p w14:paraId="466DCAF3" w14:textId="7339A52C" w:rsidR="00CF487C" w:rsidRDefault="00CF487C" w:rsidP="00CF487C">
            <w:proofErr w:type="spellStart"/>
            <w:r>
              <w:t>Pasy</w:t>
            </w:r>
            <w:proofErr w:type="spellEnd"/>
            <w:r>
              <w:t xml:space="preserve"> do </w:t>
            </w:r>
            <w:proofErr w:type="spellStart"/>
            <w:r>
              <w:t>mocowania</w:t>
            </w:r>
            <w:proofErr w:type="spellEnd"/>
            <w:r>
              <w:t xml:space="preserve"> </w:t>
            </w:r>
            <w:proofErr w:type="spellStart"/>
            <w:r>
              <w:t>wózka</w:t>
            </w:r>
            <w:proofErr w:type="spellEnd"/>
            <w:r>
              <w:t xml:space="preserve"> </w:t>
            </w:r>
            <w:proofErr w:type="spellStart"/>
            <w:r>
              <w:t>inwalidzkiego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pasażera</w:t>
            </w:r>
            <w:proofErr w:type="spellEnd"/>
          </w:p>
        </w:tc>
        <w:tc>
          <w:tcPr>
            <w:tcW w:w="2977" w:type="dxa"/>
          </w:tcPr>
          <w:p w14:paraId="7D0F9DDF" w14:textId="05828A3D" w:rsidR="00CF487C" w:rsidRDefault="00CF487C" w:rsidP="00CF487C">
            <w:r>
              <w:t xml:space="preserve">min. 1 </w:t>
            </w:r>
            <w:proofErr w:type="spellStart"/>
            <w:r>
              <w:t>komplet</w:t>
            </w:r>
            <w:proofErr w:type="spellEnd"/>
          </w:p>
        </w:tc>
        <w:tc>
          <w:tcPr>
            <w:tcW w:w="2160" w:type="dxa"/>
          </w:tcPr>
          <w:p w14:paraId="5B286CCB" w14:textId="77777777" w:rsidR="00CF487C" w:rsidRDefault="00CF487C" w:rsidP="00CF487C"/>
        </w:tc>
      </w:tr>
      <w:tr w:rsidR="00CF487C" w14:paraId="501D2BFB" w14:textId="77777777" w:rsidTr="004A1745">
        <w:tc>
          <w:tcPr>
            <w:tcW w:w="817" w:type="dxa"/>
          </w:tcPr>
          <w:p w14:paraId="6420D4BF" w14:textId="3E0CCF8F" w:rsidR="00CF487C" w:rsidRDefault="00541319" w:rsidP="00CF487C">
            <w:r>
              <w:t>20</w:t>
            </w:r>
          </w:p>
        </w:tc>
        <w:tc>
          <w:tcPr>
            <w:tcW w:w="3544" w:type="dxa"/>
          </w:tcPr>
          <w:p w14:paraId="5A8E943A" w14:textId="238C1949" w:rsidR="00CF487C" w:rsidRDefault="00CF487C" w:rsidP="00CF487C">
            <w:proofErr w:type="spellStart"/>
            <w:r>
              <w:t>Podłoga</w:t>
            </w:r>
            <w:proofErr w:type="spellEnd"/>
            <w:r>
              <w:t xml:space="preserve"> </w:t>
            </w:r>
            <w:proofErr w:type="spellStart"/>
            <w:r>
              <w:t>antypoślizgowa</w:t>
            </w:r>
            <w:proofErr w:type="spellEnd"/>
          </w:p>
        </w:tc>
        <w:tc>
          <w:tcPr>
            <w:tcW w:w="2977" w:type="dxa"/>
          </w:tcPr>
          <w:p w14:paraId="2AD9640A" w14:textId="6E8C1260" w:rsidR="00CF487C" w:rsidRDefault="00CF487C" w:rsidP="00CF487C">
            <w:r>
              <w:t>TAK</w:t>
            </w:r>
          </w:p>
        </w:tc>
        <w:tc>
          <w:tcPr>
            <w:tcW w:w="2160" w:type="dxa"/>
          </w:tcPr>
          <w:p w14:paraId="70DFADD8" w14:textId="77777777" w:rsidR="00CF487C" w:rsidRDefault="00CF487C" w:rsidP="00CF487C"/>
        </w:tc>
      </w:tr>
      <w:tr w:rsidR="00CF487C" w14:paraId="42267E84" w14:textId="77777777" w:rsidTr="004A1745">
        <w:tc>
          <w:tcPr>
            <w:tcW w:w="817" w:type="dxa"/>
          </w:tcPr>
          <w:p w14:paraId="188986BE" w14:textId="29DF7682" w:rsidR="00CF487C" w:rsidRDefault="00541319" w:rsidP="00CF487C">
            <w:r>
              <w:t>21</w:t>
            </w:r>
          </w:p>
        </w:tc>
        <w:tc>
          <w:tcPr>
            <w:tcW w:w="3544" w:type="dxa"/>
          </w:tcPr>
          <w:p w14:paraId="6F02E5BC" w14:textId="68C59C43" w:rsidR="00CF487C" w:rsidRDefault="00CF487C" w:rsidP="00CF487C">
            <w:proofErr w:type="spellStart"/>
            <w:r>
              <w:t>Oznakowanie</w:t>
            </w:r>
            <w:proofErr w:type="spellEnd"/>
            <w:r>
              <w:t xml:space="preserve"> </w:t>
            </w:r>
            <w:proofErr w:type="spellStart"/>
            <w:r>
              <w:t>pojazdu</w:t>
            </w:r>
            <w:proofErr w:type="spellEnd"/>
            <w:r>
              <w:t xml:space="preserve"> </w:t>
            </w:r>
            <w:proofErr w:type="spellStart"/>
            <w:r>
              <w:t>tabliczkami</w:t>
            </w:r>
            <w:proofErr w:type="spellEnd"/>
            <w:r>
              <w:t xml:space="preserve"> „</w:t>
            </w:r>
            <w:proofErr w:type="spellStart"/>
            <w:r>
              <w:t>osoba</w:t>
            </w:r>
            <w:proofErr w:type="spellEnd"/>
            <w:r>
              <w:t xml:space="preserve"> </w:t>
            </w:r>
            <w:proofErr w:type="spellStart"/>
            <w:r>
              <w:t>niepełnosprawna</w:t>
            </w:r>
            <w:proofErr w:type="spellEnd"/>
            <w:r>
              <w:t>”</w:t>
            </w:r>
          </w:p>
        </w:tc>
        <w:tc>
          <w:tcPr>
            <w:tcW w:w="2977" w:type="dxa"/>
          </w:tcPr>
          <w:p w14:paraId="5D345EC6" w14:textId="69B35F13" w:rsidR="00CF487C" w:rsidRDefault="00CF487C" w:rsidP="00CF487C">
            <w:proofErr w:type="spellStart"/>
            <w:r>
              <w:t>Zgodne</w:t>
            </w:r>
            <w:proofErr w:type="spellEnd"/>
            <w:r>
              <w:t xml:space="preserve"> z </w:t>
            </w:r>
            <w:proofErr w:type="spellStart"/>
            <w:r>
              <w:t>przepisami</w:t>
            </w:r>
            <w:proofErr w:type="spellEnd"/>
            <w:r>
              <w:t xml:space="preserve"> </w:t>
            </w:r>
            <w:proofErr w:type="spellStart"/>
            <w:r>
              <w:t>ruchu</w:t>
            </w:r>
            <w:proofErr w:type="spellEnd"/>
            <w:r>
              <w:t xml:space="preserve"> </w:t>
            </w:r>
            <w:proofErr w:type="spellStart"/>
            <w:r>
              <w:t>drogowego</w:t>
            </w:r>
            <w:proofErr w:type="spellEnd"/>
          </w:p>
        </w:tc>
        <w:tc>
          <w:tcPr>
            <w:tcW w:w="2160" w:type="dxa"/>
          </w:tcPr>
          <w:p w14:paraId="3D24A6F9" w14:textId="77777777" w:rsidR="00CF487C" w:rsidRDefault="00CF487C" w:rsidP="00CF487C"/>
        </w:tc>
      </w:tr>
      <w:tr w:rsidR="00CF487C" w14:paraId="0D2CED77" w14:textId="77777777" w:rsidTr="004A1745">
        <w:tc>
          <w:tcPr>
            <w:tcW w:w="817" w:type="dxa"/>
          </w:tcPr>
          <w:p w14:paraId="415B7513" w14:textId="4A0A3859" w:rsidR="00CF487C" w:rsidRDefault="00541319" w:rsidP="00CF487C">
            <w:r>
              <w:t>2</w:t>
            </w:r>
            <w:r w:rsidR="00CE19B4">
              <w:t>2</w:t>
            </w:r>
          </w:p>
        </w:tc>
        <w:tc>
          <w:tcPr>
            <w:tcW w:w="3544" w:type="dxa"/>
          </w:tcPr>
          <w:p w14:paraId="6CA7279A" w14:textId="7FAB851B" w:rsidR="00CF487C" w:rsidRDefault="00671738" w:rsidP="00CF487C">
            <w:proofErr w:type="spellStart"/>
            <w:r>
              <w:t>Układ</w:t>
            </w:r>
            <w:proofErr w:type="spellEnd"/>
            <w:r>
              <w:t xml:space="preserve"> </w:t>
            </w:r>
            <w:proofErr w:type="spellStart"/>
            <w:r>
              <w:t>hamulcowy</w:t>
            </w:r>
            <w:proofErr w:type="spellEnd"/>
            <w:r>
              <w:t xml:space="preserve"> z ABS</w:t>
            </w:r>
          </w:p>
        </w:tc>
        <w:tc>
          <w:tcPr>
            <w:tcW w:w="2977" w:type="dxa"/>
          </w:tcPr>
          <w:p w14:paraId="63A726A5" w14:textId="40EBF747" w:rsidR="00CF487C" w:rsidRDefault="00671738" w:rsidP="00CF487C">
            <w:r>
              <w:t>TAK</w:t>
            </w:r>
          </w:p>
        </w:tc>
        <w:tc>
          <w:tcPr>
            <w:tcW w:w="2160" w:type="dxa"/>
          </w:tcPr>
          <w:p w14:paraId="1E8270C5" w14:textId="77777777" w:rsidR="00CF487C" w:rsidRDefault="00CF487C" w:rsidP="00CF487C"/>
        </w:tc>
      </w:tr>
      <w:tr w:rsidR="00CF487C" w14:paraId="6B1F33AA" w14:textId="77777777" w:rsidTr="004A1745">
        <w:tc>
          <w:tcPr>
            <w:tcW w:w="817" w:type="dxa"/>
          </w:tcPr>
          <w:p w14:paraId="0F9EB50A" w14:textId="4EF4B08C" w:rsidR="00CF487C" w:rsidRDefault="00541319" w:rsidP="00CF487C">
            <w:r>
              <w:t>2</w:t>
            </w:r>
            <w:r w:rsidR="00CE19B4">
              <w:t>3</w:t>
            </w:r>
          </w:p>
        </w:tc>
        <w:tc>
          <w:tcPr>
            <w:tcW w:w="3544" w:type="dxa"/>
          </w:tcPr>
          <w:p w14:paraId="56940D0F" w14:textId="6EE2866B" w:rsidR="00CF487C" w:rsidRDefault="00671738" w:rsidP="00CF487C">
            <w:proofErr w:type="spellStart"/>
            <w:r>
              <w:t>Układ</w:t>
            </w:r>
            <w:proofErr w:type="spellEnd"/>
            <w:r>
              <w:t xml:space="preserve"> ASR (</w:t>
            </w:r>
            <w:proofErr w:type="spellStart"/>
            <w:r>
              <w:t>kontrola</w:t>
            </w:r>
            <w:proofErr w:type="spellEnd"/>
            <w:r>
              <w:t xml:space="preserve"> </w:t>
            </w:r>
            <w:proofErr w:type="spellStart"/>
            <w:r>
              <w:t>trakcji</w:t>
            </w:r>
            <w:proofErr w:type="spellEnd"/>
            <w:r>
              <w:t>)</w:t>
            </w:r>
          </w:p>
        </w:tc>
        <w:tc>
          <w:tcPr>
            <w:tcW w:w="2977" w:type="dxa"/>
          </w:tcPr>
          <w:p w14:paraId="08C5DCC8" w14:textId="418115D6" w:rsidR="00CF487C" w:rsidRDefault="00671738" w:rsidP="00CF487C">
            <w:r>
              <w:t>TAK</w:t>
            </w:r>
          </w:p>
        </w:tc>
        <w:tc>
          <w:tcPr>
            <w:tcW w:w="2160" w:type="dxa"/>
          </w:tcPr>
          <w:p w14:paraId="29B3A073" w14:textId="77777777" w:rsidR="00CF487C" w:rsidRDefault="00CF487C" w:rsidP="00CF487C"/>
        </w:tc>
      </w:tr>
      <w:tr w:rsidR="00CF487C" w14:paraId="29A1D4B6" w14:textId="77777777" w:rsidTr="004A1745">
        <w:tc>
          <w:tcPr>
            <w:tcW w:w="817" w:type="dxa"/>
          </w:tcPr>
          <w:p w14:paraId="270E036F" w14:textId="72C6785D" w:rsidR="00CF487C" w:rsidRDefault="00541319" w:rsidP="00CF487C">
            <w:r>
              <w:t>2</w:t>
            </w:r>
            <w:r w:rsidR="00CE19B4">
              <w:t>4</w:t>
            </w:r>
          </w:p>
        </w:tc>
        <w:tc>
          <w:tcPr>
            <w:tcW w:w="3544" w:type="dxa"/>
          </w:tcPr>
          <w:p w14:paraId="5FA68AC5" w14:textId="40335369" w:rsidR="00CF487C" w:rsidRDefault="00671738" w:rsidP="00CF487C">
            <w:proofErr w:type="spellStart"/>
            <w:r>
              <w:t>Wspomaganie</w:t>
            </w:r>
            <w:proofErr w:type="spellEnd"/>
            <w:r>
              <w:t xml:space="preserve"> </w:t>
            </w:r>
            <w:proofErr w:type="spellStart"/>
            <w:r>
              <w:t>kierownicy</w:t>
            </w:r>
            <w:proofErr w:type="spellEnd"/>
          </w:p>
        </w:tc>
        <w:tc>
          <w:tcPr>
            <w:tcW w:w="2977" w:type="dxa"/>
          </w:tcPr>
          <w:p w14:paraId="1326926B" w14:textId="79632A76" w:rsidR="00CF487C" w:rsidRDefault="00671738" w:rsidP="00CF487C">
            <w:r>
              <w:t>TAK</w:t>
            </w:r>
          </w:p>
        </w:tc>
        <w:tc>
          <w:tcPr>
            <w:tcW w:w="2160" w:type="dxa"/>
          </w:tcPr>
          <w:p w14:paraId="49CBC719" w14:textId="77777777" w:rsidR="00CF487C" w:rsidRDefault="00CF487C" w:rsidP="00CF487C"/>
        </w:tc>
      </w:tr>
      <w:tr w:rsidR="00CF487C" w14:paraId="38EE387B" w14:textId="77777777" w:rsidTr="004A1745">
        <w:tc>
          <w:tcPr>
            <w:tcW w:w="817" w:type="dxa"/>
          </w:tcPr>
          <w:p w14:paraId="406A20A9" w14:textId="292F232E" w:rsidR="00CF487C" w:rsidRDefault="00CE19B4" w:rsidP="00CF487C">
            <w:r>
              <w:t>25</w:t>
            </w:r>
          </w:p>
        </w:tc>
        <w:tc>
          <w:tcPr>
            <w:tcW w:w="3544" w:type="dxa"/>
          </w:tcPr>
          <w:p w14:paraId="4273C55E" w14:textId="65087CFC" w:rsidR="00CF487C" w:rsidRDefault="00671738" w:rsidP="00CF487C">
            <w:proofErr w:type="spellStart"/>
            <w:r>
              <w:t>Przednie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tylne</w:t>
            </w:r>
            <w:proofErr w:type="spellEnd"/>
            <w:r>
              <w:t xml:space="preserve"> </w:t>
            </w:r>
            <w:proofErr w:type="spellStart"/>
            <w:r>
              <w:t>światła</w:t>
            </w:r>
            <w:proofErr w:type="spellEnd"/>
            <w:r>
              <w:t xml:space="preserve"> </w:t>
            </w:r>
            <w:proofErr w:type="spellStart"/>
            <w:r>
              <w:t>przeciwmgielne</w:t>
            </w:r>
            <w:proofErr w:type="spellEnd"/>
          </w:p>
        </w:tc>
        <w:tc>
          <w:tcPr>
            <w:tcW w:w="2977" w:type="dxa"/>
          </w:tcPr>
          <w:p w14:paraId="6E67760C" w14:textId="009F135D" w:rsidR="00CF487C" w:rsidRDefault="00671738" w:rsidP="00CF487C">
            <w:r>
              <w:t>TAK</w:t>
            </w:r>
          </w:p>
        </w:tc>
        <w:tc>
          <w:tcPr>
            <w:tcW w:w="2160" w:type="dxa"/>
          </w:tcPr>
          <w:p w14:paraId="12288E77" w14:textId="77777777" w:rsidR="00CF487C" w:rsidRDefault="00CF487C" w:rsidP="00CF487C"/>
        </w:tc>
      </w:tr>
      <w:tr w:rsidR="00CF487C" w14:paraId="0DCB3664" w14:textId="77777777" w:rsidTr="004A1745">
        <w:tc>
          <w:tcPr>
            <w:tcW w:w="817" w:type="dxa"/>
          </w:tcPr>
          <w:p w14:paraId="25F9AAF1" w14:textId="3078439D" w:rsidR="00CF487C" w:rsidRDefault="00CE19B4" w:rsidP="00CF487C">
            <w:r>
              <w:t>26</w:t>
            </w:r>
          </w:p>
        </w:tc>
        <w:tc>
          <w:tcPr>
            <w:tcW w:w="3544" w:type="dxa"/>
          </w:tcPr>
          <w:p w14:paraId="761F945F" w14:textId="31ED5905" w:rsidR="00CF487C" w:rsidRDefault="00671738" w:rsidP="00CF487C">
            <w:proofErr w:type="spellStart"/>
            <w:r>
              <w:t>Zamek</w:t>
            </w:r>
            <w:proofErr w:type="spellEnd"/>
            <w:r>
              <w:t xml:space="preserve"> </w:t>
            </w:r>
            <w:proofErr w:type="spellStart"/>
            <w:r>
              <w:t>centralny</w:t>
            </w:r>
            <w:proofErr w:type="spellEnd"/>
            <w:r>
              <w:t xml:space="preserve"> z </w:t>
            </w:r>
            <w:proofErr w:type="spellStart"/>
            <w:r>
              <w:t>pilotem</w:t>
            </w:r>
            <w:proofErr w:type="spellEnd"/>
          </w:p>
        </w:tc>
        <w:tc>
          <w:tcPr>
            <w:tcW w:w="2977" w:type="dxa"/>
          </w:tcPr>
          <w:p w14:paraId="348C02E3" w14:textId="5287FA5E" w:rsidR="00CF487C" w:rsidRDefault="00671738" w:rsidP="00CF487C">
            <w:r>
              <w:t>TAK</w:t>
            </w:r>
          </w:p>
        </w:tc>
        <w:tc>
          <w:tcPr>
            <w:tcW w:w="2160" w:type="dxa"/>
          </w:tcPr>
          <w:p w14:paraId="7A579A66" w14:textId="77777777" w:rsidR="00CF487C" w:rsidRDefault="00CF487C" w:rsidP="00CF487C"/>
        </w:tc>
      </w:tr>
      <w:tr w:rsidR="00671738" w14:paraId="3BA4012F" w14:textId="77777777" w:rsidTr="004A1745">
        <w:tc>
          <w:tcPr>
            <w:tcW w:w="817" w:type="dxa"/>
          </w:tcPr>
          <w:p w14:paraId="69B41B98" w14:textId="0552845C" w:rsidR="00671738" w:rsidRDefault="00CE19B4" w:rsidP="00671738">
            <w:r>
              <w:t>27</w:t>
            </w:r>
          </w:p>
        </w:tc>
        <w:tc>
          <w:tcPr>
            <w:tcW w:w="3544" w:type="dxa"/>
          </w:tcPr>
          <w:p w14:paraId="3D939872" w14:textId="48E350CD" w:rsidR="00671738" w:rsidRDefault="00671738" w:rsidP="00671738">
            <w:proofErr w:type="spellStart"/>
            <w:r>
              <w:t>Tempomat</w:t>
            </w:r>
            <w:proofErr w:type="spellEnd"/>
          </w:p>
        </w:tc>
        <w:tc>
          <w:tcPr>
            <w:tcW w:w="2977" w:type="dxa"/>
          </w:tcPr>
          <w:p w14:paraId="624C1B6A" w14:textId="56A43B60" w:rsidR="00671738" w:rsidRDefault="00671738" w:rsidP="00671738">
            <w:r>
              <w:t>TAK</w:t>
            </w:r>
            <w:r w:rsidR="00244510">
              <w:t xml:space="preserve">, </w:t>
            </w:r>
            <w:proofErr w:type="spellStart"/>
            <w:r w:rsidR="00244510">
              <w:t>adaptacyjny</w:t>
            </w:r>
            <w:proofErr w:type="spellEnd"/>
          </w:p>
        </w:tc>
        <w:tc>
          <w:tcPr>
            <w:tcW w:w="2160" w:type="dxa"/>
          </w:tcPr>
          <w:p w14:paraId="1CC48EB9" w14:textId="77777777" w:rsidR="00671738" w:rsidRDefault="00671738" w:rsidP="00671738"/>
        </w:tc>
      </w:tr>
      <w:tr w:rsidR="00244510" w14:paraId="261987DB" w14:textId="77777777" w:rsidTr="004A1745">
        <w:tc>
          <w:tcPr>
            <w:tcW w:w="817" w:type="dxa"/>
          </w:tcPr>
          <w:p w14:paraId="5047C6D1" w14:textId="7A4B3881" w:rsidR="00244510" w:rsidRDefault="00CE19B4" w:rsidP="00671738">
            <w:r>
              <w:t>28</w:t>
            </w:r>
          </w:p>
        </w:tc>
        <w:tc>
          <w:tcPr>
            <w:tcW w:w="3544" w:type="dxa"/>
          </w:tcPr>
          <w:p w14:paraId="6CA318B4" w14:textId="1F40D0D3" w:rsidR="00244510" w:rsidRDefault="00244510" w:rsidP="00671738">
            <w:r>
              <w:t xml:space="preserve">System </w:t>
            </w:r>
            <w:proofErr w:type="spellStart"/>
            <w:r>
              <w:t>trzymania</w:t>
            </w:r>
            <w:proofErr w:type="spellEnd"/>
            <w:r>
              <w:t xml:space="preserve"> </w:t>
            </w:r>
            <w:proofErr w:type="spellStart"/>
            <w:r>
              <w:t>pasa</w:t>
            </w:r>
            <w:proofErr w:type="spellEnd"/>
            <w:r>
              <w:t xml:space="preserve"> </w:t>
            </w:r>
            <w:proofErr w:type="spellStart"/>
            <w:r>
              <w:t>ruchu</w:t>
            </w:r>
            <w:proofErr w:type="spellEnd"/>
          </w:p>
        </w:tc>
        <w:tc>
          <w:tcPr>
            <w:tcW w:w="2977" w:type="dxa"/>
          </w:tcPr>
          <w:p w14:paraId="47F7ABAC" w14:textId="7C623A65" w:rsidR="00244510" w:rsidRDefault="00244510" w:rsidP="00671738">
            <w:r>
              <w:t>TAK</w:t>
            </w:r>
          </w:p>
        </w:tc>
        <w:tc>
          <w:tcPr>
            <w:tcW w:w="2160" w:type="dxa"/>
          </w:tcPr>
          <w:p w14:paraId="0381D01D" w14:textId="77777777" w:rsidR="00244510" w:rsidRDefault="00244510" w:rsidP="00671738"/>
        </w:tc>
      </w:tr>
      <w:tr w:rsidR="00671738" w14:paraId="6E53F166" w14:textId="77777777" w:rsidTr="004A1745">
        <w:tc>
          <w:tcPr>
            <w:tcW w:w="817" w:type="dxa"/>
          </w:tcPr>
          <w:p w14:paraId="64A4B3BF" w14:textId="20ABFE8F" w:rsidR="00671738" w:rsidRDefault="00CE19B4" w:rsidP="00671738">
            <w:r>
              <w:t>29</w:t>
            </w:r>
          </w:p>
        </w:tc>
        <w:tc>
          <w:tcPr>
            <w:tcW w:w="3544" w:type="dxa"/>
          </w:tcPr>
          <w:p w14:paraId="1D909E63" w14:textId="0090F29B" w:rsidR="00671738" w:rsidRDefault="00671738" w:rsidP="00671738">
            <w:proofErr w:type="spellStart"/>
            <w:r>
              <w:t>Komplet</w:t>
            </w:r>
            <w:proofErr w:type="spellEnd"/>
            <w:r>
              <w:t xml:space="preserve"> </w:t>
            </w:r>
            <w:proofErr w:type="spellStart"/>
            <w:r>
              <w:t>narzędzi</w:t>
            </w:r>
            <w:proofErr w:type="spellEnd"/>
            <w:r>
              <w:t xml:space="preserve">,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podnośnik</w:t>
            </w:r>
            <w:proofErr w:type="spellEnd"/>
            <w:r>
              <w:t xml:space="preserve">, </w:t>
            </w:r>
            <w:proofErr w:type="spellStart"/>
            <w:r>
              <w:t>klucz</w:t>
            </w:r>
            <w:proofErr w:type="spellEnd"/>
            <w:r>
              <w:t xml:space="preserve"> do </w:t>
            </w:r>
            <w:proofErr w:type="spellStart"/>
            <w:r>
              <w:t>kół</w:t>
            </w:r>
            <w:proofErr w:type="spellEnd"/>
            <w:r>
              <w:t xml:space="preserve">, </w:t>
            </w:r>
            <w:proofErr w:type="spellStart"/>
            <w:r>
              <w:t>kliny</w:t>
            </w:r>
            <w:proofErr w:type="spellEnd"/>
            <w:r>
              <w:t xml:space="preserve"> pod </w:t>
            </w:r>
            <w:proofErr w:type="spellStart"/>
            <w:r>
              <w:t>koła</w:t>
            </w:r>
            <w:proofErr w:type="spellEnd"/>
          </w:p>
        </w:tc>
        <w:tc>
          <w:tcPr>
            <w:tcW w:w="2977" w:type="dxa"/>
          </w:tcPr>
          <w:p w14:paraId="5018FEA6" w14:textId="704ED780" w:rsidR="00671738" w:rsidRDefault="00671738" w:rsidP="00671738">
            <w:r>
              <w:t>TAK</w:t>
            </w:r>
          </w:p>
        </w:tc>
        <w:tc>
          <w:tcPr>
            <w:tcW w:w="2160" w:type="dxa"/>
          </w:tcPr>
          <w:p w14:paraId="69EE1978" w14:textId="77777777" w:rsidR="00671738" w:rsidRDefault="00671738" w:rsidP="00671738"/>
        </w:tc>
      </w:tr>
      <w:tr w:rsidR="00671738" w14:paraId="09B5B599" w14:textId="77777777" w:rsidTr="004A1745">
        <w:tc>
          <w:tcPr>
            <w:tcW w:w="817" w:type="dxa"/>
          </w:tcPr>
          <w:p w14:paraId="015344A7" w14:textId="2D1E9992" w:rsidR="00671738" w:rsidRDefault="00541319" w:rsidP="00671738">
            <w:r>
              <w:t>3</w:t>
            </w:r>
            <w:r w:rsidR="00CE19B4">
              <w:t>0</w:t>
            </w:r>
          </w:p>
        </w:tc>
        <w:tc>
          <w:tcPr>
            <w:tcW w:w="3544" w:type="dxa"/>
          </w:tcPr>
          <w:p w14:paraId="727D6DD7" w14:textId="737CFEDC" w:rsidR="00671738" w:rsidRDefault="00671738" w:rsidP="00671738">
            <w:proofErr w:type="spellStart"/>
            <w:r>
              <w:t>Gaśnic</w:t>
            </w:r>
            <w:r w:rsidR="009B123E">
              <w:t>a</w:t>
            </w:r>
            <w:proofErr w:type="spellEnd"/>
            <w:r w:rsidR="009B123E">
              <w:t xml:space="preserve"> </w:t>
            </w:r>
            <w:proofErr w:type="spellStart"/>
            <w:r w:rsidR="009B123E">
              <w:t>samochodowa</w:t>
            </w:r>
            <w:proofErr w:type="spellEnd"/>
          </w:p>
        </w:tc>
        <w:tc>
          <w:tcPr>
            <w:tcW w:w="2977" w:type="dxa"/>
          </w:tcPr>
          <w:p w14:paraId="50EBD3A2" w14:textId="381051DA" w:rsidR="00671738" w:rsidRDefault="00671738" w:rsidP="00671738">
            <w:r>
              <w:t xml:space="preserve">min. </w:t>
            </w:r>
            <w:r w:rsidR="009B123E">
              <w:t xml:space="preserve">1 </w:t>
            </w:r>
            <w:proofErr w:type="spellStart"/>
            <w:r w:rsidR="009B123E">
              <w:t>szt</w:t>
            </w:r>
            <w:proofErr w:type="spellEnd"/>
            <w:r w:rsidR="009B123E">
              <w:t>.</w:t>
            </w:r>
          </w:p>
        </w:tc>
        <w:tc>
          <w:tcPr>
            <w:tcW w:w="2160" w:type="dxa"/>
          </w:tcPr>
          <w:p w14:paraId="0222BCE8" w14:textId="77777777" w:rsidR="00671738" w:rsidRDefault="00671738" w:rsidP="00671738"/>
        </w:tc>
      </w:tr>
      <w:tr w:rsidR="00671738" w14:paraId="79F5087D" w14:textId="77777777" w:rsidTr="004A1745">
        <w:tc>
          <w:tcPr>
            <w:tcW w:w="817" w:type="dxa"/>
          </w:tcPr>
          <w:p w14:paraId="4DC569CA" w14:textId="46584AF5" w:rsidR="00671738" w:rsidRDefault="00541319" w:rsidP="00671738">
            <w:r>
              <w:t>3</w:t>
            </w:r>
            <w:r w:rsidR="00CE19B4">
              <w:t>1</w:t>
            </w:r>
          </w:p>
        </w:tc>
        <w:tc>
          <w:tcPr>
            <w:tcW w:w="3544" w:type="dxa"/>
          </w:tcPr>
          <w:p w14:paraId="29783E3B" w14:textId="53DE71A3" w:rsidR="00671738" w:rsidRDefault="00671738" w:rsidP="00671738">
            <w:proofErr w:type="spellStart"/>
            <w:r>
              <w:t>Apteczka</w:t>
            </w:r>
            <w:proofErr w:type="spellEnd"/>
            <w:r>
              <w:t xml:space="preserve"> </w:t>
            </w:r>
            <w:proofErr w:type="spellStart"/>
            <w:r w:rsidR="009B123E">
              <w:t>samochodowa</w:t>
            </w:r>
            <w:proofErr w:type="spellEnd"/>
          </w:p>
        </w:tc>
        <w:tc>
          <w:tcPr>
            <w:tcW w:w="2977" w:type="dxa"/>
          </w:tcPr>
          <w:p w14:paraId="04F81ABB" w14:textId="1EBC3FFA" w:rsidR="00671738" w:rsidRDefault="00671738" w:rsidP="00671738">
            <w:r>
              <w:t>TAK</w:t>
            </w:r>
          </w:p>
        </w:tc>
        <w:tc>
          <w:tcPr>
            <w:tcW w:w="2160" w:type="dxa"/>
          </w:tcPr>
          <w:p w14:paraId="3D261B60" w14:textId="77777777" w:rsidR="00671738" w:rsidRDefault="00671738" w:rsidP="00671738"/>
        </w:tc>
      </w:tr>
      <w:tr w:rsidR="00671738" w14:paraId="39D276EC" w14:textId="77777777" w:rsidTr="004A1745">
        <w:tc>
          <w:tcPr>
            <w:tcW w:w="817" w:type="dxa"/>
          </w:tcPr>
          <w:p w14:paraId="6846C84E" w14:textId="699A519E" w:rsidR="00671738" w:rsidRDefault="00CE19B4" w:rsidP="00671738">
            <w:r>
              <w:t>32</w:t>
            </w:r>
          </w:p>
        </w:tc>
        <w:tc>
          <w:tcPr>
            <w:tcW w:w="3544" w:type="dxa"/>
          </w:tcPr>
          <w:p w14:paraId="7E7F4700" w14:textId="4E3B2704" w:rsidR="00671738" w:rsidRDefault="00671738" w:rsidP="00671738">
            <w:proofErr w:type="spellStart"/>
            <w:r>
              <w:t>Trójkąt</w:t>
            </w:r>
            <w:proofErr w:type="spellEnd"/>
            <w:r>
              <w:t xml:space="preserve"> </w:t>
            </w:r>
            <w:proofErr w:type="spellStart"/>
            <w:r>
              <w:t>ostrzegawczy</w:t>
            </w:r>
            <w:proofErr w:type="spellEnd"/>
          </w:p>
        </w:tc>
        <w:tc>
          <w:tcPr>
            <w:tcW w:w="2977" w:type="dxa"/>
          </w:tcPr>
          <w:p w14:paraId="73D3D610" w14:textId="5288BE19" w:rsidR="00671738" w:rsidRDefault="00671738" w:rsidP="00671738">
            <w:r>
              <w:t>TAK</w:t>
            </w:r>
          </w:p>
        </w:tc>
        <w:tc>
          <w:tcPr>
            <w:tcW w:w="2160" w:type="dxa"/>
          </w:tcPr>
          <w:p w14:paraId="20C828D0" w14:textId="77777777" w:rsidR="00671738" w:rsidRDefault="00671738" w:rsidP="00671738"/>
        </w:tc>
      </w:tr>
      <w:tr w:rsidR="00244510" w14:paraId="0F3801BE" w14:textId="77777777" w:rsidTr="004A1745">
        <w:tc>
          <w:tcPr>
            <w:tcW w:w="817" w:type="dxa"/>
          </w:tcPr>
          <w:p w14:paraId="64B6A017" w14:textId="2DCB3242" w:rsidR="00244510" w:rsidRDefault="00CE19B4" w:rsidP="00671738">
            <w:r>
              <w:lastRenderedPageBreak/>
              <w:t>33</w:t>
            </w:r>
          </w:p>
        </w:tc>
        <w:tc>
          <w:tcPr>
            <w:tcW w:w="3544" w:type="dxa"/>
          </w:tcPr>
          <w:p w14:paraId="4D287B68" w14:textId="711D2948" w:rsidR="00244510" w:rsidRDefault="00244510" w:rsidP="00671738">
            <w:proofErr w:type="spellStart"/>
            <w:r>
              <w:t>Koło</w:t>
            </w:r>
            <w:proofErr w:type="spellEnd"/>
            <w:r>
              <w:t xml:space="preserve"> </w:t>
            </w:r>
            <w:proofErr w:type="spellStart"/>
            <w:r>
              <w:t>zapasowe</w:t>
            </w:r>
            <w:proofErr w:type="spellEnd"/>
          </w:p>
        </w:tc>
        <w:tc>
          <w:tcPr>
            <w:tcW w:w="2977" w:type="dxa"/>
          </w:tcPr>
          <w:p w14:paraId="25131196" w14:textId="5CAE2310" w:rsidR="00244510" w:rsidRDefault="00244510" w:rsidP="00671738">
            <w:r>
              <w:t xml:space="preserve">TAK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zestaw</w:t>
            </w:r>
            <w:proofErr w:type="spellEnd"/>
            <w:r>
              <w:t xml:space="preserve"> </w:t>
            </w:r>
            <w:proofErr w:type="spellStart"/>
            <w:r>
              <w:t>naprawczy</w:t>
            </w:r>
            <w:proofErr w:type="spellEnd"/>
          </w:p>
        </w:tc>
        <w:tc>
          <w:tcPr>
            <w:tcW w:w="2160" w:type="dxa"/>
          </w:tcPr>
          <w:p w14:paraId="679661EF" w14:textId="77777777" w:rsidR="00244510" w:rsidRDefault="00244510" w:rsidP="00671738"/>
        </w:tc>
      </w:tr>
      <w:tr w:rsidR="00671738" w14:paraId="13EE9034" w14:textId="77777777" w:rsidTr="004A1745">
        <w:tc>
          <w:tcPr>
            <w:tcW w:w="817" w:type="dxa"/>
          </w:tcPr>
          <w:p w14:paraId="563383A7" w14:textId="0B11D6DA" w:rsidR="00671738" w:rsidRDefault="00CE19B4" w:rsidP="00671738">
            <w:r>
              <w:t>34</w:t>
            </w:r>
          </w:p>
        </w:tc>
        <w:tc>
          <w:tcPr>
            <w:tcW w:w="3544" w:type="dxa"/>
          </w:tcPr>
          <w:p w14:paraId="114E8ED0" w14:textId="18D4FCEB" w:rsidR="00671738" w:rsidRDefault="00671738" w:rsidP="00671738">
            <w:proofErr w:type="spellStart"/>
            <w:r>
              <w:t>Komplet</w:t>
            </w:r>
            <w:proofErr w:type="spellEnd"/>
            <w:r>
              <w:t xml:space="preserve"> </w:t>
            </w:r>
            <w:proofErr w:type="spellStart"/>
            <w:r>
              <w:t>opon</w:t>
            </w:r>
            <w:proofErr w:type="spellEnd"/>
          </w:p>
        </w:tc>
        <w:tc>
          <w:tcPr>
            <w:tcW w:w="2977" w:type="dxa"/>
          </w:tcPr>
          <w:p w14:paraId="0DC97FAE" w14:textId="5CF3CD46" w:rsidR="00671738" w:rsidRDefault="00671738" w:rsidP="00671738">
            <w:proofErr w:type="spellStart"/>
            <w:r>
              <w:t>Opony</w:t>
            </w:r>
            <w:proofErr w:type="spellEnd"/>
            <w:r>
              <w:t xml:space="preserve"> </w:t>
            </w:r>
            <w:proofErr w:type="spellStart"/>
            <w:r>
              <w:t>zimowe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kołach</w:t>
            </w:r>
            <w:proofErr w:type="spellEnd"/>
            <w:r>
              <w:t xml:space="preserve">, </w:t>
            </w:r>
            <w:proofErr w:type="spellStart"/>
            <w:r>
              <w:t>opony</w:t>
            </w:r>
            <w:proofErr w:type="spellEnd"/>
            <w:r>
              <w:t xml:space="preserve"> </w:t>
            </w:r>
            <w:proofErr w:type="spellStart"/>
            <w:r>
              <w:t>letnie</w:t>
            </w:r>
            <w:proofErr w:type="spellEnd"/>
            <w:r>
              <w:t xml:space="preserve"> </w:t>
            </w:r>
            <w:proofErr w:type="spellStart"/>
            <w:r>
              <w:t>dodatkowo</w:t>
            </w:r>
            <w:proofErr w:type="spellEnd"/>
          </w:p>
        </w:tc>
        <w:tc>
          <w:tcPr>
            <w:tcW w:w="2160" w:type="dxa"/>
          </w:tcPr>
          <w:p w14:paraId="0633FFF2" w14:textId="77777777" w:rsidR="00671738" w:rsidRDefault="00671738" w:rsidP="00671738"/>
        </w:tc>
      </w:tr>
      <w:tr w:rsidR="00541319" w14:paraId="1F1C3E76" w14:textId="77777777" w:rsidTr="004A1745">
        <w:tc>
          <w:tcPr>
            <w:tcW w:w="817" w:type="dxa"/>
          </w:tcPr>
          <w:p w14:paraId="56A32D77" w14:textId="318837F0" w:rsidR="00541319" w:rsidRDefault="00CE19B4" w:rsidP="00541319">
            <w:r>
              <w:t>35</w:t>
            </w:r>
          </w:p>
        </w:tc>
        <w:tc>
          <w:tcPr>
            <w:tcW w:w="3544" w:type="dxa"/>
          </w:tcPr>
          <w:p w14:paraId="4D140020" w14:textId="09308A97" w:rsidR="00541319" w:rsidRDefault="00541319" w:rsidP="00541319">
            <w:r>
              <w:t>Kolor</w:t>
            </w:r>
          </w:p>
        </w:tc>
        <w:tc>
          <w:tcPr>
            <w:tcW w:w="2977" w:type="dxa"/>
          </w:tcPr>
          <w:p w14:paraId="1355B9EC" w14:textId="6F054C79" w:rsidR="00541319" w:rsidRDefault="009B123E" w:rsidP="00541319">
            <w:proofErr w:type="spellStart"/>
            <w:r>
              <w:t>Biały</w:t>
            </w:r>
            <w:proofErr w:type="spellEnd"/>
          </w:p>
        </w:tc>
        <w:tc>
          <w:tcPr>
            <w:tcW w:w="2160" w:type="dxa"/>
          </w:tcPr>
          <w:p w14:paraId="5ACA5498" w14:textId="77777777" w:rsidR="00541319" w:rsidRDefault="00541319" w:rsidP="00541319"/>
        </w:tc>
      </w:tr>
      <w:tr w:rsidR="00B90082" w14:paraId="606F1BAD" w14:textId="77777777" w:rsidTr="004A1745">
        <w:tc>
          <w:tcPr>
            <w:tcW w:w="817" w:type="dxa"/>
          </w:tcPr>
          <w:p w14:paraId="4486FB6B" w14:textId="2392D699" w:rsidR="00B90082" w:rsidRDefault="00CE19B4" w:rsidP="00B90082">
            <w:r>
              <w:t>36</w:t>
            </w:r>
          </w:p>
        </w:tc>
        <w:tc>
          <w:tcPr>
            <w:tcW w:w="3544" w:type="dxa"/>
          </w:tcPr>
          <w:p w14:paraId="096802BA" w14:textId="373301ED" w:rsidR="00B90082" w:rsidRDefault="00B90082" w:rsidP="00B90082">
            <w:proofErr w:type="spellStart"/>
            <w:r>
              <w:t>Homologacja</w:t>
            </w:r>
            <w:proofErr w:type="spellEnd"/>
          </w:p>
        </w:tc>
        <w:tc>
          <w:tcPr>
            <w:tcW w:w="2977" w:type="dxa"/>
          </w:tcPr>
          <w:p w14:paraId="763D5EA7" w14:textId="3ADDB192" w:rsidR="00B90082" w:rsidRDefault="00B90082" w:rsidP="00B90082">
            <w:proofErr w:type="spellStart"/>
            <w:r>
              <w:t>Homologacja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świadectwo</w:t>
            </w:r>
            <w:proofErr w:type="spellEnd"/>
            <w:r>
              <w:t xml:space="preserve"> </w:t>
            </w:r>
            <w:proofErr w:type="spellStart"/>
            <w:r>
              <w:t>zgodności</w:t>
            </w:r>
            <w:proofErr w:type="spellEnd"/>
            <w:r>
              <w:t xml:space="preserve"> WE </w:t>
            </w:r>
            <w:proofErr w:type="spellStart"/>
            <w:r>
              <w:t>pojazdu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dokumentacja</w:t>
            </w:r>
            <w:proofErr w:type="spellEnd"/>
            <w:r>
              <w:t xml:space="preserve"> </w:t>
            </w:r>
            <w:proofErr w:type="spellStart"/>
            <w:r>
              <w:t>potwierdzająca</w:t>
            </w:r>
            <w:proofErr w:type="spellEnd"/>
            <w:r>
              <w:t xml:space="preserve"> </w:t>
            </w:r>
            <w:proofErr w:type="spellStart"/>
            <w:r>
              <w:t>przystosowanie</w:t>
            </w:r>
            <w:proofErr w:type="spellEnd"/>
            <w:r>
              <w:t xml:space="preserve"> do </w:t>
            </w:r>
            <w:proofErr w:type="spellStart"/>
            <w:r>
              <w:t>przewozu</w:t>
            </w:r>
            <w:proofErr w:type="spellEnd"/>
            <w:r>
              <w:t xml:space="preserve"> </w:t>
            </w:r>
            <w:proofErr w:type="spellStart"/>
            <w:r>
              <w:t>osób</w:t>
            </w:r>
            <w:proofErr w:type="spellEnd"/>
            <w:r>
              <w:t xml:space="preserve"> </w:t>
            </w:r>
            <w:proofErr w:type="spellStart"/>
            <w:r>
              <w:t>niepełnosprawnych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2B6518A4" w14:textId="77777777" w:rsidR="00B90082" w:rsidRDefault="00B90082" w:rsidP="00B90082"/>
        </w:tc>
      </w:tr>
      <w:tr w:rsidR="00B90082" w14:paraId="4DEC4361" w14:textId="77777777" w:rsidTr="004A1745">
        <w:tc>
          <w:tcPr>
            <w:tcW w:w="817" w:type="dxa"/>
          </w:tcPr>
          <w:p w14:paraId="571B9A09" w14:textId="206D5084" w:rsidR="00B90082" w:rsidRDefault="00CE19B4" w:rsidP="00B90082">
            <w:r>
              <w:t>37</w:t>
            </w:r>
          </w:p>
        </w:tc>
        <w:tc>
          <w:tcPr>
            <w:tcW w:w="3544" w:type="dxa"/>
          </w:tcPr>
          <w:p w14:paraId="58F13631" w14:textId="1BF77699" w:rsidR="00B90082" w:rsidRDefault="00B90082" w:rsidP="00B90082">
            <w:proofErr w:type="spellStart"/>
            <w:r>
              <w:t>Komplet</w:t>
            </w:r>
            <w:proofErr w:type="spellEnd"/>
            <w:r>
              <w:t xml:space="preserve"> </w:t>
            </w:r>
            <w:proofErr w:type="spellStart"/>
            <w:r>
              <w:t>dokumentów</w:t>
            </w:r>
            <w:proofErr w:type="spellEnd"/>
            <w:r>
              <w:t xml:space="preserve"> </w:t>
            </w:r>
            <w:proofErr w:type="spellStart"/>
            <w:r>
              <w:t>dotyczących</w:t>
            </w:r>
            <w:proofErr w:type="spellEnd"/>
            <w:r>
              <w:t xml:space="preserve"> </w:t>
            </w:r>
            <w:proofErr w:type="spellStart"/>
            <w:r>
              <w:t>pojazdu</w:t>
            </w:r>
            <w:proofErr w:type="spellEnd"/>
          </w:p>
        </w:tc>
        <w:tc>
          <w:tcPr>
            <w:tcW w:w="2977" w:type="dxa"/>
          </w:tcPr>
          <w:p w14:paraId="38B8D75C" w14:textId="7F8D8B58" w:rsidR="00B90082" w:rsidRDefault="00B90082" w:rsidP="00B90082">
            <w:r>
              <w:t>TAK</w:t>
            </w:r>
          </w:p>
        </w:tc>
        <w:tc>
          <w:tcPr>
            <w:tcW w:w="2160" w:type="dxa"/>
          </w:tcPr>
          <w:p w14:paraId="262AAAEE" w14:textId="77777777" w:rsidR="00B90082" w:rsidRDefault="00B90082" w:rsidP="00B90082"/>
        </w:tc>
      </w:tr>
      <w:tr w:rsidR="00B90082" w14:paraId="1B913ED7" w14:textId="77777777" w:rsidTr="004A1745">
        <w:tc>
          <w:tcPr>
            <w:tcW w:w="817" w:type="dxa"/>
          </w:tcPr>
          <w:p w14:paraId="5E3D80D8" w14:textId="03760206" w:rsidR="00B90082" w:rsidRDefault="00CE19B4" w:rsidP="00B90082">
            <w:r>
              <w:t>38</w:t>
            </w:r>
          </w:p>
        </w:tc>
        <w:tc>
          <w:tcPr>
            <w:tcW w:w="3544" w:type="dxa"/>
          </w:tcPr>
          <w:p w14:paraId="7884B8FB" w14:textId="4B2B4480" w:rsidR="00B90082" w:rsidRDefault="00B90082" w:rsidP="00B90082">
            <w:proofErr w:type="spellStart"/>
            <w:r>
              <w:t>Oznakowanie</w:t>
            </w:r>
            <w:proofErr w:type="spellEnd"/>
          </w:p>
        </w:tc>
        <w:tc>
          <w:tcPr>
            <w:tcW w:w="2977" w:type="dxa"/>
          </w:tcPr>
          <w:p w14:paraId="16B95F36" w14:textId="55EFD0B8" w:rsidR="00B90082" w:rsidRDefault="00B90082" w:rsidP="00B90082">
            <w:r>
              <w:t xml:space="preserve">Logo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dofinansowującego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oznaczenia</w:t>
            </w:r>
            <w:proofErr w:type="spellEnd"/>
            <w:r>
              <w:t xml:space="preserve"> </w:t>
            </w:r>
            <w:proofErr w:type="spellStart"/>
            <w:r>
              <w:t>graficzne</w:t>
            </w:r>
            <w:proofErr w:type="spellEnd"/>
            <w:r>
              <w:t xml:space="preserve"> </w:t>
            </w:r>
            <w:proofErr w:type="spellStart"/>
            <w:r>
              <w:t>dostarczone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Zamawiającego</w:t>
            </w:r>
            <w:proofErr w:type="spellEnd"/>
            <w:r>
              <w:t xml:space="preserve"> – </w:t>
            </w:r>
            <w:proofErr w:type="spellStart"/>
            <w:r>
              <w:t>wykonawca</w:t>
            </w:r>
            <w:proofErr w:type="spellEnd"/>
            <w:r>
              <w:t xml:space="preserve"> </w:t>
            </w:r>
            <w:proofErr w:type="spellStart"/>
            <w:r>
              <w:t>nanosi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pojeździe</w:t>
            </w:r>
            <w:proofErr w:type="spellEnd"/>
            <w:r>
              <w:t xml:space="preserve">. </w:t>
            </w:r>
            <w:proofErr w:type="spellStart"/>
            <w:r>
              <w:t>Znakowanie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bokach</w:t>
            </w:r>
            <w:proofErr w:type="spellEnd"/>
            <w:r>
              <w:t xml:space="preserve"> </w:t>
            </w:r>
            <w:proofErr w:type="spellStart"/>
            <w:r>
              <w:t>samochodu</w:t>
            </w:r>
            <w:proofErr w:type="spellEnd"/>
            <w:r>
              <w:t xml:space="preserve">,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masce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tylnych</w:t>
            </w:r>
            <w:proofErr w:type="spellEnd"/>
            <w:r>
              <w:t xml:space="preserve"> </w:t>
            </w:r>
            <w:proofErr w:type="spellStart"/>
            <w:r>
              <w:t>drzwiach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60864EFE" w14:textId="77777777" w:rsidR="00B90082" w:rsidRDefault="00B90082" w:rsidP="00B90082"/>
        </w:tc>
      </w:tr>
    </w:tbl>
    <w:p w14:paraId="3D514C08" w14:textId="77777777" w:rsidR="00C71874" w:rsidRDefault="005E4A46">
      <w:r>
        <w:t xml:space="preserve">* </w:t>
      </w:r>
      <w:proofErr w:type="spellStart"/>
      <w:r>
        <w:t>Wykonawca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 </w:t>
      </w:r>
      <w:proofErr w:type="spellStart"/>
      <w:r>
        <w:t>stronę</w:t>
      </w:r>
      <w:proofErr w:type="spellEnd"/>
      <w:r>
        <w:t>/</w:t>
      </w:r>
      <w:proofErr w:type="spellStart"/>
      <w:r>
        <w:t>sekcję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katalogowego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dany</w:t>
      </w:r>
      <w:proofErr w:type="spellEnd"/>
      <w:r>
        <w:t xml:space="preserve"> </w:t>
      </w:r>
      <w:proofErr w:type="spellStart"/>
      <w:r>
        <w:t>parametr</w:t>
      </w:r>
      <w:proofErr w:type="spellEnd"/>
      <w:r>
        <w:t>.</w:t>
      </w:r>
    </w:p>
    <w:p w14:paraId="72DEA8BE" w14:textId="77777777" w:rsidR="00C71874" w:rsidRDefault="005E4A46">
      <w:pPr>
        <w:pStyle w:val="Nagwek2"/>
      </w:pPr>
      <w:r>
        <w:t xml:space="preserve">4. </w:t>
      </w:r>
      <w:proofErr w:type="spellStart"/>
      <w:r>
        <w:t>Przedmiotowe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dowodowe</w:t>
      </w:r>
      <w:proofErr w:type="spellEnd"/>
    </w:p>
    <w:p w14:paraId="0CD4EE40" w14:textId="62B01DE1" w:rsidR="00EB030A" w:rsidRDefault="005E4A46" w:rsidP="00EB030A">
      <w:proofErr w:type="spellStart"/>
      <w:r>
        <w:t>Wykonawca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ofertą</w:t>
      </w:r>
      <w:proofErr w:type="spellEnd"/>
      <w:r>
        <w:t xml:space="preserve"> </w:t>
      </w:r>
      <w:proofErr w:type="spellStart"/>
      <w:r>
        <w:t>złoży</w:t>
      </w:r>
      <w:proofErr w:type="spellEnd"/>
      <w:r>
        <w:t xml:space="preserve"> </w:t>
      </w:r>
      <w:proofErr w:type="spellStart"/>
      <w:r>
        <w:t>karty</w:t>
      </w:r>
      <w:proofErr w:type="spellEnd"/>
      <w:r>
        <w:t xml:space="preserve"> </w:t>
      </w:r>
      <w:proofErr w:type="spellStart"/>
      <w:r>
        <w:t>katalogowe</w:t>
      </w:r>
      <w:proofErr w:type="spellEnd"/>
      <w:r>
        <w:t xml:space="preserve">, </w:t>
      </w:r>
      <w:proofErr w:type="spellStart"/>
      <w:r>
        <w:t>foldery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równoważne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techniczne</w:t>
      </w:r>
      <w:proofErr w:type="spellEnd"/>
      <w:r>
        <w:t xml:space="preserve"> </w:t>
      </w:r>
      <w:proofErr w:type="spellStart"/>
      <w:r>
        <w:t>oferowan</w:t>
      </w:r>
      <w:r w:rsidR="002A44B6">
        <w:t>ych</w:t>
      </w:r>
      <w:proofErr w:type="spellEnd"/>
      <w:r>
        <w:t xml:space="preserve"> </w:t>
      </w:r>
      <w:proofErr w:type="spellStart"/>
      <w:r w:rsidR="002A44B6">
        <w:t>pojazdów</w:t>
      </w:r>
      <w:proofErr w:type="spellEnd"/>
      <w:r w:rsidR="002A44B6">
        <w:t xml:space="preserve"> </w:t>
      </w:r>
      <w:proofErr w:type="spellStart"/>
      <w:r>
        <w:t>zawierające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</w:t>
      </w:r>
      <w:proofErr w:type="spellStart"/>
      <w:r>
        <w:t>typ</w:t>
      </w:r>
      <w:proofErr w:type="spellEnd"/>
      <w:r>
        <w:t xml:space="preserve"> </w:t>
      </w:r>
      <w:proofErr w:type="spellStart"/>
      <w:r>
        <w:t>pojazd</w:t>
      </w:r>
      <w:r w:rsidR="002A44B6">
        <w:t>ów</w:t>
      </w:r>
      <w:proofErr w:type="spellEnd"/>
      <w:r>
        <w:t xml:space="preserve">, </w:t>
      </w:r>
      <w:proofErr w:type="spellStart"/>
      <w:r>
        <w:t>nazwę</w:t>
      </w:r>
      <w:proofErr w:type="spellEnd"/>
      <w:r>
        <w:t xml:space="preserve"> </w:t>
      </w:r>
      <w:proofErr w:type="spellStart"/>
      <w:r>
        <w:t>producenta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parametry</w:t>
      </w:r>
      <w:proofErr w:type="spellEnd"/>
      <w:r>
        <w:t xml:space="preserve"> </w:t>
      </w:r>
      <w:proofErr w:type="spellStart"/>
      <w:r>
        <w:t>potwierdzające</w:t>
      </w:r>
      <w:proofErr w:type="spellEnd"/>
      <w:r>
        <w:t xml:space="preserve"> </w:t>
      </w:r>
      <w:proofErr w:type="spellStart"/>
      <w:r>
        <w:t>spełnienie</w:t>
      </w:r>
      <w:proofErr w:type="spellEnd"/>
      <w:r>
        <w:t xml:space="preserve">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OPZ.</w:t>
      </w:r>
    </w:p>
    <w:p w14:paraId="2BA6F6F6" w14:textId="739A9862" w:rsidR="00EB030A" w:rsidRPr="00F464AA" w:rsidRDefault="00EB030A" w:rsidP="00EB030A">
      <w:pPr>
        <w:rPr>
          <w:rFonts w:cstheme="minorHAnsi"/>
          <w:b/>
        </w:rPr>
      </w:pPr>
      <w:proofErr w:type="spellStart"/>
      <w:r w:rsidRPr="00F464AA">
        <w:rPr>
          <w:rFonts w:cstheme="minorHAnsi"/>
          <w:b/>
        </w:rPr>
        <w:t>Uwaga</w:t>
      </w:r>
      <w:proofErr w:type="spellEnd"/>
      <w:r w:rsidRPr="00F464AA">
        <w:rPr>
          <w:rFonts w:cstheme="minorHAnsi"/>
          <w:b/>
        </w:rPr>
        <w:t xml:space="preserve"> !</w:t>
      </w:r>
    </w:p>
    <w:p w14:paraId="3F5D0433" w14:textId="2C220DF4" w:rsidR="00EB030A" w:rsidRPr="00EB030A" w:rsidRDefault="00EB030A" w:rsidP="00EB030A">
      <w:pPr>
        <w:rPr>
          <w:rFonts w:cstheme="minorHAnsi"/>
          <w:bCs/>
        </w:rPr>
      </w:pPr>
      <w:proofErr w:type="spellStart"/>
      <w:r w:rsidRPr="00EB030A">
        <w:rPr>
          <w:rFonts w:cstheme="minorHAnsi"/>
          <w:bCs/>
        </w:rPr>
        <w:t>Zamawiający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przewiduje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uzupełnienie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przedmiotowych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środków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dowodowych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tj</w:t>
      </w:r>
      <w:proofErr w:type="spellEnd"/>
      <w:r w:rsidRPr="00EB030A">
        <w:rPr>
          <w:rFonts w:cstheme="minorHAnsi"/>
          <w:bCs/>
        </w:rPr>
        <w:t xml:space="preserve">.: kart </w:t>
      </w:r>
      <w:proofErr w:type="spellStart"/>
      <w:r w:rsidRPr="00EB030A">
        <w:rPr>
          <w:rFonts w:cstheme="minorHAnsi"/>
          <w:bCs/>
        </w:rPr>
        <w:t>katalogowych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oraz</w:t>
      </w:r>
      <w:proofErr w:type="spellEnd"/>
      <w:r w:rsidRPr="00EB030A">
        <w:rPr>
          <w:rFonts w:cstheme="minorHAnsi"/>
          <w:bCs/>
        </w:rPr>
        <w:t xml:space="preserve"> </w:t>
      </w:r>
      <w:proofErr w:type="spellStart"/>
      <w:r w:rsidRPr="00EB030A">
        <w:rPr>
          <w:rFonts w:cstheme="minorHAnsi"/>
          <w:bCs/>
        </w:rPr>
        <w:t>Załącznika</w:t>
      </w:r>
      <w:proofErr w:type="spellEnd"/>
      <w:r w:rsidRPr="00EB030A">
        <w:rPr>
          <w:rFonts w:cstheme="minorHAnsi"/>
          <w:bCs/>
        </w:rPr>
        <w:t xml:space="preserve"> nr 1</w:t>
      </w:r>
      <w:r>
        <w:rPr>
          <w:rFonts w:cstheme="minorHAnsi"/>
          <w:bCs/>
        </w:rPr>
        <w:t>.</w:t>
      </w:r>
    </w:p>
    <w:p w14:paraId="62FC790F" w14:textId="6E76E148" w:rsidR="00C71874" w:rsidRDefault="00C71874"/>
    <w:p w14:paraId="0ABD0DFE" w14:textId="77777777" w:rsidR="00C71874" w:rsidRDefault="005E4A46">
      <w:pPr>
        <w:pStyle w:val="Nagwek2"/>
      </w:pPr>
      <w:r>
        <w:t xml:space="preserve">5. Termin </w:t>
      </w:r>
      <w:proofErr w:type="spellStart"/>
      <w:r>
        <w:t>realizacji</w:t>
      </w:r>
      <w:proofErr w:type="spellEnd"/>
    </w:p>
    <w:p w14:paraId="11CE7F13" w14:textId="4FD750BE" w:rsidR="00C71874" w:rsidRDefault="005E4A46">
      <w:proofErr w:type="spellStart"/>
      <w:r>
        <w:t>Dostawa</w:t>
      </w:r>
      <w:proofErr w:type="spellEnd"/>
      <w:r>
        <w:t xml:space="preserve"> </w:t>
      </w:r>
      <w:proofErr w:type="spellStart"/>
      <w:r w:rsidR="009B123E">
        <w:t>samochodu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</w:t>
      </w:r>
      <w:r w:rsidR="00120FA1">
        <w:t>42</w:t>
      </w:r>
      <w:r>
        <w:t xml:space="preserve"> </w:t>
      </w:r>
      <w:proofErr w:type="spellStart"/>
      <w:r>
        <w:t>dni</w:t>
      </w:r>
      <w:proofErr w:type="spellEnd"/>
      <w:r>
        <w:t xml:space="preserve"> od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umowy</w:t>
      </w:r>
      <w:proofErr w:type="spellEnd"/>
      <w:r>
        <w:t>.</w:t>
      </w:r>
    </w:p>
    <w:p w14:paraId="39EDBF6A" w14:textId="77777777" w:rsidR="00C71874" w:rsidRDefault="005E4A46">
      <w:pPr>
        <w:pStyle w:val="Nagwek2"/>
      </w:pPr>
      <w:r>
        <w:t xml:space="preserve">6. </w:t>
      </w:r>
      <w:proofErr w:type="spellStart"/>
      <w:r>
        <w:t>Gwarancja</w:t>
      </w:r>
      <w:proofErr w:type="spellEnd"/>
    </w:p>
    <w:p w14:paraId="74748012" w14:textId="77777777" w:rsidR="00B06F12" w:rsidRDefault="005E4A46">
      <w:proofErr w:type="spellStart"/>
      <w:r>
        <w:t>Minimalna</w:t>
      </w:r>
      <w:proofErr w:type="spellEnd"/>
      <w:r>
        <w:t xml:space="preserve"> </w:t>
      </w:r>
      <w:proofErr w:type="spellStart"/>
      <w:r>
        <w:t>gwarancja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podwozie</w:t>
      </w:r>
      <w:proofErr w:type="spellEnd"/>
      <w:r>
        <w:t xml:space="preserve"> – 2</w:t>
      </w:r>
      <w:r w:rsidR="00B06F12">
        <w:t>4</w:t>
      </w:r>
      <w:r>
        <w:t xml:space="preserve"> </w:t>
      </w:r>
      <w:proofErr w:type="spellStart"/>
      <w:r>
        <w:t>miesi</w:t>
      </w:r>
      <w:r w:rsidR="00B06F12">
        <w:t>ące</w:t>
      </w:r>
      <w:proofErr w:type="spellEnd"/>
      <w:r>
        <w:t>.</w:t>
      </w:r>
    </w:p>
    <w:p w14:paraId="70D5123B" w14:textId="004FE694" w:rsidR="00C71874" w:rsidRDefault="005E4A46">
      <w:proofErr w:type="spellStart"/>
      <w:r>
        <w:t>Minimalna</w:t>
      </w:r>
      <w:proofErr w:type="spellEnd"/>
      <w:r>
        <w:t xml:space="preserve"> </w:t>
      </w:r>
      <w:proofErr w:type="spellStart"/>
      <w:r>
        <w:t>gwarancja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urządzenia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– 2</w:t>
      </w:r>
      <w:r w:rsidR="00B06F12">
        <w:t>4</w:t>
      </w:r>
      <w:r>
        <w:t xml:space="preserve"> </w:t>
      </w:r>
      <w:proofErr w:type="spellStart"/>
      <w:r>
        <w:t>miesi</w:t>
      </w:r>
      <w:r w:rsidR="00B06F12">
        <w:t>ące</w:t>
      </w:r>
      <w:proofErr w:type="spellEnd"/>
      <w:r>
        <w:t>.</w:t>
      </w:r>
    </w:p>
    <w:p w14:paraId="392961A3" w14:textId="77777777" w:rsidR="00C71874" w:rsidRDefault="005E4A46">
      <w:pPr>
        <w:pStyle w:val="Nagwek2"/>
      </w:pPr>
      <w:r>
        <w:t xml:space="preserve">7. </w:t>
      </w:r>
      <w:proofErr w:type="spellStart"/>
      <w:r>
        <w:t>Odbiór</w:t>
      </w:r>
      <w:proofErr w:type="spellEnd"/>
    </w:p>
    <w:p w14:paraId="03937BF7" w14:textId="06509309" w:rsidR="00C71874" w:rsidRDefault="005E4A46">
      <w:proofErr w:type="spellStart"/>
      <w:r>
        <w:t>Odbiór</w:t>
      </w:r>
      <w:proofErr w:type="spellEnd"/>
      <w:r>
        <w:t xml:space="preserve"> </w:t>
      </w:r>
      <w:proofErr w:type="spellStart"/>
      <w:r>
        <w:t>pojazd</w:t>
      </w:r>
      <w:r w:rsidR="002A44B6">
        <w:t>ów</w:t>
      </w:r>
      <w:proofErr w:type="spellEnd"/>
      <w:r>
        <w:t xml:space="preserve"> w </w:t>
      </w:r>
      <w:proofErr w:type="spellStart"/>
      <w:r>
        <w:t>siedzibie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dostawa</w:t>
      </w:r>
      <w:proofErr w:type="spellEnd"/>
      <w:r>
        <w:t xml:space="preserve"> do </w:t>
      </w:r>
      <w:proofErr w:type="spellStart"/>
      <w:r>
        <w:t>siedziby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po </w:t>
      </w:r>
      <w:proofErr w:type="spellStart"/>
      <w:r>
        <w:t>uzgodnieniu</w:t>
      </w:r>
      <w:proofErr w:type="spellEnd"/>
      <w:r>
        <w:t xml:space="preserve"> </w:t>
      </w:r>
      <w:proofErr w:type="spellStart"/>
      <w:r>
        <w:t>terminu</w:t>
      </w:r>
      <w:proofErr w:type="spellEnd"/>
      <w:r>
        <w:t xml:space="preserve">. </w:t>
      </w:r>
      <w:proofErr w:type="spellStart"/>
      <w:r>
        <w:t>Odbiór</w:t>
      </w:r>
      <w:proofErr w:type="spellEnd"/>
      <w:r>
        <w:t xml:space="preserve"> </w:t>
      </w:r>
      <w:proofErr w:type="spellStart"/>
      <w:r>
        <w:t>nastąpi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protokołu</w:t>
      </w:r>
      <w:proofErr w:type="spellEnd"/>
      <w:r>
        <w:t xml:space="preserve"> </w:t>
      </w:r>
      <w:proofErr w:type="spellStart"/>
      <w:r>
        <w:t>odbioru</w:t>
      </w:r>
      <w:proofErr w:type="spellEnd"/>
      <w:r>
        <w:t>.</w:t>
      </w:r>
    </w:p>
    <w:sectPr w:rsidR="00C71874" w:rsidSect="00120FA1">
      <w:headerReference w:type="default" r:id="rId8"/>
      <w:footerReference w:type="default" r:id="rId9"/>
      <w:pgSz w:w="12240" w:h="15840"/>
      <w:pgMar w:top="2410" w:right="1418" w:bottom="1418" w:left="1418" w:header="142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29A5" w14:textId="77777777" w:rsidR="00804234" w:rsidRDefault="00804234" w:rsidP="00120FA1">
      <w:pPr>
        <w:spacing w:after="0" w:line="240" w:lineRule="auto"/>
      </w:pPr>
      <w:r>
        <w:separator/>
      </w:r>
    </w:p>
  </w:endnote>
  <w:endnote w:type="continuationSeparator" w:id="0">
    <w:p w14:paraId="060EDB70" w14:textId="77777777" w:rsidR="00804234" w:rsidRDefault="00804234" w:rsidP="00120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6848" w14:textId="6F8A747F" w:rsidR="00120FA1" w:rsidRDefault="00120FA1" w:rsidP="00120FA1">
    <w:pPr>
      <w:pStyle w:val="Stopka"/>
      <w:rPr>
        <w:rFonts w:eastAsia="Times New Roman" w:cstheme="minorHAnsi"/>
        <w:noProof/>
        <w:color w:val="000000"/>
        <w:sz w:val="20"/>
        <w:szCs w:val="20"/>
        <w:u w:color="000000"/>
        <w:lang w:eastAsia="pl-PL"/>
      </w:rPr>
    </w:pPr>
    <w:r>
      <w:rPr>
        <w:rFonts w:eastAsia="Times New Roman" w:cstheme="minorHAnsi"/>
        <w:noProof/>
        <w:color w:val="000000"/>
        <w:sz w:val="20"/>
        <w:szCs w:val="20"/>
        <w:u w:color="000000"/>
        <w:lang w:eastAsia="pl-PL"/>
      </w:rPr>
      <w:t>Załącznik nr 1 do SWZ. Opis przedmiotu zamówienia</w:t>
    </w:r>
  </w:p>
  <w:p w14:paraId="39AC9717" w14:textId="51A60BF7" w:rsidR="00120FA1" w:rsidRPr="00120FA1" w:rsidRDefault="00120FA1">
    <w:pPr>
      <w:pStyle w:val="Stopka"/>
      <w:rPr>
        <w:rFonts w:cstheme="minorHAnsi"/>
        <w:sz w:val="20"/>
        <w:szCs w:val="18"/>
      </w:rPr>
    </w:pPr>
    <w:r w:rsidRPr="00D035EA">
      <w:rPr>
        <w:rFonts w:eastAsia="Times New Roman" w:cstheme="minorHAnsi"/>
        <w:noProof/>
        <w:color w:val="000000"/>
        <w:sz w:val="20"/>
        <w:szCs w:val="20"/>
        <w:u w:color="000000"/>
        <w:lang w:eastAsia="pl-PL"/>
      </w:rPr>
      <w:t>Przygotował: Łukasz Bis, lukasz.bis@e-sokolow-mlp.pl</w:t>
    </w:r>
    <w:r w:rsidRPr="00D035EA">
      <w:rPr>
        <w:rFonts w:cstheme="minorHAnsi"/>
        <w:sz w:val="20"/>
        <w:szCs w:val="18"/>
      </w:rPr>
      <w:ptab w:relativeTo="margin" w:alignment="right" w:leader="none"/>
    </w:r>
    <w:sdt>
      <w:sdtPr>
        <w:rPr>
          <w:rFonts w:cstheme="minorHAnsi"/>
          <w:sz w:val="20"/>
          <w:szCs w:val="18"/>
        </w:rPr>
        <w:id w:val="346761292"/>
        <w:docPartObj>
          <w:docPartGallery w:val="Page Numbers (Bottom of Page)"/>
          <w:docPartUnique/>
        </w:docPartObj>
      </w:sdtPr>
      <w:sdtContent>
        <w:r w:rsidRPr="00D035EA">
          <w:rPr>
            <w:rFonts w:cstheme="minorHAnsi"/>
            <w:sz w:val="20"/>
            <w:szCs w:val="18"/>
          </w:rPr>
          <w:t xml:space="preserve">str. </w:t>
        </w:r>
        <w:r w:rsidRPr="00D035EA">
          <w:rPr>
            <w:rFonts w:cstheme="minorHAnsi"/>
            <w:sz w:val="20"/>
            <w:szCs w:val="18"/>
          </w:rPr>
          <w:fldChar w:fldCharType="begin"/>
        </w:r>
        <w:r w:rsidRPr="00D035EA">
          <w:rPr>
            <w:rFonts w:cstheme="minorHAnsi"/>
            <w:sz w:val="20"/>
            <w:szCs w:val="18"/>
          </w:rPr>
          <w:instrText>PAGE    \* MERGEFORMAT</w:instrText>
        </w:r>
        <w:r w:rsidRPr="00D035EA">
          <w:rPr>
            <w:rFonts w:cstheme="minorHAnsi"/>
            <w:sz w:val="20"/>
            <w:szCs w:val="18"/>
          </w:rPr>
          <w:fldChar w:fldCharType="separate"/>
        </w:r>
        <w:r>
          <w:rPr>
            <w:rFonts w:cstheme="minorHAnsi"/>
            <w:sz w:val="20"/>
            <w:szCs w:val="18"/>
          </w:rPr>
          <w:t>2</w:t>
        </w:r>
        <w:r w:rsidRPr="00D035EA">
          <w:rPr>
            <w:rFonts w:cstheme="minorHAnsi"/>
            <w:sz w:val="20"/>
            <w:szCs w:val="18"/>
          </w:rPr>
          <w:fldChar w:fldCharType="end"/>
        </w:r>
        <w:r w:rsidRPr="00D035EA">
          <w:rPr>
            <w:rFonts w:cstheme="minorHAnsi"/>
            <w:sz w:val="20"/>
            <w:szCs w:val="18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F4A2" w14:textId="77777777" w:rsidR="00804234" w:rsidRDefault="00804234" w:rsidP="00120FA1">
      <w:pPr>
        <w:spacing w:after="0" w:line="240" w:lineRule="auto"/>
      </w:pPr>
      <w:r>
        <w:separator/>
      </w:r>
    </w:p>
  </w:footnote>
  <w:footnote w:type="continuationSeparator" w:id="0">
    <w:p w14:paraId="707ABE9C" w14:textId="77777777" w:rsidR="00804234" w:rsidRDefault="00804234" w:rsidP="00120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F3BC" w14:textId="77777777" w:rsidR="00120FA1" w:rsidRDefault="00120FA1" w:rsidP="00120FA1">
    <w:pPr>
      <w:pStyle w:val="Nagwek"/>
    </w:pPr>
    <w:r>
      <w:rPr>
        <w:noProof/>
      </w:rPr>
      <w:drawing>
        <wp:inline distT="0" distB="0" distL="0" distR="0" wp14:anchorId="2005BA42" wp14:editId="16C72FD3">
          <wp:extent cx="1539240" cy="813763"/>
          <wp:effectExtent l="0" t="0" r="3810" b="5715"/>
          <wp:docPr id="2030716631" name="Obraz 1" descr="System iPfron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stem iPfron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958" cy="817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2826DD1" wp14:editId="10BBE5A9">
          <wp:extent cx="1615440" cy="620500"/>
          <wp:effectExtent l="0" t="0" r="3810" b="0"/>
          <wp:docPr id="10635405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92" cy="623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8E27E" w14:textId="77777777" w:rsidR="001203AE" w:rsidRPr="00D035EA" w:rsidRDefault="001203AE" w:rsidP="001203AE">
    <w:pPr>
      <w:pStyle w:val="Nagwek"/>
      <w:jc w:val="center"/>
      <w:rPr>
        <w:rFonts w:asciiTheme="majorHAnsi" w:hAnsiTheme="majorHAnsi" w:cstheme="majorHAnsi"/>
        <w:sz w:val="20"/>
        <w:szCs w:val="18"/>
      </w:rPr>
    </w:pPr>
    <w:r w:rsidRPr="00D035EA">
      <w:rPr>
        <w:rFonts w:asciiTheme="majorHAnsi" w:hAnsiTheme="majorHAnsi" w:cstheme="majorHAnsi"/>
        <w:sz w:val="20"/>
        <w:szCs w:val="18"/>
      </w:rPr>
      <w:t>SO.27</w:t>
    </w:r>
    <w:r>
      <w:rPr>
        <w:rFonts w:asciiTheme="majorHAnsi" w:hAnsiTheme="majorHAnsi" w:cstheme="majorHAnsi"/>
        <w:sz w:val="20"/>
        <w:szCs w:val="18"/>
      </w:rPr>
      <w:t>2</w:t>
    </w:r>
    <w:r w:rsidRPr="00D035EA">
      <w:rPr>
        <w:rFonts w:asciiTheme="majorHAnsi" w:hAnsiTheme="majorHAnsi" w:cstheme="majorHAnsi"/>
        <w:sz w:val="20"/>
        <w:szCs w:val="18"/>
      </w:rPr>
      <w:t>.</w:t>
    </w:r>
    <w:r>
      <w:rPr>
        <w:rFonts w:asciiTheme="majorHAnsi" w:hAnsiTheme="majorHAnsi" w:cstheme="majorHAnsi"/>
        <w:sz w:val="20"/>
        <w:szCs w:val="18"/>
      </w:rPr>
      <w:t>1</w:t>
    </w:r>
    <w:r w:rsidRPr="00D035EA">
      <w:rPr>
        <w:rFonts w:asciiTheme="majorHAnsi" w:hAnsiTheme="majorHAnsi" w:cstheme="majorHAnsi"/>
        <w:sz w:val="20"/>
        <w:szCs w:val="18"/>
      </w:rPr>
      <w:t>.202</w:t>
    </w:r>
    <w:r>
      <w:rPr>
        <w:rFonts w:asciiTheme="majorHAnsi" w:hAnsiTheme="majorHAnsi" w:cstheme="majorHAnsi"/>
        <w:sz w:val="20"/>
        <w:szCs w:val="18"/>
      </w:rPr>
      <w:t>6</w:t>
    </w:r>
    <w:r w:rsidRPr="00D035EA">
      <w:rPr>
        <w:rFonts w:asciiTheme="majorHAnsi" w:hAnsiTheme="majorHAnsi" w:cstheme="majorHAnsi"/>
        <w:sz w:val="20"/>
        <w:szCs w:val="18"/>
      </w:rPr>
      <w:t>.ŁB</w:t>
    </w:r>
  </w:p>
  <w:p w14:paraId="4B65AEE0" w14:textId="77777777" w:rsidR="001203AE" w:rsidRDefault="001203AE" w:rsidP="001203AE">
    <w:pPr>
      <w:pStyle w:val="Nagwek"/>
      <w:jc w:val="center"/>
      <w:rPr>
        <w:rFonts w:asciiTheme="majorHAnsi" w:hAnsiTheme="majorHAnsi" w:cstheme="majorHAnsi"/>
        <w:sz w:val="20"/>
        <w:szCs w:val="18"/>
      </w:rPr>
    </w:pPr>
    <w:r w:rsidRPr="00B84D6E">
      <w:rPr>
        <w:rFonts w:asciiTheme="majorHAnsi" w:hAnsiTheme="majorHAnsi" w:cstheme="majorHAnsi"/>
        <w:sz w:val="20"/>
        <w:szCs w:val="18"/>
      </w:rPr>
      <w:t xml:space="preserve">Transport </w:t>
    </w:r>
    <w:proofErr w:type="spellStart"/>
    <w:r w:rsidRPr="00B84D6E">
      <w:rPr>
        <w:rFonts w:asciiTheme="majorHAnsi" w:hAnsiTheme="majorHAnsi" w:cstheme="majorHAnsi"/>
        <w:sz w:val="20"/>
        <w:szCs w:val="18"/>
      </w:rPr>
      <w:t>pełen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możliwości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– </w:t>
    </w:r>
    <w:proofErr w:type="spellStart"/>
    <w:r w:rsidRPr="00B84D6E">
      <w:rPr>
        <w:rFonts w:asciiTheme="majorHAnsi" w:hAnsiTheme="majorHAnsi" w:cstheme="majorHAnsi"/>
        <w:sz w:val="20"/>
        <w:szCs w:val="18"/>
      </w:rPr>
      <w:t>Zakup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>
      <w:rPr>
        <w:rFonts w:asciiTheme="majorHAnsi" w:hAnsiTheme="majorHAnsi" w:cstheme="majorHAnsi"/>
        <w:sz w:val="20"/>
        <w:szCs w:val="18"/>
      </w:rPr>
      <w:t>dwóch</w:t>
    </w:r>
    <w:proofErr w:type="spellEnd"/>
    <w:r>
      <w:rPr>
        <w:rFonts w:asciiTheme="majorHAnsi" w:hAnsiTheme="majorHAnsi" w:cstheme="majorHAnsi"/>
        <w:sz w:val="20"/>
        <w:szCs w:val="18"/>
      </w:rPr>
      <w:t xml:space="preserve"> </w:t>
    </w:r>
    <w:r w:rsidRPr="00B84D6E">
      <w:rPr>
        <w:rFonts w:asciiTheme="majorHAnsi" w:hAnsiTheme="majorHAnsi" w:cstheme="majorHAnsi"/>
        <w:sz w:val="20"/>
        <w:szCs w:val="18"/>
      </w:rPr>
      <w:t>9-osobow</w:t>
    </w:r>
    <w:r>
      <w:rPr>
        <w:rFonts w:asciiTheme="majorHAnsi" w:hAnsiTheme="majorHAnsi" w:cstheme="majorHAnsi"/>
        <w:sz w:val="20"/>
        <w:szCs w:val="18"/>
      </w:rPr>
      <w:t>ych</w:t>
    </w:r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samochod</w:t>
    </w:r>
    <w:r>
      <w:rPr>
        <w:rFonts w:asciiTheme="majorHAnsi" w:hAnsiTheme="majorHAnsi" w:cstheme="majorHAnsi"/>
        <w:sz w:val="20"/>
        <w:szCs w:val="18"/>
      </w:rPr>
      <w:t>ów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do </w:t>
    </w:r>
    <w:proofErr w:type="spellStart"/>
    <w:r w:rsidRPr="00B84D6E">
      <w:rPr>
        <w:rFonts w:asciiTheme="majorHAnsi" w:hAnsiTheme="majorHAnsi" w:cstheme="majorHAnsi"/>
        <w:sz w:val="20"/>
        <w:szCs w:val="18"/>
      </w:rPr>
      <w:t>przewozu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osób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niepełnosprawnych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z</w:t>
    </w:r>
    <w:r>
      <w:rPr>
        <w:rFonts w:asciiTheme="majorHAnsi" w:hAnsiTheme="majorHAnsi" w:cstheme="majorHAnsi"/>
        <w:sz w:val="20"/>
        <w:szCs w:val="18"/>
      </w:rPr>
      <w:t> </w:t>
    </w:r>
    <w:proofErr w:type="spellStart"/>
    <w:r w:rsidRPr="00B84D6E">
      <w:rPr>
        <w:rFonts w:asciiTheme="majorHAnsi" w:hAnsiTheme="majorHAnsi" w:cstheme="majorHAnsi"/>
        <w:sz w:val="20"/>
        <w:szCs w:val="18"/>
      </w:rPr>
      <w:t>terenu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Gminy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Sokołów</w:t>
    </w:r>
    <w:proofErr w:type="spellEnd"/>
    <w:r w:rsidRPr="00B84D6E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B84D6E">
      <w:rPr>
        <w:rFonts w:asciiTheme="majorHAnsi" w:hAnsiTheme="majorHAnsi" w:cstheme="majorHAnsi"/>
        <w:sz w:val="20"/>
        <w:szCs w:val="18"/>
      </w:rPr>
      <w:t>Małopolski</w:t>
    </w:r>
    <w:proofErr w:type="spellEnd"/>
  </w:p>
  <w:p w14:paraId="16F29C92" w14:textId="77777777" w:rsidR="001203AE" w:rsidRPr="00D035EA" w:rsidRDefault="001203AE" w:rsidP="001203AE">
    <w:pPr>
      <w:pStyle w:val="Nagwek"/>
      <w:jc w:val="center"/>
      <w:rPr>
        <w:rFonts w:asciiTheme="majorHAnsi" w:hAnsiTheme="majorHAnsi" w:cstheme="majorHAnsi"/>
        <w:sz w:val="20"/>
        <w:szCs w:val="18"/>
      </w:rPr>
    </w:pPr>
    <w:r w:rsidRPr="00D035EA">
      <w:rPr>
        <w:rFonts w:asciiTheme="majorHAnsi" w:hAnsiTheme="majorHAnsi" w:cstheme="majorHAnsi"/>
        <w:sz w:val="20"/>
        <w:szCs w:val="18"/>
      </w:rPr>
      <w:t xml:space="preserve">Program </w:t>
    </w:r>
    <w:proofErr w:type="spellStart"/>
    <w:r w:rsidRPr="00D035EA">
      <w:rPr>
        <w:rFonts w:asciiTheme="majorHAnsi" w:hAnsiTheme="majorHAnsi" w:cstheme="majorHAnsi"/>
        <w:sz w:val="20"/>
        <w:szCs w:val="18"/>
      </w:rPr>
      <w:t>wyrównywania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różnic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między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regionami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III – </w:t>
    </w:r>
    <w:proofErr w:type="spellStart"/>
    <w:r w:rsidRPr="00D035EA">
      <w:rPr>
        <w:rFonts w:asciiTheme="majorHAnsi" w:hAnsiTheme="majorHAnsi" w:cstheme="majorHAnsi"/>
        <w:sz w:val="20"/>
        <w:szCs w:val="18"/>
      </w:rPr>
      <w:t>Obszar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D – 202</w:t>
    </w:r>
    <w:r>
      <w:rPr>
        <w:rFonts w:asciiTheme="majorHAnsi" w:hAnsiTheme="majorHAnsi" w:cstheme="majorHAnsi"/>
        <w:sz w:val="20"/>
        <w:szCs w:val="18"/>
      </w:rPr>
      <w:t>6</w:t>
    </w:r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rok</w:t>
    </w:r>
    <w:proofErr w:type="spellEnd"/>
  </w:p>
  <w:p w14:paraId="746D54AB" w14:textId="77777777" w:rsidR="001203AE" w:rsidRPr="00902626" w:rsidRDefault="001203AE" w:rsidP="001203AE">
    <w:pPr>
      <w:pStyle w:val="Nagwek"/>
      <w:jc w:val="center"/>
      <w:rPr>
        <w:rFonts w:asciiTheme="majorHAnsi" w:hAnsiTheme="majorHAnsi" w:cstheme="majorHAnsi"/>
        <w:sz w:val="20"/>
        <w:szCs w:val="18"/>
      </w:rPr>
    </w:pPr>
    <w:proofErr w:type="spellStart"/>
    <w:r w:rsidRPr="00D035EA">
      <w:rPr>
        <w:rFonts w:asciiTheme="majorHAnsi" w:hAnsiTheme="majorHAnsi" w:cstheme="majorHAnsi"/>
        <w:sz w:val="20"/>
        <w:szCs w:val="18"/>
      </w:rPr>
      <w:t>Gmina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Sokołów</w:t>
    </w:r>
    <w:proofErr w:type="spellEnd"/>
    <w:r w:rsidRPr="00D035EA">
      <w:rPr>
        <w:rFonts w:asciiTheme="majorHAnsi" w:hAnsiTheme="majorHAnsi" w:cstheme="majorHAnsi"/>
        <w:sz w:val="20"/>
        <w:szCs w:val="18"/>
      </w:rPr>
      <w:t xml:space="preserve"> </w:t>
    </w:r>
    <w:proofErr w:type="spellStart"/>
    <w:r w:rsidRPr="00D035EA">
      <w:rPr>
        <w:rFonts w:asciiTheme="majorHAnsi" w:hAnsiTheme="majorHAnsi" w:cstheme="majorHAnsi"/>
        <w:sz w:val="20"/>
        <w:szCs w:val="18"/>
      </w:rPr>
      <w:t>Małopolski</w:t>
    </w:r>
    <w:proofErr w:type="spellEnd"/>
  </w:p>
  <w:p w14:paraId="5CDCDC8B" w14:textId="77777777" w:rsidR="00120FA1" w:rsidRPr="00D035EA" w:rsidRDefault="00120FA1" w:rsidP="00120FA1">
    <w:pPr>
      <w:pStyle w:val="Nagwek"/>
    </w:pPr>
  </w:p>
  <w:p w14:paraId="1D19DE07" w14:textId="77777777" w:rsidR="00120FA1" w:rsidRDefault="00120F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990BB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8234237">
    <w:abstractNumId w:val="9"/>
  </w:num>
  <w:num w:numId="2" w16cid:durableId="1129323182">
    <w:abstractNumId w:val="7"/>
  </w:num>
  <w:num w:numId="3" w16cid:durableId="264656577">
    <w:abstractNumId w:val="6"/>
  </w:num>
  <w:num w:numId="4" w16cid:durableId="1617638996">
    <w:abstractNumId w:val="5"/>
  </w:num>
  <w:num w:numId="5" w16cid:durableId="1350133160">
    <w:abstractNumId w:val="8"/>
  </w:num>
  <w:num w:numId="6" w16cid:durableId="1739788851">
    <w:abstractNumId w:val="4"/>
  </w:num>
  <w:num w:numId="7" w16cid:durableId="2103409382">
    <w:abstractNumId w:val="3"/>
  </w:num>
  <w:num w:numId="8" w16cid:durableId="676275416">
    <w:abstractNumId w:val="2"/>
  </w:num>
  <w:num w:numId="9" w16cid:durableId="1394162419">
    <w:abstractNumId w:val="1"/>
  </w:num>
  <w:num w:numId="10" w16cid:durableId="165171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D8B"/>
    <w:rsid w:val="00034616"/>
    <w:rsid w:val="00050A70"/>
    <w:rsid w:val="0006063C"/>
    <w:rsid w:val="0010690B"/>
    <w:rsid w:val="001203AE"/>
    <w:rsid w:val="00120FA1"/>
    <w:rsid w:val="0015074B"/>
    <w:rsid w:val="001B0C8D"/>
    <w:rsid w:val="00244510"/>
    <w:rsid w:val="0029639D"/>
    <w:rsid w:val="002A44B6"/>
    <w:rsid w:val="00326F90"/>
    <w:rsid w:val="00336C56"/>
    <w:rsid w:val="003979D0"/>
    <w:rsid w:val="004A1745"/>
    <w:rsid w:val="00541319"/>
    <w:rsid w:val="005E4A46"/>
    <w:rsid w:val="005E4C9F"/>
    <w:rsid w:val="00671738"/>
    <w:rsid w:val="00680834"/>
    <w:rsid w:val="006923AA"/>
    <w:rsid w:val="00696CF0"/>
    <w:rsid w:val="007E5CFA"/>
    <w:rsid w:val="00804234"/>
    <w:rsid w:val="00836457"/>
    <w:rsid w:val="008F13BF"/>
    <w:rsid w:val="009B123E"/>
    <w:rsid w:val="009C5566"/>
    <w:rsid w:val="00A63463"/>
    <w:rsid w:val="00A8172D"/>
    <w:rsid w:val="00AA1D8D"/>
    <w:rsid w:val="00B06F12"/>
    <w:rsid w:val="00B22F2C"/>
    <w:rsid w:val="00B47730"/>
    <w:rsid w:val="00B90082"/>
    <w:rsid w:val="00BD34D1"/>
    <w:rsid w:val="00C07930"/>
    <w:rsid w:val="00C15AE8"/>
    <w:rsid w:val="00C37AD0"/>
    <w:rsid w:val="00C71874"/>
    <w:rsid w:val="00CB0664"/>
    <w:rsid w:val="00CE19B4"/>
    <w:rsid w:val="00CF487C"/>
    <w:rsid w:val="00D909D7"/>
    <w:rsid w:val="00D94CE3"/>
    <w:rsid w:val="00EB030A"/>
    <w:rsid w:val="00F36BFE"/>
    <w:rsid w:val="00FC693F"/>
    <w:rsid w:val="00F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C9E446"/>
  <w14:defaultImageDpi w14:val="300"/>
  <w15:docId w15:val="{15E5A5C7-FF55-4352-8B0C-A1503B57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A1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A17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174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A17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5</Pages>
  <Words>614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Łukasz Bis</cp:lastModifiedBy>
  <cp:revision>13</cp:revision>
  <cp:lastPrinted>2025-10-02T12:27:00Z</cp:lastPrinted>
  <dcterms:created xsi:type="dcterms:W3CDTF">2025-10-01T08:57:00Z</dcterms:created>
  <dcterms:modified xsi:type="dcterms:W3CDTF">2026-08-20T08:05:00Z</dcterms:modified>
  <cp:category/>
</cp:coreProperties>
</file>