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58189" w14:textId="77777777" w:rsidR="00C513D3" w:rsidRDefault="00000000" w:rsidP="00D94CE3">
      <w:pPr>
        <w:pStyle w:val="Tytu"/>
        <w:jc w:val="center"/>
        <w:rPr>
          <w:b/>
          <w:bCs/>
          <w:color w:val="000000" w:themeColor="text1"/>
          <w:sz w:val="28"/>
          <w:szCs w:val="28"/>
        </w:rPr>
      </w:pPr>
      <w:proofErr w:type="spellStart"/>
      <w:r w:rsidRPr="00D94CE3">
        <w:rPr>
          <w:b/>
          <w:bCs/>
          <w:color w:val="000000" w:themeColor="text1"/>
          <w:sz w:val="28"/>
          <w:szCs w:val="28"/>
        </w:rPr>
        <w:t>Załącznik</w:t>
      </w:r>
      <w:proofErr w:type="spellEnd"/>
      <w:r w:rsidRPr="00D94CE3">
        <w:rPr>
          <w:b/>
          <w:bCs/>
          <w:color w:val="000000" w:themeColor="text1"/>
          <w:sz w:val="28"/>
          <w:szCs w:val="28"/>
        </w:rPr>
        <w:t xml:space="preserve"> nr </w:t>
      </w:r>
      <w:r w:rsidR="00120FA1" w:rsidRPr="00D94CE3">
        <w:rPr>
          <w:b/>
          <w:bCs/>
          <w:color w:val="000000" w:themeColor="text1"/>
          <w:sz w:val="28"/>
          <w:szCs w:val="28"/>
        </w:rPr>
        <w:t>2</w:t>
      </w:r>
      <w:r w:rsidRPr="00D94CE3">
        <w:rPr>
          <w:b/>
          <w:bCs/>
          <w:color w:val="000000" w:themeColor="text1"/>
          <w:sz w:val="28"/>
          <w:szCs w:val="28"/>
        </w:rPr>
        <w:t xml:space="preserve"> do SWZ</w:t>
      </w:r>
    </w:p>
    <w:p w14:paraId="5CB5FE9C" w14:textId="6733BA3B" w:rsidR="00C71874" w:rsidRPr="00D94CE3" w:rsidRDefault="00B70F42" w:rsidP="00D94CE3">
      <w:pPr>
        <w:pStyle w:val="Tytu"/>
        <w:jc w:val="center"/>
        <w:rPr>
          <w:b/>
          <w:bCs/>
          <w:color w:val="000000" w:themeColor="text1"/>
          <w:sz w:val="28"/>
          <w:szCs w:val="28"/>
        </w:rPr>
      </w:pPr>
      <w:proofErr w:type="spellStart"/>
      <w:r>
        <w:rPr>
          <w:b/>
          <w:bCs/>
          <w:color w:val="000000" w:themeColor="text1"/>
          <w:sz w:val="28"/>
          <w:szCs w:val="28"/>
        </w:rPr>
        <w:t>Wzór</w:t>
      </w:r>
      <w:proofErr w:type="spellEnd"/>
      <w:r w:rsidR="00925AB8">
        <w:rPr>
          <w:b/>
          <w:bCs/>
          <w:color w:val="000000" w:themeColor="text1"/>
          <w:sz w:val="28"/>
          <w:szCs w:val="28"/>
        </w:rPr>
        <w:t xml:space="preserve"> </w:t>
      </w:r>
      <w:proofErr w:type="spellStart"/>
      <w:r w:rsidR="00925AB8">
        <w:rPr>
          <w:b/>
          <w:bCs/>
          <w:color w:val="000000" w:themeColor="text1"/>
          <w:sz w:val="28"/>
          <w:szCs w:val="28"/>
        </w:rPr>
        <w:t>formularza</w:t>
      </w:r>
      <w:proofErr w:type="spellEnd"/>
      <w:r>
        <w:rPr>
          <w:b/>
          <w:bCs/>
          <w:color w:val="000000" w:themeColor="text1"/>
          <w:sz w:val="28"/>
          <w:szCs w:val="28"/>
        </w:rPr>
        <w:t xml:space="preserve"> </w:t>
      </w:r>
      <w:proofErr w:type="spellStart"/>
      <w:r>
        <w:rPr>
          <w:b/>
          <w:bCs/>
          <w:color w:val="000000" w:themeColor="text1"/>
          <w:sz w:val="28"/>
          <w:szCs w:val="28"/>
        </w:rPr>
        <w:t>ofert</w:t>
      </w:r>
      <w:r w:rsidR="00925AB8">
        <w:rPr>
          <w:b/>
          <w:bCs/>
          <w:color w:val="000000" w:themeColor="text1"/>
          <w:sz w:val="28"/>
          <w:szCs w:val="28"/>
        </w:rPr>
        <w:t>owego</w:t>
      </w:r>
      <w:proofErr w:type="spellEnd"/>
    </w:p>
    <w:p w14:paraId="32E8AE74" w14:textId="77777777" w:rsidR="00B70F42" w:rsidRPr="00B70F42" w:rsidRDefault="00B70F42" w:rsidP="00B70F42">
      <w:pPr>
        <w:rPr>
          <w:rFonts w:asciiTheme="majorHAnsi" w:hAnsiTheme="majorHAnsi" w:cstheme="majorHAnsi"/>
          <w:lang w:val="pl-PL"/>
        </w:rPr>
      </w:pPr>
      <w:r w:rsidRPr="00B70F42">
        <w:rPr>
          <w:rFonts w:asciiTheme="majorHAnsi" w:hAnsiTheme="majorHAnsi" w:cstheme="majorHAnsi"/>
          <w:b/>
          <w:bCs/>
          <w:lang w:val="pl-PL"/>
        </w:rPr>
        <w:t>Dane Wykonawcy:</w:t>
      </w:r>
    </w:p>
    <w:p w14:paraId="237977FA" w14:textId="44442C6F" w:rsidR="00B70F42" w:rsidRPr="00B70F42" w:rsidRDefault="00B70F42" w:rsidP="00C513D3">
      <w:pPr>
        <w:numPr>
          <w:ilvl w:val="0"/>
          <w:numId w:val="10"/>
        </w:numPr>
        <w:spacing w:after="0"/>
        <w:ind w:left="714" w:hanging="357"/>
        <w:rPr>
          <w:rFonts w:cstheme="majorHAnsi"/>
          <w:lang w:val="pl-PL"/>
        </w:rPr>
      </w:pPr>
      <w:r w:rsidRPr="00B70F42">
        <w:rPr>
          <w:rFonts w:cstheme="majorHAnsi"/>
          <w:lang w:val="pl-PL"/>
        </w:rPr>
        <w:t>Pełna nazwa: .................................................................................................................</w:t>
      </w:r>
    </w:p>
    <w:p w14:paraId="05FC7183" w14:textId="2A52FF2F" w:rsidR="00B70F42" w:rsidRPr="00B70F42" w:rsidRDefault="00B70F42" w:rsidP="00C513D3">
      <w:pPr>
        <w:numPr>
          <w:ilvl w:val="0"/>
          <w:numId w:val="10"/>
        </w:numPr>
        <w:spacing w:after="0"/>
        <w:ind w:left="714" w:hanging="357"/>
        <w:rPr>
          <w:rFonts w:cstheme="majorHAnsi"/>
          <w:lang w:val="pl-PL"/>
        </w:rPr>
      </w:pPr>
      <w:r w:rsidRPr="00B70F42">
        <w:rPr>
          <w:rFonts w:cstheme="majorHAnsi"/>
          <w:lang w:val="pl-PL"/>
        </w:rPr>
        <w:t>Adres: ...............................................................................................................................</w:t>
      </w:r>
    </w:p>
    <w:p w14:paraId="409B7134" w14:textId="16E3388E" w:rsidR="00B70F42" w:rsidRPr="00B70F42" w:rsidRDefault="00B70F42" w:rsidP="00C513D3">
      <w:pPr>
        <w:numPr>
          <w:ilvl w:val="0"/>
          <w:numId w:val="10"/>
        </w:numPr>
        <w:spacing w:after="0"/>
        <w:ind w:left="714" w:hanging="357"/>
        <w:rPr>
          <w:rFonts w:cstheme="majorHAnsi"/>
          <w:lang w:val="pl-PL"/>
        </w:rPr>
      </w:pPr>
      <w:r w:rsidRPr="00B70F42">
        <w:rPr>
          <w:rFonts w:cstheme="majorHAnsi"/>
          <w:lang w:val="pl-PL"/>
        </w:rPr>
        <w:t>NIP/REGON: ..................................................................................................................</w:t>
      </w:r>
    </w:p>
    <w:p w14:paraId="26529DBA" w14:textId="25FD52EA" w:rsidR="00B70F42" w:rsidRPr="00B70F42" w:rsidRDefault="00B70F42" w:rsidP="00C513D3">
      <w:pPr>
        <w:numPr>
          <w:ilvl w:val="0"/>
          <w:numId w:val="10"/>
        </w:numPr>
        <w:spacing w:after="0"/>
        <w:ind w:left="714" w:hanging="357"/>
        <w:rPr>
          <w:rFonts w:cstheme="majorHAnsi"/>
          <w:lang w:val="pl-PL"/>
        </w:rPr>
      </w:pPr>
      <w:r w:rsidRPr="00B70F42">
        <w:rPr>
          <w:rFonts w:cstheme="majorHAnsi"/>
          <w:lang w:val="pl-PL"/>
        </w:rPr>
        <w:t>Tel./e-mail: .....................................................................................................................</w:t>
      </w:r>
    </w:p>
    <w:p w14:paraId="094A2994" w14:textId="77777777" w:rsidR="00B70F42" w:rsidRPr="00B70F42" w:rsidRDefault="00B70F42" w:rsidP="00B70F42">
      <w:pPr>
        <w:rPr>
          <w:rFonts w:asciiTheme="majorHAnsi" w:hAnsiTheme="majorHAnsi" w:cstheme="majorHAnsi"/>
          <w:b/>
          <w:bCs/>
          <w:lang w:val="pl-PL"/>
        </w:rPr>
      </w:pPr>
    </w:p>
    <w:p w14:paraId="4A79A723" w14:textId="7C70AA82" w:rsidR="00B70F42" w:rsidRPr="00B70F42" w:rsidRDefault="00B70F42" w:rsidP="00B70F42">
      <w:pPr>
        <w:rPr>
          <w:rFonts w:cstheme="majorHAnsi"/>
          <w:lang w:val="pl-PL"/>
        </w:rPr>
      </w:pPr>
      <w:r w:rsidRPr="00B70F42">
        <w:rPr>
          <w:rFonts w:asciiTheme="majorHAnsi" w:hAnsiTheme="majorHAnsi" w:cstheme="majorHAnsi"/>
          <w:b/>
          <w:bCs/>
          <w:lang w:val="pl-PL"/>
        </w:rPr>
        <w:t>Dane Zamawiającego:</w:t>
      </w:r>
      <w:r w:rsidRPr="00B70F42">
        <w:rPr>
          <w:rFonts w:asciiTheme="majorHAnsi" w:hAnsiTheme="majorHAnsi" w:cstheme="majorHAnsi"/>
          <w:lang w:val="pl-PL"/>
        </w:rPr>
        <w:br/>
      </w:r>
      <w:r w:rsidRPr="00B70F42">
        <w:rPr>
          <w:rFonts w:cstheme="majorHAnsi"/>
          <w:lang w:val="pl-PL"/>
        </w:rPr>
        <w:t>Gmina Sokołów Małopolski</w:t>
      </w:r>
      <w:r w:rsidRPr="00B70F42">
        <w:rPr>
          <w:rFonts w:cstheme="majorHAnsi"/>
          <w:lang w:val="pl-PL"/>
        </w:rPr>
        <w:br/>
        <w:t>ul. Rynek 1</w:t>
      </w:r>
      <w:r w:rsidRPr="00B70F42">
        <w:rPr>
          <w:rFonts w:cstheme="majorHAnsi"/>
          <w:lang w:val="pl-PL"/>
        </w:rPr>
        <w:br/>
        <w:t>36-050 Sokołów Małopolski</w:t>
      </w:r>
    </w:p>
    <w:p w14:paraId="40A02E64" w14:textId="30E4BDB4" w:rsidR="00B70F42" w:rsidRPr="00B70F42" w:rsidRDefault="00E76F6C" w:rsidP="00E76F6C">
      <w:pPr>
        <w:rPr>
          <w:rFonts w:asciiTheme="majorHAnsi" w:hAnsiTheme="majorHAnsi" w:cstheme="majorHAnsi"/>
          <w:b/>
          <w:bCs/>
          <w:sz w:val="24"/>
          <w:szCs w:val="24"/>
          <w:lang w:val="pl-PL"/>
        </w:rPr>
      </w:pPr>
      <w:r>
        <w:rPr>
          <w:rFonts w:asciiTheme="majorHAnsi" w:hAnsiTheme="majorHAnsi" w:cstheme="majorHAnsi"/>
          <w:b/>
          <w:bCs/>
          <w:sz w:val="24"/>
          <w:szCs w:val="24"/>
          <w:lang w:val="pl-PL"/>
        </w:rPr>
        <w:t xml:space="preserve">A. </w:t>
      </w:r>
      <w:r w:rsidR="00B70F42" w:rsidRPr="00B70F42">
        <w:rPr>
          <w:rFonts w:asciiTheme="majorHAnsi" w:hAnsiTheme="majorHAnsi" w:cstheme="majorHAnsi"/>
          <w:b/>
          <w:bCs/>
          <w:sz w:val="24"/>
          <w:szCs w:val="24"/>
          <w:lang w:val="pl-PL"/>
        </w:rPr>
        <w:t>OFERTA</w:t>
      </w:r>
    </w:p>
    <w:p w14:paraId="5C207DB4" w14:textId="5B4B5D18" w:rsidR="00B70F42" w:rsidRPr="00B70F42" w:rsidRDefault="00B70F42" w:rsidP="00B70F42">
      <w:pPr>
        <w:rPr>
          <w:rFonts w:cstheme="majorHAnsi"/>
          <w:lang w:val="pl-PL"/>
        </w:rPr>
      </w:pPr>
      <w:r w:rsidRPr="00B70F42">
        <w:rPr>
          <w:rFonts w:cstheme="majorHAnsi"/>
          <w:lang w:val="pl-PL"/>
        </w:rPr>
        <w:t>W odpowiedzi na ogłoszenie o zamówieniu publicznym pn.</w:t>
      </w:r>
      <w:r w:rsidRPr="00B70F42">
        <w:rPr>
          <w:rFonts w:cstheme="majorHAnsi"/>
          <w:lang w:val="pl-PL"/>
        </w:rPr>
        <w:br/>
      </w:r>
      <w:r w:rsidRPr="00B70F42">
        <w:rPr>
          <w:rFonts w:cstheme="majorHAnsi"/>
          <w:b/>
          <w:bCs/>
          <w:lang w:val="pl-PL"/>
        </w:rPr>
        <w:t>„</w:t>
      </w:r>
      <w:bookmarkStart w:id="0" w:name="_Hlk190069764"/>
      <w:r w:rsidR="00C7244E" w:rsidRPr="00C7244E">
        <w:rPr>
          <w:rFonts w:cstheme="majorHAnsi"/>
          <w:b/>
          <w:bCs/>
          <w:lang w:val="pl-PL"/>
        </w:rPr>
        <w:t xml:space="preserve">Transport pełen możliwości – Zakup </w:t>
      </w:r>
      <w:r w:rsidR="004335E6">
        <w:rPr>
          <w:rFonts w:cstheme="majorHAnsi"/>
          <w:b/>
          <w:bCs/>
          <w:lang w:val="pl-PL"/>
        </w:rPr>
        <w:t xml:space="preserve">dwóch </w:t>
      </w:r>
      <w:r w:rsidR="00C7244E" w:rsidRPr="00C7244E">
        <w:rPr>
          <w:rFonts w:cstheme="majorHAnsi"/>
          <w:b/>
          <w:bCs/>
          <w:lang w:val="pl-PL"/>
        </w:rPr>
        <w:t>9-osobow</w:t>
      </w:r>
      <w:r w:rsidR="004335E6">
        <w:rPr>
          <w:rFonts w:cstheme="majorHAnsi"/>
          <w:b/>
          <w:bCs/>
          <w:lang w:val="pl-PL"/>
        </w:rPr>
        <w:t xml:space="preserve">ych </w:t>
      </w:r>
      <w:r w:rsidR="00C7244E" w:rsidRPr="00C7244E">
        <w:rPr>
          <w:rFonts w:cstheme="majorHAnsi"/>
          <w:b/>
          <w:bCs/>
          <w:lang w:val="pl-PL"/>
        </w:rPr>
        <w:t>samochod</w:t>
      </w:r>
      <w:r w:rsidR="004335E6">
        <w:rPr>
          <w:rFonts w:cstheme="majorHAnsi"/>
          <w:b/>
          <w:bCs/>
          <w:lang w:val="pl-PL"/>
        </w:rPr>
        <w:t>ów</w:t>
      </w:r>
      <w:r w:rsidR="00C7244E" w:rsidRPr="00C7244E">
        <w:rPr>
          <w:rFonts w:cstheme="majorHAnsi"/>
          <w:b/>
          <w:bCs/>
          <w:lang w:val="pl-PL"/>
        </w:rPr>
        <w:t xml:space="preserve"> do przewozu osób niepełnosprawnych</w:t>
      </w:r>
      <w:bookmarkEnd w:id="0"/>
      <w:r w:rsidR="00C7244E" w:rsidRPr="00C7244E">
        <w:rPr>
          <w:rFonts w:cstheme="majorHAnsi"/>
          <w:b/>
          <w:bCs/>
          <w:lang w:val="pl-PL"/>
        </w:rPr>
        <w:t xml:space="preserve"> z terenu Gminy Sokołów Małopolski</w:t>
      </w:r>
      <w:r w:rsidRPr="00B70F42">
        <w:rPr>
          <w:rFonts w:cstheme="majorHAnsi"/>
          <w:b/>
          <w:bCs/>
          <w:lang w:val="pl-PL"/>
        </w:rPr>
        <w:t>”</w:t>
      </w:r>
    </w:p>
    <w:p w14:paraId="65835840" w14:textId="213EAC7B" w:rsidR="00B70F42" w:rsidRPr="00B70F42" w:rsidRDefault="00B70F42" w:rsidP="00B70F42">
      <w:pPr>
        <w:rPr>
          <w:rFonts w:cstheme="majorHAnsi"/>
          <w:lang w:val="pl-PL"/>
        </w:rPr>
      </w:pPr>
      <w:r w:rsidRPr="00B70F42">
        <w:rPr>
          <w:rFonts w:cstheme="majorHAnsi"/>
          <w:lang w:val="pl-PL"/>
        </w:rPr>
        <w:t>Oferuję wykonanie przedmiotu zamówienia zgodnie z wymaganiami Zamawiającego określonymi w</w:t>
      </w:r>
      <w:r>
        <w:rPr>
          <w:rFonts w:cstheme="majorHAnsi"/>
          <w:lang w:val="pl-PL"/>
        </w:rPr>
        <w:t> </w:t>
      </w:r>
      <w:r w:rsidRPr="00B70F42">
        <w:rPr>
          <w:rFonts w:cstheme="majorHAnsi"/>
          <w:lang w:val="pl-PL"/>
        </w:rPr>
        <w:t>SWZ i OPZ za cenę:</w:t>
      </w:r>
    </w:p>
    <w:p w14:paraId="7ADD84BC" w14:textId="77777777" w:rsidR="00B70F42" w:rsidRPr="00B70F42" w:rsidRDefault="00B70F42" w:rsidP="00B70F42">
      <w:pPr>
        <w:numPr>
          <w:ilvl w:val="0"/>
          <w:numId w:val="11"/>
        </w:numPr>
        <w:rPr>
          <w:rFonts w:cstheme="majorHAnsi"/>
          <w:lang w:val="pl-PL"/>
        </w:rPr>
      </w:pPr>
      <w:r w:rsidRPr="00B70F42">
        <w:rPr>
          <w:rFonts w:cstheme="majorHAnsi"/>
          <w:lang w:val="pl-PL"/>
        </w:rPr>
        <w:t>Cena netto: ........................................ zł</w:t>
      </w:r>
    </w:p>
    <w:p w14:paraId="1F3A194F" w14:textId="77777777" w:rsidR="00B70F42" w:rsidRPr="00B70F42" w:rsidRDefault="00B70F42" w:rsidP="00B70F42">
      <w:pPr>
        <w:numPr>
          <w:ilvl w:val="0"/>
          <w:numId w:val="11"/>
        </w:numPr>
        <w:rPr>
          <w:rFonts w:cstheme="majorHAnsi"/>
          <w:lang w:val="pl-PL"/>
        </w:rPr>
      </w:pPr>
      <w:r w:rsidRPr="00B70F42">
        <w:rPr>
          <w:rFonts w:cstheme="majorHAnsi"/>
          <w:lang w:val="pl-PL"/>
        </w:rPr>
        <w:t>Podatek VAT: ..................................... zł</w:t>
      </w:r>
    </w:p>
    <w:p w14:paraId="12E9ACAA" w14:textId="77777777" w:rsidR="00B70F42" w:rsidRPr="00B70F42" w:rsidRDefault="00B70F42" w:rsidP="00B70F42">
      <w:pPr>
        <w:numPr>
          <w:ilvl w:val="0"/>
          <w:numId w:val="11"/>
        </w:numPr>
        <w:rPr>
          <w:rFonts w:cstheme="majorHAnsi"/>
          <w:lang w:val="pl-PL"/>
        </w:rPr>
      </w:pPr>
      <w:r w:rsidRPr="00B70F42">
        <w:rPr>
          <w:rFonts w:cstheme="majorHAnsi"/>
          <w:lang w:val="pl-PL"/>
        </w:rPr>
        <w:t>Cena brutto: ....................................... zł (słownie: ..................................................)</w:t>
      </w:r>
    </w:p>
    <w:p w14:paraId="2C9BBA83" w14:textId="77777777" w:rsidR="00B70F42" w:rsidRPr="00B70F42" w:rsidRDefault="00B70F42" w:rsidP="00B70F42">
      <w:pPr>
        <w:rPr>
          <w:rFonts w:asciiTheme="majorHAnsi" w:hAnsiTheme="majorHAnsi" w:cstheme="majorHAnsi"/>
        </w:rPr>
      </w:pPr>
    </w:p>
    <w:p w14:paraId="263E9F26" w14:textId="5B97F881" w:rsidR="00B70F42" w:rsidRPr="00B70F42" w:rsidRDefault="00E76F6C" w:rsidP="00B70F42">
      <w:pPr>
        <w:rPr>
          <w:rFonts w:asciiTheme="majorHAnsi" w:hAnsiTheme="majorHAnsi" w:cstheme="majorHAnsi"/>
          <w:b/>
          <w:bCs/>
          <w:sz w:val="24"/>
          <w:szCs w:val="24"/>
          <w:lang w:val="pl-PL"/>
        </w:rPr>
      </w:pPr>
      <w:r>
        <w:rPr>
          <w:rFonts w:asciiTheme="majorHAnsi" w:hAnsiTheme="majorHAnsi" w:cstheme="majorHAnsi"/>
          <w:b/>
          <w:bCs/>
          <w:sz w:val="24"/>
          <w:szCs w:val="24"/>
          <w:lang w:val="pl-PL"/>
        </w:rPr>
        <w:t xml:space="preserve">B. </w:t>
      </w:r>
      <w:r w:rsidRPr="00B70F42">
        <w:rPr>
          <w:rFonts w:asciiTheme="majorHAnsi" w:hAnsiTheme="majorHAnsi" w:cstheme="majorHAnsi"/>
          <w:b/>
          <w:bCs/>
          <w:sz w:val="24"/>
          <w:szCs w:val="24"/>
          <w:lang w:val="pl-PL"/>
        </w:rPr>
        <w:t>OŚWIADCZENIA WYKONAWCY</w:t>
      </w:r>
    </w:p>
    <w:p w14:paraId="4B6C43C7" w14:textId="1A791DC3" w:rsidR="00B70F42" w:rsidRDefault="00B70F42" w:rsidP="00B70F42">
      <w:pPr>
        <w:numPr>
          <w:ilvl w:val="0"/>
          <w:numId w:val="12"/>
        </w:numPr>
        <w:rPr>
          <w:rFonts w:cstheme="majorHAnsi"/>
          <w:lang w:val="pl-PL"/>
        </w:rPr>
      </w:pPr>
      <w:r w:rsidRPr="00B70F42">
        <w:rPr>
          <w:rFonts w:cstheme="majorHAnsi"/>
          <w:lang w:val="pl-PL"/>
        </w:rPr>
        <w:t>Oświadczam, że oferowan</w:t>
      </w:r>
      <w:r w:rsidR="004335E6">
        <w:rPr>
          <w:rFonts w:cstheme="majorHAnsi"/>
          <w:lang w:val="pl-PL"/>
        </w:rPr>
        <w:t>e</w:t>
      </w:r>
      <w:r w:rsidRPr="00B70F42">
        <w:rPr>
          <w:rFonts w:cstheme="majorHAnsi"/>
          <w:lang w:val="pl-PL"/>
        </w:rPr>
        <w:t xml:space="preserve"> pojazd</w:t>
      </w:r>
      <w:r w:rsidR="004335E6">
        <w:rPr>
          <w:rFonts w:cstheme="majorHAnsi"/>
          <w:lang w:val="pl-PL"/>
        </w:rPr>
        <w:t>y</w:t>
      </w:r>
      <w:r w:rsidRPr="00B70F42">
        <w:rPr>
          <w:rFonts w:cstheme="majorHAnsi"/>
          <w:lang w:val="pl-PL"/>
        </w:rPr>
        <w:t xml:space="preserve"> </w:t>
      </w:r>
      <w:r w:rsidR="004335E6">
        <w:rPr>
          <w:rFonts w:cstheme="majorHAnsi"/>
          <w:lang w:val="pl-PL"/>
        </w:rPr>
        <w:t>są</w:t>
      </w:r>
      <w:r w:rsidRPr="00B70F42">
        <w:rPr>
          <w:rFonts w:cstheme="majorHAnsi"/>
          <w:lang w:val="pl-PL"/>
        </w:rPr>
        <w:t xml:space="preserve"> fabrycznie now</w:t>
      </w:r>
      <w:r w:rsidR="004335E6">
        <w:rPr>
          <w:rFonts w:cstheme="majorHAnsi"/>
          <w:lang w:val="pl-PL"/>
        </w:rPr>
        <w:t>e</w:t>
      </w:r>
      <w:r w:rsidRPr="00B70F42">
        <w:rPr>
          <w:rFonts w:cstheme="majorHAnsi"/>
          <w:lang w:val="pl-PL"/>
        </w:rPr>
        <w:t>, spełnia</w:t>
      </w:r>
      <w:r w:rsidR="004335E6">
        <w:rPr>
          <w:rFonts w:cstheme="majorHAnsi"/>
          <w:lang w:val="pl-PL"/>
        </w:rPr>
        <w:t>ją</w:t>
      </w:r>
      <w:r w:rsidRPr="00B70F42">
        <w:rPr>
          <w:rFonts w:cstheme="majorHAnsi"/>
          <w:lang w:val="pl-PL"/>
        </w:rPr>
        <w:t xml:space="preserve"> wszystkie wymagania określone w OPZ oraz przepisach prawa.</w:t>
      </w:r>
    </w:p>
    <w:p w14:paraId="701F04A6" w14:textId="101023B9" w:rsidR="00C513D3" w:rsidRDefault="00C513D3" w:rsidP="00B70F42">
      <w:pPr>
        <w:numPr>
          <w:ilvl w:val="0"/>
          <w:numId w:val="12"/>
        </w:numPr>
        <w:rPr>
          <w:rFonts w:cstheme="majorHAnsi"/>
          <w:lang w:val="pl-PL"/>
        </w:rPr>
      </w:pPr>
      <w:r>
        <w:rPr>
          <w:rFonts w:cstheme="majorHAnsi"/>
          <w:lang w:val="pl-PL"/>
        </w:rPr>
        <w:t>Oświadczam, że oferowan</w:t>
      </w:r>
      <w:r w:rsidR="004335E6">
        <w:rPr>
          <w:rFonts w:cstheme="majorHAnsi"/>
          <w:lang w:val="pl-PL"/>
        </w:rPr>
        <w:t>e</w:t>
      </w:r>
      <w:r>
        <w:rPr>
          <w:rFonts w:cstheme="majorHAnsi"/>
          <w:lang w:val="pl-PL"/>
        </w:rPr>
        <w:t xml:space="preserve"> pojazd</w:t>
      </w:r>
      <w:r w:rsidR="004335E6">
        <w:rPr>
          <w:rFonts w:cstheme="majorHAnsi"/>
          <w:lang w:val="pl-PL"/>
        </w:rPr>
        <w:t>y</w:t>
      </w:r>
      <w:r>
        <w:rPr>
          <w:rFonts w:cstheme="majorHAnsi"/>
          <w:lang w:val="pl-PL"/>
        </w:rPr>
        <w:t xml:space="preserve"> spełnia</w:t>
      </w:r>
      <w:r w:rsidR="004335E6">
        <w:rPr>
          <w:rFonts w:cstheme="majorHAnsi"/>
          <w:lang w:val="pl-PL"/>
        </w:rPr>
        <w:t>ją</w:t>
      </w:r>
      <w:r>
        <w:rPr>
          <w:rFonts w:cstheme="majorHAnsi"/>
          <w:lang w:val="pl-PL"/>
        </w:rPr>
        <w:t xml:space="preserve"> poniższe parametry minimalne we wskazanym </w:t>
      </w:r>
      <w:r w:rsidR="00925AB8">
        <w:rPr>
          <w:rFonts w:cstheme="majorHAnsi"/>
          <w:lang w:val="pl-PL"/>
        </w:rPr>
        <w:t>w OPZ zakresie</w:t>
      </w:r>
      <w:r>
        <w:rPr>
          <w:rFonts w:cstheme="majorHAnsi"/>
          <w:lang w:val="pl-PL"/>
        </w:rPr>
        <w:t>.</w:t>
      </w:r>
    </w:p>
    <w:p w14:paraId="1371145E" w14:textId="1A9D768E" w:rsidR="00B70F42" w:rsidRPr="00B70F42" w:rsidRDefault="00B70F42" w:rsidP="00B70F42">
      <w:pPr>
        <w:numPr>
          <w:ilvl w:val="0"/>
          <w:numId w:val="12"/>
        </w:numPr>
        <w:rPr>
          <w:rFonts w:cstheme="majorHAnsi"/>
          <w:lang w:val="pl-PL"/>
        </w:rPr>
      </w:pPr>
      <w:r w:rsidRPr="00B70F42">
        <w:rPr>
          <w:rFonts w:cstheme="majorHAnsi"/>
          <w:lang w:val="pl-PL"/>
        </w:rPr>
        <w:lastRenderedPageBreak/>
        <w:t>Oświadczam, że okres gwarancji na podwozi</w:t>
      </w:r>
      <w:r w:rsidR="004335E6">
        <w:rPr>
          <w:rFonts w:cstheme="majorHAnsi"/>
          <w:lang w:val="pl-PL"/>
        </w:rPr>
        <w:t>a</w:t>
      </w:r>
      <w:r w:rsidRPr="00B70F42">
        <w:rPr>
          <w:rFonts w:cstheme="majorHAnsi"/>
          <w:lang w:val="pl-PL"/>
        </w:rPr>
        <w:t xml:space="preserve"> wynosi:</w:t>
      </w:r>
      <w:r w:rsidRPr="00B70F42">
        <w:rPr>
          <w:rFonts w:cstheme="majorHAnsi"/>
          <w:lang w:val="pl-PL"/>
        </w:rPr>
        <w:br/>
      </w:r>
      <w:r w:rsidRPr="00B70F42">
        <w:rPr>
          <w:rFonts w:ascii="Segoe UI Symbol" w:hAnsi="Segoe UI Symbol" w:cs="Segoe UI Symbol"/>
          <w:lang w:val="pl-PL"/>
        </w:rPr>
        <w:t>☐</w:t>
      </w:r>
      <w:r w:rsidRPr="00B70F42">
        <w:rPr>
          <w:rFonts w:cstheme="majorHAnsi"/>
          <w:lang w:val="pl-PL"/>
        </w:rPr>
        <w:t xml:space="preserve"> 2</w:t>
      </w:r>
      <w:r w:rsidR="00036441">
        <w:rPr>
          <w:rFonts w:cstheme="majorHAnsi"/>
          <w:lang w:val="pl-PL"/>
        </w:rPr>
        <w:t>4</w:t>
      </w:r>
      <w:r w:rsidRPr="00B70F42">
        <w:rPr>
          <w:rFonts w:cstheme="majorHAnsi"/>
          <w:lang w:val="pl-PL"/>
        </w:rPr>
        <w:t xml:space="preserve"> miesi</w:t>
      </w:r>
      <w:r w:rsidR="00036441">
        <w:rPr>
          <w:rFonts w:cs="Calibri"/>
          <w:lang w:val="pl-PL"/>
        </w:rPr>
        <w:t xml:space="preserve">ące </w:t>
      </w:r>
      <w:r w:rsidRPr="00B70F42">
        <w:rPr>
          <w:rFonts w:cstheme="majorHAnsi"/>
          <w:lang w:val="pl-PL"/>
        </w:rPr>
        <w:t>(0 pkt)</w:t>
      </w:r>
      <w:r w:rsidRPr="00B70F42">
        <w:rPr>
          <w:rFonts w:cstheme="majorHAnsi"/>
          <w:lang w:val="pl-PL"/>
        </w:rPr>
        <w:br/>
      </w:r>
      <w:r w:rsidRPr="00B70F42">
        <w:rPr>
          <w:rFonts w:ascii="Segoe UI Symbol" w:hAnsi="Segoe UI Symbol" w:cs="Segoe UI Symbol"/>
          <w:lang w:val="pl-PL"/>
        </w:rPr>
        <w:t>☐</w:t>
      </w:r>
      <w:r w:rsidRPr="00B70F42">
        <w:rPr>
          <w:rFonts w:cstheme="majorHAnsi"/>
          <w:lang w:val="pl-PL"/>
        </w:rPr>
        <w:t xml:space="preserve"> 2</w:t>
      </w:r>
      <w:r w:rsidR="00036441">
        <w:rPr>
          <w:rFonts w:cstheme="majorHAnsi"/>
          <w:lang w:val="pl-PL"/>
        </w:rPr>
        <w:t>5 - 35</w:t>
      </w:r>
      <w:r w:rsidRPr="00B70F42">
        <w:rPr>
          <w:rFonts w:cstheme="majorHAnsi"/>
          <w:lang w:val="pl-PL"/>
        </w:rPr>
        <w:t xml:space="preserve"> miesi</w:t>
      </w:r>
      <w:r w:rsidR="00036441">
        <w:rPr>
          <w:rFonts w:cs="Calibri"/>
          <w:lang w:val="pl-PL"/>
        </w:rPr>
        <w:t>ęcy</w:t>
      </w:r>
      <w:r w:rsidRPr="00B70F42">
        <w:rPr>
          <w:rFonts w:cstheme="majorHAnsi"/>
          <w:lang w:val="pl-PL"/>
        </w:rPr>
        <w:t xml:space="preserve"> (10 pkt)</w:t>
      </w:r>
      <w:r w:rsidRPr="00B70F42">
        <w:rPr>
          <w:rFonts w:cstheme="majorHAnsi"/>
          <w:lang w:val="pl-PL"/>
        </w:rPr>
        <w:br/>
      </w:r>
      <w:r w:rsidRPr="00B70F42">
        <w:rPr>
          <w:rFonts w:ascii="Segoe UI Symbol" w:hAnsi="Segoe UI Symbol" w:cs="Segoe UI Symbol"/>
          <w:lang w:val="pl-PL"/>
        </w:rPr>
        <w:t>☐</w:t>
      </w:r>
      <w:r w:rsidRPr="00B70F42">
        <w:rPr>
          <w:rFonts w:cstheme="majorHAnsi"/>
          <w:lang w:val="pl-PL"/>
        </w:rPr>
        <w:t xml:space="preserve"> </w:t>
      </w:r>
      <w:r w:rsidR="00036441">
        <w:rPr>
          <w:rFonts w:cstheme="majorHAnsi"/>
          <w:lang w:val="pl-PL"/>
        </w:rPr>
        <w:t>36</w:t>
      </w:r>
      <w:r w:rsidRPr="00B70F42">
        <w:rPr>
          <w:rFonts w:cstheme="majorHAnsi"/>
          <w:lang w:val="pl-PL"/>
        </w:rPr>
        <w:t xml:space="preserve"> miesi</w:t>
      </w:r>
      <w:r w:rsidR="00036441">
        <w:rPr>
          <w:rFonts w:cs="Calibri"/>
          <w:lang w:val="pl-PL"/>
        </w:rPr>
        <w:t>ęcy</w:t>
      </w:r>
      <w:r w:rsidRPr="00B70F42">
        <w:rPr>
          <w:rFonts w:cstheme="majorHAnsi"/>
          <w:lang w:val="pl-PL"/>
        </w:rPr>
        <w:t xml:space="preserve"> lub wi</w:t>
      </w:r>
      <w:r w:rsidRPr="00B70F42">
        <w:rPr>
          <w:rFonts w:cs="Calibri"/>
          <w:lang w:val="pl-PL"/>
        </w:rPr>
        <w:t>ę</w:t>
      </w:r>
      <w:r w:rsidRPr="00B70F42">
        <w:rPr>
          <w:rFonts w:cstheme="majorHAnsi"/>
          <w:lang w:val="pl-PL"/>
        </w:rPr>
        <w:t>cej (20 pkt)</w:t>
      </w:r>
    </w:p>
    <w:p w14:paraId="74272347" w14:textId="36E59232" w:rsidR="00B70F42" w:rsidRPr="00B70F42" w:rsidRDefault="00B70F42" w:rsidP="00B70F42">
      <w:pPr>
        <w:numPr>
          <w:ilvl w:val="0"/>
          <w:numId w:val="12"/>
        </w:numPr>
        <w:rPr>
          <w:rFonts w:cstheme="majorHAnsi"/>
          <w:lang w:val="pl-PL"/>
        </w:rPr>
      </w:pPr>
      <w:r w:rsidRPr="00B70F42">
        <w:rPr>
          <w:rFonts w:cstheme="majorHAnsi"/>
          <w:lang w:val="pl-PL"/>
        </w:rPr>
        <w:t>Oświadczam, że okres gwarancji na zabudowę (w tym urządzenia dla osób niepełnosprawnych) wynosi:</w:t>
      </w:r>
      <w:r w:rsidRPr="00B70F42">
        <w:rPr>
          <w:rFonts w:cstheme="majorHAnsi"/>
          <w:lang w:val="pl-PL"/>
        </w:rPr>
        <w:br/>
      </w:r>
      <w:r w:rsidR="00036441" w:rsidRPr="00B70F42">
        <w:rPr>
          <w:rFonts w:ascii="Segoe UI Symbol" w:hAnsi="Segoe UI Symbol" w:cs="Segoe UI Symbol"/>
          <w:lang w:val="pl-PL"/>
        </w:rPr>
        <w:t>☐</w:t>
      </w:r>
      <w:r w:rsidR="00036441" w:rsidRPr="00B70F42">
        <w:rPr>
          <w:rFonts w:cstheme="majorHAnsi"/>
          <w:lang w:val="pl-PL"/>
        </w:rPr>
        <w:t xml:space="preserve"> 2</w:t>
      </w:r>
      <w:r w:rsidR="00036441">
        <w:rPr>
          <w:rFonts w:cstheme="majorHAnsi"/>
          <w:lang w:val="pl-PL"/>
        </w:rPr>
        <w:t>4</w:t>
      </w:r>
      <w:r w:rsidR="00036441" w:rsidRPr="00B70F42">
        <w:rPr>
          <w:rFonts w:cstheme="majorHAnsi"/>
          <w:lang w:val="pl-PL"/>
        </w:rPr>
        <w:t xml:space="preserve"> miesi</w:t>
      </w:r>
      <w:r w:rsidR="00036441">
        <w:rPr>
          <w:rFonts w:cs="Calibri"/>
          <w:lang w:val="pl-PL"/>
        </w:rPr>
        <w:t xml:space="preserve">ące </w:t>
      </w:r>
      <w:r w:rsidR="00036441" w:rsidRPr="00B70F42">
        <w:rPr>
          <w:rFonts w:cstheme="majorHAnsi"/>
          <w:lang w:val="pl-PL"/>
        </w:rPr>
        <w:t>(0 pkt)</w:t>
      </w:r>
      <w:r w:rsidR="00036441" w:rsidRPr="00B70F42">
        <w:rPr>
          <w:rFonts w:cstheme="majorHAnsi"/>
          <w:lang w:val="pl-PL"/>
        </w:rPr>
        <w:br/>
      </w:r>
      <w:r w:rsidR="00036441" w:rsidRPr="00B70F42">
        <w:rPr>
          <w:rFonts w:ascii="Segoe UI Symbol" w:hAnsi="Segoe UI Symbol" w:cs="Segoe UI Symbol"/>
          <w:lang w:val="pl-PL"/>
        </w:rPr>
        <w:t>☐</w:t>
      </w:r>
      <w:r w:rsidR="00036441" w:rsidRPr="00B70F42">
        <w:rPr>
          <w:rFonts w:cstheme="majorHAnsi"/>
          <w:lang w:val="pl-PL"/>
        </w:rPr>
        <w:t xml:space="preserve"> 2</w:t>
      </w:r>
      <w:r w:rsidR="00036441">
        <w:rPr>
          <w:rFonts w:cstheme="majorHAnsi"/>
          <w:lang w:val="pl-PL"/>
        </w:rPr>
        <w:t>5 - 35</w:t>
      </w:r>
      <w:r w:rsidR="00036441" w:rsidRPr="00B70F42">
        <w:rPr>
          <w:rFonts w:cstheme="majorHAnsi"/>
          <w:lang w:val="pl-PL"/>
        </w:rPr>
        <w:t xml:space="preserve"> miesi</w:t>
      </w:r>
      <w:r w:rsidR="00036441">
        <w:rPr>
          <w:rFonts w:cs="Calibri"/>
          <w:lang w:val="pl-PL"/>
        </w:rPr>
        <w:t>ęcy</w:t>
      </w:r>
      <w:r w:rsidR="00036441" w:rsidRPr="00B70F42">
        <w:rPr>
          <w:rFonts w:cstheme="majorHAnsi"/>
          <w:lang w:val="pl-PL"/>
        </w:rPr>
        <w:t xml:space="preserve"> (10 pkt)</w:t>
      </w:r>
      <w:r w:rsidR="00036441" w:rsidRPr="00B70F42">
        <w:rPr>
          <w:rFonts w:cstheme="majorHAnsi"/>
          <w:lang w:val="pl-PL"/>
        </w:rPr>
        <w:br/>
      </w:r>
      <w:r w:rsidR="00036441" w:rsidRPr="00B70F42">
        <w:rPr>
          <w:rFonts w:ascii="Segoe UI Symbol" w:hAnsi="Segoe UI Symbol" w:cs="Segoe UI Symbol"/>
          <w:lang w:val="pl-PL"/>
        </w:rPr>
        <w:t>☐</w:t>
      </w:r>
      <w:r w:rsidR="00036441" w:rsidRPr="00B70F42">
        <w:rPr>
          <w:rFonts w:cstheme="majorHAnsi"/>
          <w:lang w:val="pl-PL"/>
        </w:rPr>
        <w:t xml:space="preserve"> </w:t>
      </w:r>
      <w:r w:rsidR="00036441">
        <w:rPr>
          <w:rFonts w:cstheme="majorHAnsi"/>
          <w:lang w:val="pl-PL"/>
        </w:rPr>
        <w:t>36</w:t>
      </w:r>
      <w:r w:rsidR="00036441" w:rsidRPr="00B70F42">
        <w:rPr>
          <w:rFonts w:cstheme="majorHAnsi"/>
          <w:lang w:val="pl-PL"/>
        </w:rPr>
        <w:t xml:space="preserve"> miesi</w:t>
      </w:r>
      <w:r w:rsidR="00036441">
        <w:rPr>
          <w:rFonts w:cs="Calibri"/>
          <w:lang w:val="pl-PL"/>
        </w:rPr>
        <w:t>ęcy</w:t>
      </w:r>
      <w:r w:rsidR="00036441" w:rsidRPr="00B70F42">
        <w:rPr>
          <w:rFonts w:cstheme="majorHAnsi"/>
          <w:lang w:val="pl-PL"/>
        </w:rPr>
        <w:t xml:space="preserve"> lub wi</w:t>
      </w:r>
      <w:r w:rsidR="00036441" w:rsidRPr="00B70F42">
        <w:rPr>
          <w:rFonts w:cs="Calibri"/>
          <w:lang w:val="pl-PL"/>
        </w:rPr>
        <w:t>ę</w:t>
      </w:r>
      <w:r w:rsidR="00036441" w:rsidRPr="00B70F42">
        <w:rPr>
          <w:rFonts w:cstheme="majorHAnsi"/>
          <w:lang w:val="pl-PL"/>
        </w:rPr>
        <w:t>cej (20 pkt)</w:t>
      </w:r>
    </w:p>
    <w:p w14:paraId="1C813F6D" w14:textId="30C39B2A" w:rsidR="00B70F42" w:rsidRDefault="00B70F42" w:rsidP="00925AB8">
      <w:pPr>
        <w:numPr>
          <w:ilvl w:val="0"/>
          <w:numId w:val="12"/>
        </w:numPr>
        <w:jc w:val="both"/>
        <w:rPr>
          <w:rFonts w:cstheme="majorHAnsi"/>
          <w:lang w:val="pl-PL"/>
        </w:rPr>
      </w:pPr>
      <w:r w:rsidRPr="00B70F42">
        <w:rPr>
          <w:rFonts w:cstheme="majorHAnsi"/>
          <w:lang w:val="pl-PL"/>
        </w:rPr>
        <w:t>Oświadczam, że cena oferty obejmuje wszystkie koszty dostawy i przeszkolenia wskazane w</w:t>
      </w:r>
      <w:r>
        <w:rPr>
          <w:rFonts w:cstheme="majorHAnsi"/>
          <w:lang w:val="pl-PL"/>
        </w:rPr>
        <w:t> </w:t>
      </w:r>
      <w:r w:rsidRPr="00B70F42">
        <w:rPr>
          <w:rFonts w:cstheme="majorHAnsi"/>
          <w:lang w:val="pl-PL"/>
        </w:rPr>
        <w:t>SWZ.</w:t>
      </w:r>
    </w:p>
    <w:p w14:paraId="1F781C2C" w14:textId="2CFFCB4E" w:rsidR="00925AB8" w:rsidRPr="00925AB8" w:rsidRDefault="00925AB8" w:rsidP="00925AB8">
      <w:pPr>
        <w:numPr>
          <w:ilvl w:val="0"/>
          <w:numId w:val="12"/>
        </w:numPr>
        <w:jc w:val="both"/>
        <w:rPr>
          <w:rFonts w:cstheme="majorHAnsi"/>
          <w:lang w:val="pl-PL"/>
        </w:rPr>
      </w:pPr>
      <w:r w:rsidRPr="00925AB8">
        <w:rPr>
          <w:rFonts w:cstheme="majorHAnsi"/>
          <w:lang w:val="pl-PL"/>
        </w:rPr>
        <w:t>Oświadczam, że powyższa cena zawierają wszystkie koszty, jakie ponosi Zamawiający w</w:t>
      </w:r>
      <w:r>
        <w:rPr>
          <w:rFonts w:cstheme="majorHAnsi"/>
          <w:lang w:val="pl-PL"/>
        </w:rPr>
        <w:t> </w:t>
      </w:r>
      <w:r w:rsidRPr="00925AB8">
        <w:rPr>
          <w:rFonts w:cstheme="majorHAnsi"/>
          <w:lang w:val="pl-PL"/>
        </w:rPr>
        <w:t>przypadku wyboru niniejszej oferty na zasadach wynikających z umowy.</w:t>
      </w:r>
    </w:p>
    <w:p w14:paraId="5DDD8552" w14:textId="3A23958A" w:rsidR="00925AB8" w:rsidRPr="00925AB8" w:rsidRDefault="00925AB8" w:rsidP="00925AB8">
      <w:pPr>
        <w:numPr>
          <w:ilvl w:val="0"/>
          <w:numId w:val="12"/>
        </w:numPr>
        <w:jc w:val="both"/>
        <w:rPr>
          <w:rFonts w:cstheme="majorHAnsi"/>
          <w:lang w:val="pl-PL"/>
        </w:rPr>
      </w:pPr>
      <w:r w:rsidRPr="00925AB8">
        <w:rPr>
          <w:rFonts w:cstheme="majorHAnsi"/>
          <w:lang w:val="pl-PL"/>
        </w:rPr>
        <w:t>Oświadczam, że zapoznałem się z wymaganiami Zamawiającego, dotyczącymi przedmiotu zamówienia zamieszczonymi w SWZ wraz z załącznikami i nie wnoszę do nich żadnych zastrzeżeń.</w:t>
      </w:r>
    </w:p>
    <w:p w14:paraId="1650839E" w14:textId="405ACEEE" w:rsidR="00925AB8" w:rsidRPr="00925AB8" w:rsidRDefault="00925AB8" w:rsidP="00925AB8">
      <w:pPr>
        <w:numPr>
          <w:ilvl w:val="0"/>
          <w:numId w:val="12"/>
        </w:numPr>
        <w:jc w:val="both"/>
        <w:rPr>
          <w:rFonts w:cstheme="majorHAnsi"/>
          <w:lang w:val="pl-PL"/>
        </w:rPr>
      </w:pPr>
      <w:r w:rsidRPr="00925AB8">
        <w:rPr>
          <w:rFonts w:cstheme="majorHAnsi"/>
          <w:lang w:val="pl-PL"/>
        </w:rPr>
        <w:t>Oświadczam, że uważa</w:t>
      </w:r>
      <w:r>
        <w:rPr>
          <w:rFonts w:cstheme="majorHAnsi"/>
          <w:lang w:val="pl-PL"/>
        </w:rPr>
        <w:t>m</w:t>
      </w:r>
      <w:r w:rsidRPr="00925AB8">
        <w:rPr>
          <w:rFonts w:cstheme="majorHAnsi"/>
          <w:lang w:val="pl-PL"/>
        </w:rPr>
        <w:t xml:space="preserve"> się za związanych niniejszą ofertą przez okres wskazany w SWZ. </w:t>
      </w:r>
    </w:p>
    <w:p w14:paraId="29D5FC4C" w14:textId="77993B1F" w:rsidR="00925AB8" w:rsidRPr="00925AB8" w:rsidRDefault="00925AB8" w:rsidP="00925AB8">
      <w:pPr>
        <w:numPr>
          <w:ilvl w:val="0"/>
          <w:numId w:val="12"/>
        </w:numPr>
        <w:jc w:val="both"/>
        <w:rPr>
          <w:rFonts w:cstheme="majorHAnsi"/>
          <w:lang w:val="pl-PL"/>
        </w:rPr>
      </w:pPr>
      <w:r w:rsidRPr="00925AB8">
        <w:rPr>
          <w:rFonts w:cstheme="majorHAnsi"/>
          <w:lang w:val="pl-PL"/>
        </w:rPr>
        <w:t>Oświadczam, że zrealizuję zamówienie zgodnie z SWZ i Projektem umowy.</w:t>
      </w:r>
    </w:p>
    <w:p w14:paraId="113CB66B" w14:textId="3091762F" w:rsidR="00925AB8" w:rsidRPr="00925AB8" w:rsidRDefault="00925AB8" w:rsidP="00925AB8">
      <w:pPr>
        <w:numPr>
          <w:ilvl w:val="0"/>
          <w:numId w:val="12"/>
        </w:numPr>
        <w:jc w:val="both"/>
        <w:rPr>
          <w:rFonts w:cstheme="majorHAnsi"/>
          <w:lang w:val="pl-PL"/>
        </w:rPr>
      </w:pPr>
      <w:r w:rsidRPr="00925AB8">
        <w:rPr>
          <w:rFonts w:cstheme="majorHAnsi"/>
          <w:lang w:val="pl-PL"/>
        </w:rPr>
        <w:t>Oświadczam, że informacje i dokumenty zawarte w Ofercie na stronach od nr ........................do nr ......................... stanowią tajemnicę przedsiębiorstwa w rozumieniu przepisów o zwalczaniu nieuczciwej konkurencji i zastrzegamy, że nie mogą być one udostępniane. Informacje i</w:t>
      </w:r>
      <w:r w:rsidR="004335E6">
        <w:rPr>
          <w:rFonts w:cstheme="majorHAnsi"/>
          <w:lang w:val="pl-PL"/>
        </w:rPr>
        <w:t> </w:t>
      </w:r>
      <w:r w:rsidRPr="00925AB8">
        <w:rPr>
          <w:rFonts w:cstheme="majorHAnsi"/>
          <w:lang w:val="pl-PL"/>
        </w:rPr>
        <w:t>dokumenty zawarte na pozostałych stronach Oferty są jawne.</w:t>
      </w:r>
    </w:p>
    <w:p w14:paraId="7636E1DC" w14:textId="612EF34C" w:rsidR="00925AB8" w:rsidRPr="00925AB8" w:rsidRDefault="00925AB8" w:rsidP="00925AB8">
      <w:pPr>
        <w:ind w:left="709"/>
        <w:jc w:val="both"/>
        <w:rPr>
          <w:rFonts w:cstheme="majorHAnsi"/>
          <w:i/>
          <w:iCs/>
          <w:lang w:val="pl-PL"/>
        </w:rPr>
      </w:pPr>
      <w:r w:rsidRPr="00925AB8">
        <w:rPr>
          <w:rFonts w:cstheme="majorHAnsi"/>
          <w:i/>
          <w:iCs/>
          <w:lang w:val="pl-PL"/>
        </w:rPr>
        <w:t>(W przypadku utajnienia oferty Wykonawca zobowiązany jest wykazać, iż zastrzeżone informacje stanowią tajemnicę przedsiębiorstwa w szczególności określając, w jaki sposób zostały spełnione przesłanki, o których mowa w art. 11 pkt. 2 ustawy z 16 kwietnia 1993 r. o zwalczaniu nieuczciwej konkurencji).</w:t>
      </w:r>
    </w:p>
    <w:p w14:paraId="1B560035" w14:textId="449FA565" w:rsidR="00925AB8" w:rsidRPr="00925AB8" w:rsidRDefault="00925AB8" w:rsidP="00925AB8">
      <w:pPr>
        <w:numPr>
          <w:ilvl w:val="0"/>
          <w:numId w:val="12"/>
        </w:numPr>
        <w:jc w:val="both"/>
        <w:rPr>
          <w:rFonts w:cstheme="majorHAnsi"/>
          <w:lang w:val="pl-PL"/>
        </w:rPr>
      </w:pPr>
      <w:r w:rsidRPr="00925AB8">
        <w:rPr>
          <w:rFonts w:cstheme="majorHAnsi"/>
          <w:lang w:val="pl-PL"/>
        </w:rPr>
        <w:t>Zobowiązuj</w:t>
      </w:r>
      <w:r>
        <w:rPr>
          <w:rFonts w:cstheme="majorHAnsi"/>
          <w:lang w:val="pl-PL"/>
        </w:rPr>
        <w:t>ę</w:t>
      </w:r>
      <w:r w:rsidRPr="00925AB8">
        <w:rPr>
          <w:rFonts w:cstheme="majorHAnsi"/>
          <w:lang w:val="pl-PL"/>
        </w:rPr>
        <w:t xml:space="preserve"> się dotrzymać wskazanego terminu realizacji zamówienia.</w:t>
      </w:r>
    </w:p>
    <w:p w14:paraId="5CEAA24B" w14:textId="13FDD0D0" w:rsidR="00925AB8" w:rsidRDefault="00925AB8" w:rsidP="00925AB8">
      <w:pPr>
        <w:numPr>
          <w:ilvl w:val="0"/>
          <w:numId w:val="12"/>
        </w:numPr>
        <w:jc w:val="both"/>
        <w:rPr>
          <w:rFonts w:cstheme="majorHAnsi"/>
          <w:lang w:val="pl-PL"/>
        </w:rPr>
      </w:pPr>
      <w:r w:rsidRPr="00925AB8">
        <w:rPr>
          <w:rFonts w:cstheme="majorHAnsi"/>
          <w:lang w:val="pl-PL"/>
        </w:rPr>
        <w:t>Pod groźbą odpowiedzialności karnej oświadczam, iż wszystkie załączone do oferty dokumenty i złożone oświadczenia opisują stan faktyczny i prawny, aktualny na dzień składania ofert (art. 297 kk).</w:t>
      </w:r>
    </w:p>
    <w:p w14:paraId="1FFCDBF1" w14:textId="319B04EA" w:rsidR="00925AB8" w:rsidRPr="00925AB8" w:rsidRDefault="00925AB8" w:rsidP="00925AB8">
      <w:pPr>
        <w:numPr>
          <w:ilvl w:val="0"/>
          <w:numId w:val="12"/>
        </w:numPr>
        <w:jc w:val="both"/>
        <w:rPr>
          <w:rFonts w:cstheme="majorHAnsi"/>
          <w:lang w:val="pl-PL"/>
        </w:rPr>
      </w:pPr>
      <w:r w:rsidRPr="00925AB8">
        <w:rPr>
          <w:rFonts w:cstheme="majorHAnsi"/>
          <w:lang w:val="pl-PL"/>
        </w:rPr>
        <w:lastRenderedPageBreak/>
        <w:t xml:space="preserve">Składając niniejszą ofertę, zgodnie z art. 225 ust. 1 ustawy </w:t>
      </w:r>
      <w:proofErr w:type="spellStart"/>
      <w:r w:rsidRPr="00925AB8">
        <w:rPr>
          <w:rFonts w:cstheme="majorHAnsi"/>
          <w:lang w:val="pl-PL"/>
        </w:rPr>
        <w:t>Pzp</w:t>
      </w:r>
      <w:proofErr w:type="spellEnd"/>
      <w:r w:rsidRPr="00925AB8">
        <w:rPr>
          <w:rFonts w:cstheme="majorHAnsi"/>
          <w:lang w:val="pl-PL"/>
        </w:rPr>
        <w:t xml:space="preserve"> informuję, że wybór oferty :</w:t>
      </w:r>
    </w:p>
    <w:p w14:paraId="428E6280" w14:textId="6EC3FA5F" w:rsidR="00925AB8" w:rsidRPr="00925AB8" w:rsidRDefault="00925AB8" w:rsidP="00925AB8">
      <w:pPr>
        <w:numPr>
          <w:ilvl w:val="1"/>
          <w:numId w:val="14"/>
        </w:numPr>
        <w:jc w:val="both"/>
        <w:rPr>
          <w:rFonts w:cstheme="majorHAnsi"/>
          <w:lang w:val="pl-PL"/>
        </w:rPr>
      </w:pPr>
      <w:r w:rsidRPr="00925AB8">
        <w:rPr>
          <w:rFonts w:cstheme="majorHAnsi"/>
          <w:lang w:val="pl-PL"/>
        </w:rPr>
        <w:t>nie będzie prowadzić do powstania obowiązku podatkowego po stronie Zamawiającego, zgodnie z przepisami o podatku od towarów i usług, który miałby obowiązek rozliczyć,</w:t>
      </w:r>
    </w:p>
    <w:p w14:paraId="33CFC3C3" w14:textId="6F68F3D0" w:rsidR="00925AB8" w:rsidRPr="00925AB8" w:rsidRDefault="00925AB8" w:rsidP="00925AB8">
      <w:pPr>
        <w:numPr>
          <w:ilvl w:val="1"/>
          <w:numId w:val="14"/>
        </w:numPr>
        <w:jc w:val="both"/>
        <w:rPr>
          <w:rFonts w:cstheme="majorHAnsi"/>
          <w:lang w:val="pl-PL"/>
        </w:rPr>
      </w:pPr>
      <w:r w:rsidRPr="00925AB8">
        <w:rPr>
          <w:rFonts w:cstheme="majorHAnsi"/>
          <w:lang w:val="pl-PL"/>
        </w:rPr>
        <w:t>będzie prowadzić do prowadzić do powstania u Zamawiającego obowiązku podatkowego następujących towarów/usług:</w:t>
      </w:r>
    </w:p>
    <w:p w14:paraId="46550855" w14:textId="77777777" w:rsidR="00925AB8" w:rsidRPr="00925AB8" w:rsidRDefault="00925AB8" w:rsidP="00925AB8">
      <w:pPr>
        <w:spacing w:after="0"/>
        <w:ind w:left="709"/>
        <w:jc w:val="both"/>
        <w:rPr>
          <w:rFonts w:cstheme="majorHAnsi"/>
          <w:lang w:val="pl-PL"/>
        </w:rPr>
      </w:pPr>
      <w:r w:rsidRPr="00925AB8">
        <w:rPr>
          <w:rFonts w:cstheme="majorHAnsi"/>
          <w:lang w:val="pl-PL"/>
        </w:rPr>
        <w:t>…………………………………………………………… - …………………………………………………………..     zł netto</w:t>
      </w:r>
    </w:p>
    <w:p w14:paraId="472D732E" w14:textId="77777777" w:rsidR="00925AB8" w:rsidRPr="00925AB8" w:rsidRDefault="00925AB8" w:rsidP="00925AB8">
      <w:pPr>
        <w:ind w:left="709"/>
        <w:jc w:val="both"/>
        <w:rPr>
          <w:rFonts w:cstheme="majorHAnsi"/>
          <w:sz w:val="16"/>
          <w:szCs w:val="16"/>
          <w:lang w:val="pl-PL"/>
        </w:rPr>
      </w:pPr>
      <w:r w:rsidRPr="00925AB8">
        <w:rPr>
          <w:rFonts w:cstheme="majorHAnsi"/>
          <w:sz w:val="16"/>
          <w:szCs w:val="16"/>
          <w:lang w:val="pl-PL"/>
        </w:rPr>
        <w:t xml:space="preserve">                             Nazwa towaru/usług                                                            wartość bez kwoty podatku VAT</w:t>
      </w:r>
    </w:p>
    <w:p w14:paraId="76AC1741" w14:textId="0F81FA02" w:rsidR="00925AB8" w:rsidRPr="00925AB8" w:rsidRDefault="00925AB8" w:rsidP="00925AB8">
      <w:pPr>
        <w:ind w:left="709"/>
        <w:jc w:val="both"/>
        <w:rPr>
          <w:rFonts w:cstheme="majorHAnsi"/>
          <w:i/>
          <w:iCs/>
          <w:lang w:val="pl-PL"/>
        </w:rPr>
      </w:pPr>
      <w:r w:rsidRPr="00925AB8">
        <w:rPr>
          <w:rFonts w:cstheme="majorHAnsi"/>
          <w:i/>
          <w:iCs/>
          <w:lang w:val="pl-PL"/>
        </w:rPr>
        <w:t xml:space="preserve">*Zgodnie z art. 225 ust. 2 ustawy </w:t>
      </w:r>
      <w:proofErr w:type="spellStart"/>
      <w:r w:rsidRPr="00925AB8">
        <w:rPr>
          <w:rFonts w:cstheme="majorHAnsi"/>
          <w:i/>
          <w:iCs/>
          <w:lang w:val="pl-PL"/>
        </w:rPr>
        <w:t>Pzp</w:t>
      </w:r>
      <w:proofErr w:type="spellEnd"/>
      <w:r w:rsidRPr="00925AB8">
        <w:rPr>
          <w:rFonts w:cstheme="majorHAnsi"/>
          <w:i/>
          <w:iCs/>
          <w:lang w:val="pl-PL"/>
        </w:rPr>
        <w:t>,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Należy zaznaczyć właściwe. Brak zaznaczenia będzie oznaczał, że wybór oferty Wykonawcy, nie będzie prowadził do powstania u Zamawiającego obowiązku podatkowego.</w:t>
      </w:r>
    </w:p>
    <w:p w14:paraId="6F5C0964" w14:textId="75D779B4" w:rsidR="00925AB8" w:rsidRPr="00925AB8" w:rsidRDefault="00925AB8" w:rsidP="00925AB8">
      <w:pPr>
        <w:numPr>
          <w:ilvl w:val="0"/>
          <w:numId w:val="12"/>
        </w:numPr>
        <w:jc w:val="both"/>
        <w:rPr>
          <w:rFonts w:cstheme="majorHAnsi"/>
          <w:lang w:val="pl-PL"/>
        </w:rPr>
      </w:pPr>
      <w:r w:rsidRPr="00925AB8">
        <w:rPr>
          <w:rFonts w:cstheme="majorHAnsi"/>
          <w:lang w:val="pl-PL"/>
        </w:rPr>
        <w:t>Oświadczam, że wypełniłem obowiązki informacyjne przewidziane w art. 13 lub art. 14 RODO  wobec osób fizycznych, od których dane osobowe bezpośrednio lub pośrednio pozyskałem w</w:t>
      </w:r>
      <w:r w:rsidR="004335E6">
        <w:rPr>
          <w:rFonts w:cstheme="majorHAnsi"/>
          <w:lang w:val="pl-PL"/>
        </w:rPr>
        <w:t> </w:t>
      </w:r>
      <w:r w:rsidRPr="00925AB8">
        <w:rPr>
          <w:rFonts w:cstheme="majorHAnsi"/>
          <w:lang w:val="pl-PL"/>
        </w:rPr>
        <w:t>celu ubiegania się o udzielenie zamówienia publicznego w niniejszym postępowaniu*</w:t>
      </w:r>
    </w:p>
    <w:p w14:paraId="06B777B2" w14:textId="38E14008" w:rsidR="00925AB8" w:rsidRDefault="00925AB8" w:rsidP="00925AB8">
      <w:pPr>
        <w:ind w:left="709"/>
        <w:jc w:val="both"/>
        <w:rPr>
          <w:rFonts w:cstheme="majorHAnsi"/>
          <w:i/>
          <w:iCs/>
          <w:lang w:val="pl-PL"/>
        </w:rPr>
      </w:pPr>
      <w:r w:rsidRPr="00925AB8">
        <w:rPr>
          <w:rFonts w:cstheme="majorHAnsi"/>
          <w:i/>
          <w:iCs/>
          <w:lang w:val="pl-PL"/>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D4ED726" w14:textId="6038E305" w:rsidR="00E76F6C" w:rsidRPr="00E76F6C" w:rsidRDefault="00E76F6C" w:rsidP="00E76F6C">
      <w:pPr>
        <w:jc w:val="both"/>
        <w:rPr>
          <w:rFonts w:asciiTheme="majorHAnsi" w:hAnsiTheme="majorHAnsi" w:cstheme="majorHAnsi"/>
          <w:b/>
          <w:bCs/>
          <w:sz w:val="24"/>
          <w:szCs w:val="24"/>
          <w:lang w:val="pl-PL"/>
        </w:rPr>
      </w:pPr>
      <w:r w:rsidRPr="00E76F6C">
        <w:rPr>
          <w:rFonts w:asciiTheme="majorHAnsi" w:hAnsiTheme="majorHAnsi" w:cstheme="majorHAnsi"/>
          <w:b/>
          <w:bCs/>
          <w:sz w:val="24"/>
          <w:szCs w:val="24"/>
          <w:lang w:val="pl-PL"/>
        </w:rPr>
        <w:t>C. ZOBOWIĄZANIE W PRZYPADKU PRZYZNANIA ZAMÓWIENIA.</w:t>
      </w:r>
    </w:p>
    <w:p w14:paraId="54A0B567" w14:textId="77777777" w:rsidR="00E76F6C" w:rsidRPr="00E76F6C" w:rsidRDefault="00E76F6C" w:rsidP="00E76F6C">
      <w:pPr>
        <w:pStyle w:val="Akapitzlist"/>
        <w:numPr>
          <w:ilvl w:val="0"/>
          <w:numId w:val="15"/>
        </w:numPr>
        <w:jc w:val="both"/>
        <w:rPr>
          <w:rFonts w:cstheme="majorHAnsi"/>
          <w:lang w:val="pl-PL"/>
        </w:rPr>
      </w:pPr>
      <w:r w:rsidRPr="00E76F6C">
        <w:rPr>
          <w:rFonts w:cstheme="majorHAnsi"/>
          <w:lang w:val="pl-PL"/>
        </w:rPr>
        <w:t>Akceptuję proponowany przez Zamawiającego Projekt umowy, który zobowiązuję się podpisać w miejscu i terminie wskazanym przez Zamawiającego.</w:t>
      </w:r>
    </w:p>
    <w:p w14:paraId="345C2023" w14:textId="77777777" w:rsidR="00E76F6C" w:rsidRPr="00E76F6C" w:rsidRDefault="00E76F6C" w:rsidP="00E76F6C">
      <w:pPr>
        <w:pStyle w:val="Akapitzlist"/>
        <w:numPr>
          <w:ilvl w:val="0"/>
          <w:numId w:val="15"/>
        </w:numPr>
        <w:jc w:val="both"/>
        <w:rPr>
          <w:rFonts w:cstheme="majorHAnsi"/>
          <w:lang w:val="pl-PL"/>
        </w:rPr>
      </w:pPr>
      <w:r w:rsidRPr="00E76F6C">
        <w:rPr>
          <w:rFonts w:cstheme="majorHAnsi"/>
          <w:lang w:val="pl-PL"/>
        </w:rPr>
        <w:t>W przypadku wybrania mojej oferty, przed podpisaniem umowy wniosę zabezpieczenie należytego wykonania umowy w wysokości i na warunkach określonych w SWZ i Projekcie umowy.</w:t>
      </w:r>
    </w:p>
    <w:p w14:paraId="3A44B9F6" w14:textId="77777777" w:rsidR="00E76F6C" w:rsidRDefault="00E76F6C" w:rsidP="00E76F6C">
      <w:pPr>
        <w:pStyle w:val="Akapitzlist"/>
        <w:numPr>
          <w:ilvl w:val="0"/>
          <w:numId w:val="15"/>
        </w:numPr>
        <w:jc w:val="both"/>
        <w:rPr>
          <w:rFonts w:cstheme="majorHAnsi"/>
          <w:lang w:val="pl-PL"/>
        </w:rPr>
      </w:pPr>
      <w:r w:rsidRPr="00E76F6C">
        <w:rPr>
          <w:rFonts w:cstheme="majorHAnsi"/>
          <w:lang w:val="pl-PL"/>
        </w:rPr>
        <w:t xml:space="preserve">Osobami uprawnionymi do merytorycznej współpracy i koordynacji w wykonywaniu zadania ze strony Wykonawcy są: </w:t>
      </w:r>
    </w:p>
    <w:p w14:paraId="62EED304" w14:textId="05502140" w:rsidR="00E76F6C" w:rsidRDefault="00E76F6C" w:rsidP="00E76F6C">
      <w:pPr>
        <w:ind w:left="709"/>
        <w:jc w:val="both"/>
        <w:rPr>
          <w:rFonts w:cstheme="majorHAnsi"/>
          <w:lang w:val="pl-PL"/>
        </w:rPr>
      </w:pPr>
      <w:r w:rsidRPr="00E76F6C">
        <w:rPr>
          <w:rFonts w:cstheme="majorHAnsi"/>
          <w:lang w:val="pl-PL"/>
        </w:rPr>
        <w:t>………………………………………………………………………………………………………………..…………</w:t>
      </w:r>
    </w:p>
    <w:p w14:paraId="28B1B940" w14:textId="44D16AF6" w:rsidR="00E76F6C" w:rsidRDefault="00E76F6C" w:rsidP="00E76F6C">
      <w:pPr>
        <w:ind w:left="709"/>
        <w:jc w:val="both"/>
        <w:rPr>
          <w:rFonts w:cstheme="majorHAnsi"/>
          <w:lang w:val="pl-PL"/>
        </w:rPr>
      </w:pPr>
      <w:r w:rsidRPr="00E76F6C">
        <w:rPr>
          <w:rFonts w:cstheme="majorHAnsi"/>
          <w:lang w:val="pl-PL"/>
        </w:rPr>
        <w:t>nr telefonu ………………….………………,</w:t>
      </w:r>
      <w:r>
        <w:rPr>
          <w:rFonts w:cstheme="majorHAnsi"/>
          <w:lang w:val="pl-PL"/>
        </w:rPr>
        <w:tab/>
      </w:r>
      <w:r w:rsidRPr="00E76F6C">
        <w:rPr>
          <w:rFonts w:cstheme="majorHAnsi"/>
          <w:lang w:val="pl-PL"/>
        </w:rPr>
        <w:t>e-mail: ……………………………………..…………..……</w:t>
      </w:r>
    </w:p>
    <w:p w14:paraId="7EAC9276" w14:textId="31174890" w:rsidR="00E76F6C" w:rsidRPr="00E76F6C" w:rsidRDefault="00E76F6C" w:rsidP="00E76F6C">
      <w:pPr>
        <w:jc w:val="both"/>
        <w:rPr>
          <w:rFonts w:asciiTheme="majorHAnsi" w:hAnsiTheme="majorHAnsi" w:cstheme="majorHAnsi"/>
          <w:b/>
          <w:bCs/>
          <w:sz w:val="24"/>
          <w:szCs w:val="24"/>
          <w:lang w:val="pl-PL"/>
        </w:rPr>
      </w:pPr>
      <w:r w:rsidRPr="00E76F6C">
        <w:rPr>
          <w:rFonts w:asciiTheme="majorHAnsi" w:hAnsiTheme="majorHAnsi" w:cstheme="majorHAnsi"/>
          <w:b/>
          <w:bCs/>
          <w:sz w:val="24"/>
          <w:szCs w:val="24"/>
          <w:lang w:val="pl-PL"/>
        </w:rPr>
        <w:lastRenderedPageBreak/>
        <w:t>D. CZY WYKONAWCA JEST?</w:t>
      </w:r>
    </w:p>
    <w:p w14:paraId="3D7BA8A9" w14:textId="6B62DB09" w:rsidR="00E76F6C" w:rsidRPr="00E76F6C" w:rsidRDefault="00E76F6C" w:rsidP="00E76F6C">
      <w:pPr>
        <w:pStyle w:val="Akapitzlist"/>
        <w:numPr>
          <w:ilvl w:val="0"/>
          <w:numId w:val="16"/>
        </w:numPr>
        <w:jc w:val="both"/>
        <w:rPr>
          <w:rFonts w:cstheme="majorHAnsi"/>
          <w:lang w:val="pl-PL"/>
        </w:rPr>
      </w:pPr>
      <w:proofErr w:type="spellStart"/>
      <w:r w:rsidRPr="00E76F6C">
        <w:rPr>
          <w:rFonts w:cstheme="majorHAnsi"/>
          <w:lang w:val="pl-PL"/>
        </w:rPr>
        <w:t>mikroprzesiębiorstwem</w:t>
      </w:r>
      <w:proofErr w:type="spellEnd"/>
      <w:r w:rsidRPr="00E76F6C">
        <w:rPr>
          <w:rFonts w:cstheme="majorHAnsi"/>
          <w:lang w:val="pl-PL"/>
        </w:rPr>
        <w:t>,</w:t>
      </w:r>
    </w:p>
    <w:p w14:paraId="0BCC8FF4" w14:textId="6DA8B9C8" w:rsidR="00E76F6C" w:rsidRPr="00E76F6C" w:rsidRDefault="00E76F6C" w:rsidP="00E76F6C">
      <w:pPr>
        <w:pStyle w:val="Akapitzlist"/>
        <w:numPr>
          <w:ilvl w:val="0"/>
          <w:numId w:val="16"/>
        </w:numPr>
        <w:jc w:val="both"/>
        <w:rPr>
          <w:rFonts w:cstheme="majorHAnsi"/>
          <w:lang w:val="pl-PL"/>
        </w:rPr>
      </w:pPr>
      <w:r w:rsidRPr="00E76F6C">
        <w:rPr>
          <w:rFonts w:cstheme="majorHAnsi"/>
          <w:lang w:val="pl-PL"/>
        </w:rPr>
        <w:t>małym przedsiębiorstwem,</w:t>
      </w:r>
    </w:p>
    <w:p w14:paraId="49746695" w14:textId="7CEC29BC" w:rsidR="00E76F6C" w:rsidRPr="00E76F6C" w:rsidRDefault="00E76F6C" w:rsidP="00E76F6C">
      <w:pPr>
        <w:pStyle w:val="Akapitzlist"/>
        <w:numPr>
          <w:ilvl w:val="0"/>
          <w:numId w:val="16"/>
        </w:numPr>
        <w:jc w:val="both"/>
        <w:rPr>
          <w:rFonts w:cstheme="majorHAnsi"/>
          <w:lang w:val="pl-PL"/>
        </w:rPr>
      </w:pPr>
      <w:r w:rsidRPr="00E76F6C">
        <w:rPr>
          <w:rFonts w:cstheme="majorHAnsi"/>
          <w:lang w:val="pl-PL"/>
        </w:rPr>
        <w:t>średnim przedsiębiorstwem,</w:t>
      </w:r>
    </w:p>
    <w:p w14:paraId="66E0592D" w14:textId="0B0A09B6" w:rsidR="00E76F6C" w:rsidRPr="00E76F6C" w:rsidRDefault="00E76F6C" w:rsidP="00E76F6C">
      <w:pPr>
        <w:pStyle w:val="Akapitzlist"/>
        <w:numPr>
          <w:ilvl w:val="0"/>
          <w:numId w:val="16"/>
        </w:numPr>
        <w:jc w:val="both"/>
        <w:rPr>
          <w:rFonts w:cstheme="majorHAnsi"/>
          <w:lang w:val="pl-PL"/>
        </w:rPr>
      </w:pPr>
      <w:r w:rsidRPr="00E76F6C">
        <w:rPr>
          <w:rFonts w:cstheme="majorHAnsi"/>
          <w:lang w:val="pl-PL"/>
        </w:rPr>
        <w:t>jednoosobową działalnością gospodarczą,</w:t>
      </w:r>
    </w:p>
    <w:p w14:paraId="2ACAC306" w14:textId="1B233AB3" w:rsidR="00E76F6C" w:rsidRPr="00E76F6C" w:rsidRDefault="00E76F6C" w:rsidP="00E76F6C">
      <w:pPr>
        <w:pStyle w:val="Akapitzlist"/>
        <w:numPr>
          <w:ilvl w:val="0"/>
          <w:numId w:val="16"/>
        </w:numPr>
        <w:jc w:val="both"/>
        <w:rPr>
          <w:rFonts w:cstheme="majorHAnsi"/>
          <w:lang w:val="pl-PL"/>
        </w:rPr>
      </w:pPr>
      <w:r w:rsidRPr="00E76F6C">
        <w:rPr>
          <w:rFonts w:cstheme="majorHAnsi"/>
          <w:lang w:val="pl-PL"/>
        </w:rPr>
        <w:t>osobą fizyczną nieprowadzącą działalności gospodarczej,</w:t>
      </w:r>
    </w:p>
    <w:p w14:paraId="3CD124E0" w14:textId="66905E89" w:rsidR="00E76F6C" w:rsidRPr="00E76F6C" w:rsidRDefault="00E76F6C" w:rsidP="00E76F6C">
      <w:pPr>
        <w:pStyle w:val="Akapitzlist"/>
        <w:numPr>
          <w:ilvl w:val="0"/>
          <w:numId w:val="16"/>
        </w:numPr>
        <w:spacing w:after="0"/>
        <w:ind w:left="714" w:hanging="357"/>
        <w:jc w:val="both"/>
        <w:rPr>
          <w:rFonts w:cstheme="majorHAnsi"/>
          <w:lang w:val="pl-PL"/>
        </w:rPr>
      </w:pPr>
      <w:r w:rsidRPr="00E76F6C">
        <w:rPr>
          <w:rFonts w:cstheme="majorHAnsi"/>
          <w:lang w:val="pl-PL"/>
        </w:rPr>
        <w:t>inny rodzaj działalności (jaki? ………………………………………………………………………)</w:t>
      </w:r>
    </w:p>
    <w:p w14:paraId="145056B5" w14:textId="3E807879" w:rsidR="00E76F6C" w:rsidRPr="00E76F6C" w:rsidRDefault="00E76F6C" w:rsidP="00E76F6C">
      <w:pPr>
        <w:ind w:left="426"/>
        <w:jc w:val="both"/>
        <w:rPr>
          <w:rFonts w:cstheme="majorHAnsi"/>
          <w:i/>
          <w:iCs/>
          <w:lang w:val="pl-PL"/>
        </w:rPr>
      </w:pPr>
      <w:r w:rsidRPr="00E76F6C">
        <w:rPr>
          <w:rFonts w:cstheme="majorHAnsi"/>
          <w:i/>
          <w:iCs/>
          <w:lang w:val="pl-PL"/>
        </w:rPr>
        <w:t xml:space="preserve"> (zaznacz właściwe)</w:t>
      </w:r>
    </w:p>
    <w:p w14:paraId="2447FF3F" w14:textId="77777777" w:rsidR="00B70F42" w:rsidRPr="00B70F42" w:rsidRDefault="00B70F42" w:rsidP="00B70F42">
      <w:pPr>
        <w:rPr>
          <w:rFonts w:asciiTheme="majorHAnsi" w:hAnsiTheme="majorHAnsi" w:cstheme="majorHAnsi"/>
          <w:b/>
          <w:bCs/>
          <w:lang w:val="pl-PL"/>
        </w:rPr>
      </w:pPr>
      <w:r w:rsidRPr="00B70F42">
        <w:rPr>
          <w:rFonts w:asciiTheme="majorHAnsi" w:hAnsiTheme="majorHAnsi" w:cstheme="majorHAnsi"/>
          <w:b/>
          <w:bCs/>
          <w:lang w:val="pl-PL"/>
        </w:rPr>
        <w:t>Załączniki do oferty</w:t>
      </w:r>
    </w:p>
    <w:p w14:paraId="770EF6EF" w14:textId="21B92C7D" w:rsidR="00E76F6C" w:rsidRDefault="00E76F6C" w:rsidP="00C513D3">
      <w:pPr>
        <w:numPr>
          <w:ilvl w:val="0"/>
          <w:numId w:val="13"/>
        </w:numPr>
        <w:spacing w:after="0"/>
        <w:rPr>
          <w:rFonts w:cstheme="majorHAnsi"/>
          <w:lang w:val="pl-PL"/>
        </w:rPr>
      </w:pPr>
      <w:r>
        <w:rPr>
          <w:rFonts w:cstheme="majorHAnsi"/>
          <w:lang w:val="pl-PL"/>
        </w:rPr>
        <w:t>Uzupełniony Opis przedmiotu zamówienia – ze wskazaniem spełnienia wymogów technicznych pojazdu</w:t>
      </w:r>
      <w:r w:rsidR="004C0AC7">
        <w:rPr>
          <w:rFonts w:cstheme="majorHAnsi"/>
          <w:lang w:val="pl-PL"/>
        </w:rPr>
        <w:t xml:space="preserve"> (Załącznik nr 1)</w:t>
      </w:r>
    </w:p>
    <w:p w14:paraId="7917E2A2" w14:textId="560B59F4" w:rsidR="00B70F42" w:rsidRPr="00B70F42" w:rsidRDefault="00B70F42" w:rsidP="00C513D3">
      <w:pPr>
        <w:numPr>
          <w:ilvl w:val="0"/>
          <w:numId w:val="13"/>
        </w:numPr>
        <w:spacing w:after="0"/>
        <w:rPr>
          <w:rFonts w:cstheme="majorHAnsi"/>
          <w:lang w:val="pl-PL"/>
        </w:rPr>
      </w:pPr>
      <w:r w:rsidRPr="00B70F42">
        <w:rPr>
          <w:rFonts w:cstheme="majorHAnsi"/>
          <w:lang w:val="pl-PL"/>
        </w:rPr>
        <w:t>Karty katalogowe/foldery techniczne oferowan</w:t>
      </w:r>
      <w:r w:rsidR="004335E6">
        <w:rPr>
          <w:rFonts w:cstheme="majorHAnsi"/>
          <w:lang w:val="pl-PL"/>
        </w:rPr>
        <w:t>ych</w:t>
      </w:r>
      <w:r w:rsidRPr="00B70F42">
        <w:rPr>
          <w:rFonts w:cstheme="majorHAnsi"/>
          <w:lang w:val="pl-PL"/>
        </w:rPr>
        <w:t xml:space="preserve"> pojazd</w:t>
      </w:r>
      <w:r w:rsidR="004335E6">
        <w:rPr>
          <w:rFonts w:cstheme="majorHAnsi"/>
          <w:lang w:val="pl-PL"/>
        </w:rPr>
        <w:t>ów</w:t>
      </w:r>
      <w:r w:rsidRPr="00B70F42">
        <w:rPr>
          <w:rFonts w:cstheme="majorHAnsi"/>
          <w:lang w:val="pl-PL"/>
        </w:rPr>
        <w:t>.</w:t>
      </w:r>
    </w:p>
    <w:p w14:paraId="716D7549" w14:textId="1C949A1B" w:rsidR="00B70F42" w:rsidRPr="00B70F42" w:rsidRDefault="00B70F42" w:rsidP="00C513D3">
      <w:pPr>
        <w:pStyle w:val="Default"/>
        <w:numPr>
          <w:ilvl w:val="0"/>
          <w:numId w:val="13"/>
        </w:numPr>
        <w:ind w:left="714" w:hanging="357"/>
        <w:jc w:val="both"/>
        <w:rPr>
          <w:rFonts w:asciiTheme="minorHAnsi" w:hAnsiTheme="minorHAnsi" w:cstheme="majorHAnsi"/>
          <w:color w:val="auto"/>
          <w:sz w:val="22"/>
          <w:szCs w:val="22"/>
        </w:rPr>
      </w:pPr>
      <w:r w:rsidRPr="00B70F42">
        <w:rPr>
          <w:rFonts w:asciiTheme="minorHAnsi" w:hAnsiTheme="minorHAnsi" w:cstheme="majorHAnsi"/>
          <w:color w:val="auto"/>
          <w:sz w:val="22"/>
          <w:szCs w:val="22"/>
        </w:rPr>
        <w:t>Oświadczenie o braku podstaw wykluczenia oraz spełnieniu warunków udziału w postępowaniu.</w:t>
      </w:r>
      <w:r w:rsidR="00457705">
        <w:rPr>
          <w:rFonts w:asciiTheme="minorHAnsi" w:hAnsiTheme="minorHAnsi" w:cstheme="majorHAnsi"/>
          <w:color w:val="auto"/>
          <w:sz w:val="22"/>
          <w:szCs w:val="22"/>
        </w:rPr>
        <w:t xml:space="preserve"> (Załącznik nr 5)</w:t>
      </w:r>
    </w:p>
    <w:p w14:paraId="550A1DAF" w14:textId="77777777" w:rsidR="00B70F42" w:rsidRPr="00B70F42" w:rsidRDefault="00B70F42" w:rsidP="00C513D3">
      <w:pPr>
        <w:spacing w:after="0"/>
        <w:rPr>
          <w:b/>
          <w:bCs/>
          <w:lang w:val="pl-PL"/>
        </w:rPr>
      </w:pPr>
    </w:p>
    <w:p w14:paraId="07D0BC32" w14:textId="77777777" w:rsidR="00B70F42" w:rsidRPr="00B70F42" w:rsidRDefault="00B70F42" w:rsidP="00B70F42">
      <w:pPr>
        <w:rPr>
          <w:b/>
          <w:bCs/>
          <w:lang w:val="pl-PL"/>
        </w:rPr>
      </w:pPr>
    </w:p>
    <w:p w14:paraId="700C89CB" w14:textId="44B0B616" w:rsidR="00B70F42" w:rsidRPr="00B70F42" w:rsidRDefault="00B70F42" w:rsidP="00B70F42">
      <w:pPr>
        <w:spacing w:after="0"/>
        <w:rPr>
          <w:b/>
          <w:bCs/>
          <w:lang w:val="pl-PL"/>
        </w:rPr>
      </w:pPr>
      <w:r w:rsidRPr="00B70F42">
        <w:rPr>
          <w:rFonts w:asciiTheme="majorHAnsi" w:hAnsiTheme="majorHAnsi" w:cstheme="majorHAnsi"/>
          <w:lang w:val="pl-PL"/>
        </w:rPr>
        <w:t>...................................................</w:t>
      </w:r>
    </w:p>
    <w:p w14:paraId="04FD9475" w14:textId="4462F4A8" w:rsidR="00B70F42" w:rsidRPr="00B70F42" w:rsidRDefault="00B70F42" w:rsidP="00B70F42">
      <w:pPr>
        <w:tabs>
          <w:tab w:val="center" w:pos="6804"/>
        </w:tabs>
        <w:spacing w:after="0"/>
        <w:rPr>
          <w:rFonts w:asciiTheme="majorHAnsi" w:hAnsiTheme="majorHAnsi" w:cstheme="majorHAnsi"/>
          <w:lang w:val="pl-PL"/>
        </w:rPr>
      </w:pPr>
      <w:r w:rsidRPr="00B70F42">
        <w:rPr>
          <w:rFonts w:asciiTheme="majorHAnsi" w:hAnsiTheme="majorHAnsi" w:cstheme="majorHAnsi"/>
          <w:b/>
          <w:bCs/>
          <w:lang w:val="pl-PL"/>
        </w:rPr>
        <w:t>Miejscowość, data</w:t>
      </w:r>
      <w:r w:rsidRPr="00B70F42">
        <w:rPr>
          <w:rFonts w:asciiTheme="majorHAnsi" w:hAnsiTheme="majorHAnsi" w:cstheme="majorHAnsi"/>
          <w:lang w:val="pl-PL"/>
        </w:rPr>
        <w:tab/>
      </w:r>
      <w:r w:rsidRPr="00B70F42">
        <w:rPr>
          <w:rFonts w:asciiTheme="majorHAnsi" w:hAnsiTheme="majorHAnsi" w:cstheme="majorHAnsi"/>
          <w:b/>
          <w:bCs/>
          <w:lang w:val="pl-PL"/>
        </w:rPr>
        <w:t>Podpis i pieczęć Wykonawcy</w:t>
      </w:r>
    </w:p>
    <w:sectPr w:rsidR="00B70F42" w:rsidRPr="00B70F42" w:rsidSect="00120FA1">
      <w:headerReference w:type="default" r:id="rId8"/>
      <w:footerReference w:type="default" r:id="rId9"/>
      <w:pgSz w:w="12240" w:h="15840"/>
      <w:pgMar w:top="2410" w:right="1418" w:bottom="1418" w:left="1418" w:header="142"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53295" w14:textId="77777777" w:rsidR="00C317C9" w:rsidRDefault="00C317C9" w:rsidP="00120FA1">
      <w:pPr>
        <w:spacing w:after="0" w:line="240" w:lineRule="auto"/>
      </w:pPr>
      <w:r>
        <w:separator/>
      </w:r>
    </w:p>
  </w:endnote>
  <w:endnote w:type="continuationSeparator" w:id="0">
    <w:p w14:paraId="61835EC8" w14:textId="77777777" w:rsidR="00C317C9" w:rsidRDefault="00C317C9" w:rsidP="00120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6848" w14:textId="6706DD1D" w:rsidR="00120FA1" w:rsidRDefault="00120FA1" w:rsidP="00120FA1">
    <w:pPr>
      <w:pStyle w:val="Stopka"/>
      <w:rPr>
        <w:rFonts w:eastAsia="Times New Roman" w:cstheme="minorHAnsi"/>
        <w:noProof/>
        <w:color w:val="000000"/>
        <w:sz w:val="20"/>
        <w:szCs w:val="20"/>
        <w:u w:color="000000"/>
        <w:lang w:eastAsia="pl-PL"/>
      </w:rPr>
    </w:pPr>
    <w:r>
      <w:rPr>
        <w:rFonts w:eastAsia="Times New Roman" w:cstheme="minorHAnsi"/>
        <w:noProof/>
        <w:color w:val="000000"/>
        <w:sz w:val="20"/>
        <w:szCs w:val="20"/>
        <w:u w:color="000000"/>
        <w:lang w:eastAsia="pl-PL"/>
      </w:rPr>
      <w:t xml:space="preserve">Załącznik nr </w:t>
    </w:r>
    <w:r w:rsidR="00B70F42">
      <w:rPr>
        <w:rFonts w:eastAsia="Times New Roman" w:cstheme="minorHAnsi"/>
        <w:noProof/>
        <w:color w:val="000000"/>
        <w:sz w:val="20"/>
        <w:szCs w:val="20"/>
        <w:u w:color="000000"/>
        <w:lang w:eastAsia="pl-PL"/>
      </w:rPr>
      <w:t>2</w:t>
    </w:r>
    <w:r>
      <w:rPr>
        <w:rFonts w:eastAsia="Times New Roman" w:cstheme="minorHAnsi"/>
        <w:noProof/>
        <w:color w:val="000000"/>
        <w:sz w:val="20"/>
        <w:szCs w:val="20"/>
        <w:u w:color="000000"/>
        <w:lang w:eastAsia="pl-PL"/>
      </w:rPr>
      <w:t xml:space="preserve"> do SWZ. </w:t>
    </w:r>
    <w:r w:rsidR="00B70F42">
      <w:rPr>
        <w:rFonts w:eastAsia="Times New Roman" w:cstheme="minorHAnsi"/>
        <w:noProof/>
        <w:color w:val="000000"/>
        <w:sz w:val="20"/>
        <w:szCs w:val="20"/>
        <w:u w:color="000000"/>
        <w:lang w:eastAsia="pl-PL"/>
      </w:rPr>
      <w:t xml:space="preserve">Wzór </w:t>
    </w:r>
    <w:r w:rsidR="00925AB8">
      <w:rPr>
        <w:rFonts w:eastAsia="Times New Roman" w:cstheme="minorHAnsi"/>
        <w:noProof/>
        <w:color w:val="000000"/>
        <w:sz w:val="20"/>
        <w:szCs w:val="20"/>
        <w:u w:color="000000"/>
        <w:lang w:eastAsia="pl-PL"/>
      </w:rPr>
      <w:t>formularza ofertowego</w:t>
    </w:r>
  </w:p>
  <w:p w14:paraId="39AC9717" w14:textId="51A60BF7" w:rsidR="00120FA1" w:rsidRPr="00120FA1" w:rsidRDefault="00120FA1">
    <w:pPr>
      <w:pStyle w:val="Stopka"/>
      <w:rPr>
        <w:rFonts w:cstheme="minorHAnsi"/>
        <w:sz w:val="20"/>
        <w:szCs w:val="18"/>
      </w:rPr>
    </w:pPr>
    <w:r w:rsidRPr="00D035EA">
      <w:rPr>
        <w:rFonts w:eastAsia="Times New Roman" w:cstheme="minorHAnsi"/>
        <w:noProof/>
        <w:color w:val="000000"/>
        <w:sz w:val="20"/>
        <w:szCs w:val="20"/>
        <w:u w:color="000000"/>
        <w:lang w:eastAsia="pl-PL"/>
      </w:rPr>
      <w:t>Przygotował: Łukasz Bis, lukasz.bis@e-sokolow-mlp.pl</w:t>
    </w:r>
    <w:r w:rsidRPr="00D035EA">
      <w:rPr>
        <w:rFonts w:cstheme="minorHAnsi"/>
        <w:sz w:val="20"/>
        <w:szCs w:val="18"/>
      </w:rPr>
      <w:ptab w:relativeTo="margin" w:alignment="right" w:leader="none"/>
    </w:r>
    <w:sdt>
      <w:sdtPr>
        <w:rPr>
          <w:rFonts w:cstheme="minorHAnsi"/>
          <w:sz w:val="20"/>
          <w:szCs w:val="18"/>
        </w:rPr>
        <w:id w:val="346761292"/>
        <w:docPartObj>
          <w:docPartGallery w:val="Page Numbers (Bottom of Page)"/>
          <w:docPartUnique/>
        </w:docPartObj>
      </w:sdtPr>
      <w:sdtContent>
        <w:r w:rsidRPr="00D035EA">
          <w:rPr>
            <w:rFonts w:cstheme="minorHAnsi"/>
            <w:sz w:val="20"/>
            <w:szCs w:val="18"/>
          </w:rPr>
          <w:t xml:space="preserve">str. </w:t>
        </w:r>
        <w:r w:rsidRPr="00D035EA">
          <w:rPr>
            <w:rFonts w:cstheme="minorHAnsi"/>
            <w:sz w:val="20"/>
            <w:szCs w:val="18"/>
          </w:rPr>
          <w:fldChar w:fldCharType="begin"/>
        </w:r>
        <w:r w:rsidRPr="00D035EA">
          <w:rPr>
            <w:rFonts w:cstheme="minorHAnsi"/>
            <w:sz w:val="20"/>
            <w:szCs w:val="18"/>
          </w:rPr>
          <w:instrText>PAGE    \* MERGEFORMAT</w:instrText>
        </w:r>
        <w:r w:rsidRPr="00D035EA">
          <w:rPr>
            <w:rFonts w:cstheme="minorHAnsi"/>
            <w:sz w:val="20"/>
            <w:szCs w:val="18"/>
          </w:rPr>
          <w:fldChar w:fldCharType="separate"/>
        </w:r>
        <w:r>
          <w:rPr>
            <w:rFonts w:cstheme="minorHAnsi"/>
            <w:sz w:val="20"/>
            <w:szCs w:val="18"/>
          </w:rPr>
          <w:t>2</w:t>
        </w:r>
        <w:r w:rsidRPr="00D035EA">
          <w:rPr>
            <w:rFonts w:cstheme="minorHAnsi"/>
            <w:sz w:val="20"/>
            <w:szCs w:val="18"/>
          </w:rPr>
          <w:fldChar w:fldCharType="end"/>
        </w:r>
        <w:r w:rsidRPr="00D035EA">
          <w:rPr>
            <w:rFonts w:cstheme="minorHAnsi"/>
            <w:sz w:val="20"/>
            <w:szCs w:val="18"/>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35157" w14:textId="77777777" w:rsidR="00C317C9" w:rsidRDefault="00C317C9" w:rsidP="00120FA1">
      <w:pPr>
        <w:spacing w:after="0" w:line="240" w:lineRule="auto"/>
      </w:pPr>
      <w:r>
        <w:separator/>
      </w:r>
    </w:p>
  </w:footnote>
  <w:footnote w:type="continuationSeparator" w:id="0">
    <w:p w14:paraId="42DD9281" w14:textId="77777777" w:rsidR="00C317C9" w:rsidRDefault="00C317C9" w:rsidP="00120F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F3BC" w14:textId="77777777" w:rsidR="00120FA1" w:rsidRDefault="00120FA1" w:rsidP="00120FA1">
    <w:pPr>
      <w:pStyle w:val="Nagwek"/>
    </w:pPr>
    <w:r>
      <w:rPr>
        <w:noProof/>
      </w:rPr>
      <w:drawing>
        <wp:inline distT="0" distB="0" distL="0" distR="0" wp14:anchorId="2005BA42" wp14:editId="16C72FD3">
          <wp:extent cx="1539240" cy="813763"/>
          <wp:effectExtent l="0" t="0" r="3810" b="5715"/>
          <wp:docPr id="2030716631" name="Obraz 1" descr="System iPf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stem iPfr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5958" cy="817314"/>
                  </a:xfrm>
                  <a:prstGeom prst="rect">
                    <a:avLst/>
                  </a:prstGeom>
                  <a:noFill/>
                  <a:ln>
                    <a:noFill/>
                  </a:ln>
                </pic:spPr>
              </pic:pic>
            </a:graphicData>
          </a:graphic>
        </wp:inline>
      </w:drawing>
    </w:r>
    <w:r>
      <w:tab/>
    </w:r>
    <w:r>
      <w:tab/>
    </w:r>
    <w:r>
      <w:rPr>
        <w:noProof/>
      </w:rPr>
      <w:drawing>
        <wp:inline distT="0" distB="0" distL="0" distR="0" wp14:anchorId="72826DD1" wp14:editId="10BBE5A9">
          <wp:extent cx="1615440" cy="620500"/>
          <wp:effectExtent l="0" t="0" r="3810" b="0"/>
          <wp:docPr id="106354054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4192" cy="623862"/>
                  </a:xfrm>
                  <a:prstGeom prst="rect">
                    <a:avLst/>
                  </a:prstGeom>
                  <a:noFill/>
                  <a:ln>
                    <a:noFill/>
                  </a:ln>
                </pic:spPr>
              </pic:pic>
            </a:graphicData>
          </a:graphic>
        </wp:inline>
      </w:drawing>
    </w:r>
  </w:p>
  <w:p w14:paraId="543043FE" w14:textId="6F5DA49D" w:rsidR="00120FA1" w:rsidRPr="00D035EA" w:rsidRDefault="00120FA1" w:rsidP="00120FA1">
    <w:pPr>
      <w:pStyle w:val="Nagwek"/>
      <w:jc w:val="center"/>
      <w:rPr>
        <w:rFonts w:asciiTheme="majorHAnsi" w:hAnsiTheme="majorHAnsi" w:cstheme="majorHAnsi"/>
        <w:sz w:val="20"/>
        <w:szCs w:val="18"/>
      </w:rPr>
    </w:pPr>
    <w:bookmarkStart w:id="1" w:name="_Hlk209439092"/>
    <w:r w:rsidRPr="00D035EA">
      <w:rPr>
        <w:rFonts w:asciiTheme="majorHAnsi" w:hAnsiTheme="majorHAnsi" w:cstheme="majorHAnsi"/>
        <w:sz w:val="20"/>
        <w:szCs w:val="18"/>
      </w:rPr>
      <w:t>SO.27</w:t>
    </w:r>
    <w:r>
      <w:rPr>
        <w:rFonts w:asciiTheme="majorHAnsi" w:hAnsiTheme="majorHAnsi" w:cstheme="majorHAnsi"/>
        <w:sz w:val="20"/>
        <w:szCs w:val="18"/>
      </w:rPr>
      <w:t>2</w:t>
    </w:r>
    <w:r w:rsidRPr="00D035EA">
      <w:rPr>
        <w:rFonts w:asciiTheme="majorHAnsi" w:hAnsiTheme="majorHAnsi" w:cstheme="majorHAnsi"/>
        <w:sz w:val="20"/>
        <w:szCs w:val="18"/>
      </w:rPr>
      <w:t>.</w:t>
    </w:r>
    <w:r w:rsidR="004335E6">
      <w:rPr>
        <w:rFonts w:asciiTheme="majorHAnsi" w:hAnsiTheme="majorHAnsi" w:cstheme="majorHAnsi"/>
        <w:sz w:val="20"/>
        <w:szCs w:val="18"/>
      </w:rPr>
      <w:t>1</w:t>
    </w:r>
    <w:r w:rsidRPr="00D035EA">
      <w:rPr>
        <w:rFonts w:asciiTheme="majorHAnsi" w:hAnsiTheme="majorHAnsi" w:cstheme="majorHAnsi"/>
        <w:sz w:val="20"/>
        <w:szCs w:val="18"/>
      </w:rPr>
      <w:t>.202</w:t>
    </w:r>
    <w:r w:rsidR="004335E6">
      <w:rPr>
        <w:rFonts w:asciiTheme="majorHAnsi" w:hAnsiTheme="majorHAnsi" w:cstheme="majorHAnsi"/>
        <w:sz w:val="20"/>
        <w:szCs w:val="18"/>
      </w:rPr>
      <w:t>6</w:t>
    </w:r>
    <w:r w:rsidRPr="00D035EA">
      <w:rPr>
        <w:rFonts w:asciiTheme="majorHAnsi" w:hAnsiTheme="majorHAnsi" w:cstheme="majorHAnsi"/>
        <w:sz w:val="20"/>
        <w:szCs w:val="18"/>
      </w:rPr>
      <w:t>.ŁB</w:t>
    </w:r>
  </w:p>
  <w:bookmarkEnd w:id="1"/>
  <w:p w14:paraId="2C969210" w14:textId="0CB8C725" w:rsidR="00C7244E" w:rsidRDefault="00C7244E" w:rsidP="004335E6">
    <w:pPr>
      <w:pStyle w:val="Nagwek"/>
      <w:tabs>
        <w:tab w:val="left" w:pos="7797"/>
      </w:tabs>
      <w:jc w:val="center"/>
      <w:rPr>
        <w:rFonts w:asciiTheme="majorHAnsi" w:hAnsiTheme="majorHAnsi" w:cstheme="majorHAnsi"/>
        <w:sz w:val="20"/>
        <w:szCs w:val="18"/>
      </w:rPr>
    </w:pPr>
    <w:r w:rsidRPr="00C7244E">
      <w:rPr>
        <w:rFonts w:asciiTheme="majorHAnsi" w:hAnsiTheme="majorHAnsi" w:cstheme="majorHAnsi"/>
        <w:sz w:val="20"/>
        <w:szCs w:val="18"/>
      </w:rPr>
      <w:t xml:space="preserve">Transport </w:t>
    </w:r>
    <w:proofErr w:type="spellStart"/>
    <w:r w:rsidRPr="00C7244E">
      <w:rPr>
        <w:rFonts w:asciiTheme="majorHAnsi" w:hAnsiTheme="majorHAnsi" w:cstheme="majorHAnsi"/>
        <w:sz w:val="20"/>
        <w:szCs w:val="18"/>
      </w:rPr>
      <w:t>pełen</w:t>
    </w:r>
    <w:proofErr w:type="spellEnd"/>
    <w:r w:rsidRPr="00C7244E">
      <w:rPr>
        <w:rFonts w:asciiTheme="majorHAnsi" w:hAnsiTheme="majorHAnsi" w:cstheme="majorHAnsi"/>
        <w:sz w:val="20"/>
        <w:szCs w:val="18"/>
      </w:rPr>
      <w:t xml:space="preserve"> </w:t>
    </w:r>
    <w:proofErr w:type="spellStart"/>
    <w:r w:rsidRPr="00C7244E">
      <w:rPr>
        <w:rFonts w:asciiTheme="majorHAnsi" w:hAnsiTheme="majorHAnsi" w:cstheme="majorHAnsi"/>
        <w:sz w:val="20"/>
        <w:szCs w:val="18"/>
      </w:rPr>
      <w:t>możliwości</w:t>
    </w:r>
    <w:proofErr w:type="spellEnd"/>
    <w:r w:rsidRPr="00C7244E">
      <w:rPr>
        <w:rFonts w:asciiTheme="majorHAnsi" w:hAnsiTheme="majorHAnsi" w:cstheme="majorHAnsi"/>
        <w:sz w:val="20"/>
        <w:szCs w:val="18"/>
      </w:rPr>
      <w:t xml:space="preserve"> – </w:t>
    </w:r>
    <w:proofErr w:type="spellStart"/>
    <w:r w:rsidRPr="00C7244E">
      <w:rPr>
        <w:rFonts w:asciiTheme="majorHAnsi" w:hAnsiTheme="majorHAnsi" w:cstheme="majorHAnsi"/>
        <w:sz w:val="20"/>
        <w:szCs w:val="18"/>
      </w:rPr>
      <w:t>Zakup</w:t>
    </w:r>
    <w:proofErr w:type="spellEnd"/>
    <w:r w:rsidRPr="00C7244E">
      <w:rPr>
        <w:rFonts w:asciiTheme="majorHAnsi" w:hAnsiTheme="majorHAnsi" w:cstheme="majorHAnsi"/>
        <w:sz w:val="20"/>
        <w:szCs w:val="18"/>
      </w:rPr>
      <w:t xml:space="preserve"> </w:t>
    </w:r>
    <w:proofErr w:type="spellStart"/>
    <w:r w:rsidR="004335E6">
      <w:rPr>
        <w:rFonts w:asciiTheme="majorHAnsi" w:hAnsiTheme="majorHAnsi" w:cstheme="majorHAnsi"/>
        <w:sz w:val="20"/>
        <w:szCs w:val="18"/>
      </w:rPr>
      <w:t>dwóch</w:t>
    </w:r>
    <w:proofErr w:type="spellEnd"/>
    <w:r w:rsidR="004335E6">
      <w:rPr>
        <w:rFonts w:asciiTheme="majorHAnsi" w:hAnsiTheme="majorHAnsi" w:cstheme="majorHAnsi"/>
        <w:sz w:val="20"/>
        <w:szCs w:val="18"/>
      </w:rPr>
      <w:t xml:space="preserve"> </w:t>
    </w:r>
    <w:r w:rsidRPr="00C7244E">
      <w:rPr>
        <w:rFonts w:asciiTheme="majorHAnsi" w:hAnsiTheme="majorHAnsi" w:cstheme="majorHAnsi"/>
        <w:sz w:val="20"/>
        <w:szCs w:val="18"/>
      </w:rPr>
      <w:t>9-osobow</w:t>
    </w:r>
    <w:r w:rsidR="004335E6">
      <w:rPr>
        <w:rFonts w:asciiTheme="majorHAnsi" w:hAnsiTheme="majorHAnsi" w:cstheme="majorHAnsi"/>
        <w:sz w:val="20"/>
        <w:szCs w:val="18"/>
      </w:rPr>
      <w:t xml:space="preserve">ych </w:t>
    </w:r>
    <w:proofErr w:type="spellStart"/>
    <w:r w:rsidRPr="00C7244E">
      <w:rPr>
        <w:rFonts w:asciiTheme="majorHAnsi" w:hAnsiTheme="majorHAnsi" w:cstheme="majorHAnsi"/>
        <w:sz w:val="20"/>
        <w:szCs w:val="18"/>
      </w:rPr>
      <w:t>samochod</w:t>
    </w:r>
    <w:r w:rsidR="004335E6">
      <w:rPr>
        <w:rFonts w:asciiTheme="majorHAnsi" w:hAnsiTheme="majorHAnsi" w:cstheme="majorHAnsi"/>
        <w:sz w:val="20"/>
        <w:szCs w:val="18"/>
      </w:rPr>
      <w:t>ów</w:t>
    </w:r>
    <w:proofErr w:type="spellEnd"/>
    <w:r w:rsidR="004335E6">
      <w:rPr>
        <w:rFonts w:asciiTheme="majorHAnsi" w:hAnsiTheme="majorHAnsi" w:cstheme="majorHAnsi"/>
        <w:sz w:val="20"/>
        <w:szCs w:val="18"/>
      </w:rPr>
      <w:t xml:space="preserve"> </w:t>
    </w:r>
    <w:r w:rsidRPr="00C7244E">
      <w:rPr>
        <w:rFonts w:asciiTheme="majorHAnsi" w:hAnsiTheme="majorHAnsi" w:cstheme="majorHAnsi"/>
        <w:sz w:val="20"/>
        <w:szCs w:val="18"/>
      </w:rPr>
      <w:t xml:space="preserve">do </w:t>
    </w:r>
    <w:proofErr w:type="spellStart"/>
    <w:r w:rsidRPr="00C7244E">
      <w:rPr>
        <w:rFonts w:asciiTheme="majorHAnsi" w:hAnsiTheme="majorHAnsi" w:cstheme="majorHAnsi"/>
        <w:sz w:val="20"/>
        <w:szCs w:val="18"/>
      </w:rPr>
      <w:t>przewozu</w:t>
    </w:r>
    <w:proofErr w:type="spellEnd"/>
    <w:r w:rsidRPr="00C7244E">
      <w:rPr>
        <w:rFonts w:asciiTheme="majorHAnsi" w:hAnsiTheme="majorHAnsi" w:cstheme="majorHAnsi"/>
        <w:sz w:val="20"/>
        <w:szCs w:val="18"/>
      </w:rPr>
      <w:t xml:space="preserve"> </w:t>
    </w:r>
    <w:proofErr w:type="spellStart"/>
    <w:r w:rsidRPr="00C7244E">
      <w:rPr>
        <w:rFonts w:asciiTheme="majorHAnsi" w:hAnsiTheme="majorHAnsi" w:cstheme="majorHAnsi"/>
        <w:sz w:val="20"/>
        <w:szCs w:val="18"/>
      </w:rPr>
      <w:t>osób</w:t>
    </w:r>
    <w:proofErr w:type="spellEnd"/>
    <w:r w:rsidRPr="00C7244E">
      <w:rPr>
        <w:rFonts w:asciiTheme="majorHAnsi" w:hAnsiTheme="majorHAnsi" w:cstheme="majorHAnsi"/>
        <w:sz w:val="20"/>
        <w:szCs w:val="18"/>
      </w:rPr>
      <w:t xml:space="preserve"> </w:t>
    </w:r>
    <w:proofErr w:type="spellStart"/>
    <w:r w:rsidRPr="00C7244E">
      <w:rPr>
        <w:rFonts w:asciiTheme="majorHAnsi" w:hAnsiTheme="majorHAnsi" w:cstheme="majorHAnsi"/>
        <w:sz w:val="20"/>
        <w:szCs w:val="18"/>
      </w:rPr>
      <w:t>niepełnosprawnych</w:t>
    </w:r>
    <w:proofErr w:type="spellEnd"/>
    <w:r w:rsidRPr="00C7244E">
      <w:rPr>
        <w:rFonts w:asciiTheme="majorHAnsi" w:hAnsiTheme="majorHAnsi" w:cstheme="majorHAnsi"/>
        <w:sz w:val="20"/>
        <w:szCs w:val="18"/>
      </w:rPr>
      <w:t xml:space="preserve"> z</w:t>
    </w:r>
    <w:r w:rsidR="004335E6">
      <w:rPr>
        <w:rFonts w:asciiTheme="majorHAnsi" w:hAnsiTheme="majorHAnsi" w:cstheme="majorHAnsi"/>
        <w:sz w:val="20"/>
        <w:szCs w:val="18"/>
      </w:rPr>
      <w:t> </w:t>
    </w:r>
    <w:proofErr w:type="spellStart"/>
    <w:r w:rsidRPr="00C7244E">
      <w:rPr>
        <w:rFonts w:asciiTheme="majorHAnsi" w:hAnsiTheme="majorHAnsi" w:cstheme="majorHAnsi"/>
        <w:sz w:val="20"/>
        <w:szCs w:val="18"/>
      </w:rPr>
      <w:t>terenu</w:t>
    </w:r>
    <w:proofErr w:type="spellEnd"/>
    <w:r w:rsidRPr="00C7244E">
      <w:rPr>
        <w:rFonts w:asciiTheme="majorHAnsi" w:hAnsiTheme="majorHAnsi" w:cstheme="majorHAnsi"/>
        <w:sz w:val="20"/>
        <w:szCs w:val="18"/>
      </w:rPr>
      <w:t xml:space="preserve"> </w:t>
    </w:r>
    <w:proofErr w:type="spellStart"/>
    <w:r w:rsidRPr="00C7244E">
      <w:rPr>
        <w:rFonts w:asciiTheme="majorHAnsi" w:hAnsiTheme="majorHAnsi" w:cstheme="majorHAnsi"/>
        <w:sz w:val="20"/>
        <w:szCs w:val="18"/>
      </w:rPr>
      <w:t>Gminy</w:t>
    </w:r>
    <w:proofErr w:type="spellEnd"/>
    <w:r w:rsidRPr="00C7244E">
      <w:rPr>
        <w:rFonts w:asciiTheme="majorHAnsi" w:hAnsiTheme="majorHAnsi" w:cstheme="majorHAnsi"/>
        <w:sz w:val="20"/>
        <w:szCs w:val="18"/>
      </w:rPr>
      <w:t xml:space="preserve"> </w:t>
    </w:r>
    <w:proofErr w:type="spellStart"/>
    <w:r w:rsidRPr="00C7244E">
      <w:rPr>
        <w:rFonts w:asciiTheme="majorHAnsi" w:hAnsiTheme="majorHAnsi" w:cstheme="majorHAnsi"/>
        <w:sz w:val="20"/>
        <w:szCs w:val="18"/>
      </w:rPr>
      <w:t>Sokołów</w:t>
    </w:r>
    <w:proofErr w:type="spellEnd"/>
    <w:r w:rsidRPr="00C7244E">
      <w:rPr>
        <w:rFonts w:asciiTheme="majorHAnsi" w:hAnsiTheme="majorHAnsi" w:cstheme="majorHAnsi"/>
        <w:sz w:val="20"/>
        <w:szCs w:val="18"/>
      </w:rPr>
      <w:t xml:space="preserve"> </w:t>
    </w:r>
    <w:proofErr w:type="spellStart"/>
    <w:r w:rsidRPr="00C7244E">
      <w:rPr>
        <w:rFonts w:asciiTheme="majorHAnsi" w:hAnsiTheme="majorHAnsi" w:cstheme="majorHAnsi"/>
        <w:sz w:val="20"/>
        <w:szCs w:val="18"/>
      </w:rPr>
      <w:t>Małopolski</w:t>
    </w:r>
    <w:proofErr w:type="spellEnd"/>
  </w:p>
  <w:p w14:paraId="5AAD592A" w14:textId="4A493D27" w:rsidR="00120FA1" w:rsidRPr="00D035EA" w:rsidRDefault="00120FA1" w:rsidP="00120FA1">
    <w:pPr>
      <w:pStyle w:val="Nagwek"/>
      <w:jc w:val="center"/>
      <w:rPr>
        <w:rFonts w:asciiTheme="majorHAnsi" w:hAnsiTheme="majorHAnsi" w:cstheme="majorHAnsi"/>
        <w:sz w:val="20"/>
        <w:szCs w:val="18"/>
      </w:rPr>
    </w:pPr>
    <w:r w:rsidRPr="00D035EA">
      <w:rPr>
        <w:rFonts w:asciiTheme="majorHAnsi" w:hAnsiTheme="majorHAnsi" w:cstheme="majorHAnsi"/>
        <w:sz w:val="20"/>
        <w:szCs w:val="18"/>
      </w:rPr>
      <w:t xml:space="preserve">Program </w:t>
    </w:r>
    <w:proofErr w:type="spellStart"/>
    <w:r w:rsidRPr="00D035EA">
      <w:rPr>
        <w:rFonts w:asciiTheme="majorHAnsi" w:hAnsiTheme="majorHAnsi" w:cstheme="majorHAnsi"/>
        <w:sz w:val="20"/>
        <w:szCs w:val="18"/>
      </w:rPr>
      <w:t>wyrównywania</w:t>
    </w:r>
    <w:proofErr w:type="spellEnd"/>
    <w:r w:rsidRPr="00D035EA">
      <w:rPr>
        <w:rFonts w:asciiTheme="majorHAnsi" w:hAnsiTheme="majorHAnsi" w:cstheme="majorHAnsi"/>
        <w:sz w:val="20"/>
        <w:szCs w:val="18"/>
      </w:rPr>
      <w:t xml:space="preserve"> </w:t>
    </w:r>
    <w:proofErr w:type="spellStart"/>
    <w:r w:rsidRPr="00D035EA">
      <w:rPr>
        <w:rFonts w:asciiTheme="majorHAnsi" w:hAnsiTheme="majorHAnsi" w:cstheme="majorHAnsi"/>
        <w:sz w:val="20"/>
        <w:szCs w:val="18"/>
      </w:rPr>
      <w:t>różnic</w:t>
    </w:r>
    <w:proofErr w:type="spellEnd"/>
    <w:r w:rsidRPr="00D035EA">
      <w:rPr>
        <w:rFonts w:asciiTheme="majorHAnsi" w:hAnsiTheme="majorHAnsi" w:cstheme="majorHAnsi"/>
        <w:sz w:val="20"/>
        <w:szCs w:val="18"/>
      </w:rPr>
      <w:t xml:space="preserve"> </w:t>
    </w:r>
    <w:proofErr w:type="spellStart"/>
    <w:r w:rsidRPr="00D035EA">
      <w:rPr>
        <w:rFonts w:asciiTheme="majorHAnsi" w:hAnsiTheme="majorHAnsi" w:cstheme="majorHAnsi"/>
        <w:sz w:val="20"/>
        <w:szCs w:val="18"/>
      </w:rPr>
      <w:t>między</w:t>
    </w:r>
    <w:proofErr w:type="spellEnd"/>
    <w:r w:rsidRPr="00D035EA">
      <w:rPr>
        <w:rFonts w:asciiTheme="majorHAnsi" w:hAnsiTheme="majorHAnsi" w:cstheme="majorHAnsi"/>
        <w:sz w:val="20"/>
        <w:szCs w:val="18"/>
      </w:rPr>
      <w:t xml:space="preserve"> </w:t>
    </w:r>
    <w:proofErr w:type="spellStart"/>
    <w:r w:rsidRPr="00D035EA">
      <w:rPr>
        <w:rFonts w:asciiTheme="majorHAnsi" w:hAnsiTheme="majorHAnsi" w:cstheme="majorHAnsi"/>
        <w:sz w:val="20"/>
        <w:szCs w:val="18"/>
      </w:rPr>
      <w:t>regionami</w:t>
    </w:r>
    <w:proofErr w:type="spellEnd"/>
    <w:r w:rsidRPr="00D035EA">
      <w:rPr>
        <w:rFonts w:asciiTheme="majorHAnsi" w:hAnsiTheme="majorHAnsi" w:cstheme="majorHAnsi"/>
        <w:sz w:val="20"/>
        <w:szCs w:val="18"/>
      </w:rPr>
      <w:t xml:space="preserve"> III – </w:t>
    </w:r>
    <w:proofErr w:type="spellStart"/>
    <w:r w:rsidRPr="00D035EA">
      <w:rPr>
        <w:rFonts w:asciiTheme="majorHAnsi" w:hAnsiTheme="majorHAnsi" w:cstheme="majorHAnsi"/>
        <w:sz w:val="20"/>
        <w:szCs w:val="18"/>
      </w:rPr>
      <w:t>Obszar</w:t>
    </w:r>
    <w:proofErr w:type="spellEnd"/>
    <w:r w:rsidRPr="00D035EA">
      <w:rPr>
        <w:rFonts w:asciiTheme="majorHAnsi" w:hAnsiTheme="majorHAnsi" w:cstheme="majorHAnsi"/>
        <w:sz w:val="20"/>
        <w:szCs w:val="18"/>
      </w:rPr>
      <w:t xml:space="preserve"> D – 202</w:t>
    </w:r>
    <w:r w:rsidR="00C7244E">
      <w:rPr>
        <w:rFonts w:asciiTheme="majorHAnsi" w:hAnsiTheme="majorHAnsi" w:cstheme="majorHAnsi"/>
        <w:sz w:val="20"/>
        <w:szCs w:val="18"/>
      </w:rPr>
      <w:t>6</w:t>
    </w:r>
    <w:r w:rsidRPr="00D035EA">
      <w:rPr>
        <w:rFonts w:asciiTheme="majorHAnsi" w:hAnsiTheme="majorHAnsi" w:cstheme="majorHAnsi"/>
        <w:sz w:val="20"/>
        <w:szCs w:val="18"/>
      </w:rPr>
      <w:t xml:space="preserve"> </w:t>
    </w:r>
    <w:proofErr w:type="spellStart"/>
    <w:r w:rsidRPr="00D035EA">
      <w:rPr>
        <w:rFonts w:asciiTheme="majorHAnsi" w:hAnsiTheme="majorHAnsi" w:cstheme="majorHAnsi"/>
        <w:sz w:val="20"/>
        <w:szCs w:val="18"/>
      </w:rPr>
      <w:t>rok</w:t>
    </w:r>
    <w:proofErr w:type="spellEnd"/>
  </w:p>
  <w:p w14:paraId="47427DB1" w14:textId="77777777" w:rsidR="00120FA1" w:rsidRPr="00D035EA" w:rsidRDefault="00120FA1" w:rsidP="00120FA1">
    <w:pPr>
      <w:pStyle w:val="Nagwek"/>
      <w:jc w:val="center"/>
      <w:rPr>
        <w:rFonts w:asciiTheme="majorHAnsi" w:hAnsiTheme="majorHAnsi" w:cstheme="majorHAnsi"/>
        <w:sz w:val="20"/>
        <w:szCs w:val="18"/>
      </w:rPr>
    </w:pPr>
    <w:proofErr w:type="spellStart"/>
    <w:r w:rsidRPr="00D035EA">
      <w:rPr>
        <w:rFonts w:asciiTheme="majorHAnsi" w:hAnsiTheme="majorHAnsi" w:cstheme="majorHAnsi"/>
        <w:sz w:val="20"/>
        <w:szCs w:val="18"/>
      </w:rPr>
      <w:t>Gmina</w:t>
    </w:r>
    <w:proofErr w:type="spellEnd"/>
    <w:r w:rsidRPr="00D035EA">
      <w:rPr>
        <w:rFonts w:asciiTheme="majorHAnsi" w:hAnsiTheme="majorHAnsi" w:cstheme="majorHAnsi"/>
        <w:sz w:val="20"/>
        <w:szCs w:val="18"/>
      </w:rPr>
      <w:t xml:space="preserve"> </w:t>
    </w:r>
    <w:proofErr w:type="spellStart"/>
    <w:r w:rsidRPr="00D035EA">
      <w:rPr>
        <w:rFonts w:asciiTheme="majorHAnsi" w:hAnsiTheme="majorHAnsi" w:cstheme="majorHAnsi"/>
        <w:sz w:val="20"/>
        <w:szCs w:val="18"/>
      </w:rPr>
      <w:t>Sokołów</w:t>
    </w:r>
    <w:proofErr w:type="spellEnd"/>
    <w:r w:rsidRPr="00D035EA">
      <w:rPr>
        <w:rFonts w:asciiTheme="majorHAnsi" w:hAnsiTheme="majorHAnsi" w:cstheme="majorHAnsi"/>
        <w:sz w:val="20"/>
        <w:szCs w:val="18"/>
      </w:rPr>
      <w:t xml:space="preserve"> </w:t>
    </w:r>
    <w:proofErr w:type="spellStart"/>
    <w:r w:rsidRPr="00D035EA">
      <w:rPr>
        <w:rFonts w:asciiTheme="majorHAnsi" w:hAnsiTheme="majorHAnsi" w:cstheme="majorHAnsi"/>
        <w:sz w:val="20"/>
        <w:szCs w:val="18"/>
      </w:rPr>
      <w:t>Małopolski</w:t>
    </w:r>
    <w:proofErr w:type="spellEnd"/>
  </w:p>
  <w:p w14:paraId="1D19DE07" w14:textId="77777777" w:rsidR="00120FA1" w:rsidRDefault="00120FA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E3C5064"/>
    <w:multiLevelType w:val="hybridMultilevel"/>
    <w:tmpl w:val="8CB8F9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8CE720E"/>
    <w:multiLevelType w:val="multilevel"/>
    <w:tmpl w:val="835C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93327F"/>
    <w:multiLevelType w:val="multilevel"/>
    <w:tmpl w:val="F110995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5077A9"/>
    <w:multiLevelType w:val="hybridMultilevel"/>
    <w:tmpl w:val="D1E4A726"/>
    <w:lvl w:ilvl="0" w:tplc="89949D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D9D7815"/>
    <w:multiLevelType w:val="multilevel"/>
    <w:tmpl w:val="1D8E5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3446F3"/>
    <w:multiLevelType w:val="multilevel"/>
    <w:tmpl w:val="4EB604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595893"/>
    <w:multiLevelType w:val="multilevel"/>
    <w:tmpl w:val="8910C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8234237">
    <w:abstractNumId w:val="8"/>
  </w:num>
  <w:num w:numId="2" w16cid:durableId="1129323182">
    <w:abstractNumId w:val="6"/>
  </w:num>
  <w:num w:numId="3" w16cid:durableId="264656577">
    <w:abstractNumId w:val="5"/>
  </w:num>
  <w:num w:numId="4" w16cid:durableId="1617638996">
    <w:abstractNumId w:val="4"/>
  </w:num>
  <w:num w:numId="5" w16cid:durableId="1350133160">
    <w:abstractNumId w:val="7"/>
  </w:num>
  <w:num w:numId="6" w16cid:durableId="1739788851">
    <w:abstractNumId w:val="3"/>
  </w:num>
  <w:num w:numId="7" w16cid:durableId="2103409382">
    <w:abstractNumId w:val="2"/>
  </w:num>
  <w:num w:numId="8" w16cid:durableId="676275416">
    <w:abstractNumId w:val="1"/>
  </w:num>
  <w:num w:numId="9" w16cid:durableId="1394162419">
    <w:abstractNumId w:val="0"/>
  </w:num>
  <w:num w:numId="10" w16cid:durableId="657155643">
    <w:abstractNumId w:val="13"/>
  </w:num>
  <w:num w:numId="11" w16cid:durableId="2114588749">
    <w:abstractNumId w:val="10"/>
  </w:num>
  <w:num w:numId="12" w16cid:durableId="51731314">
    <w:abstractNumId w:val="14"/>
  </w:num>
  <w:num w:numId="13" w16cid:durableId="20015810">
    <w:abstractNumId w:val="15"/>
  </w:num>
  <w:num w:numId="14" w16cid:durableId="2134666163">
    <w:abstractNumId w:val="11"/>
  </w:num>
  <w:num w:numId="15" w16cid:durableId="1842967586">
    <w:abstractNumId w:val="9"/>
  </w:num>
  <w:num w:numId="16" w16cid:durableId="15579351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6441"/>
    <w:rsid w:val="0006063C"/>
    <w:rsid w:val="0010690B"/>
    <w:rsid w:val="00120FA1"/>
    <w:rsid w:val="0015074B"/>
    <w:rsid w:val="0029639D"/>
    <w:rsid w:val="00326F90"/>
    <w:rsid w:val="00336C56"/>
    <w:rsid w:val="003979D0"/>
    <w:rsid w:val="004335E6"/>
    <w:rsid w:val="00457705"/>
    <w:rsid w:val="004A1745"/>
    <w:rsid w:val="004C0AC7"/>
    <w:rsid w:val="00541319"/>
    <w:rsid w:val="005A1C22"/>
    <w:rsid w:val="005E4C9F"/>
    <w:rsid w:val="006376F5"/>
    <w:rsid w:val="00671738"/>
    <w:rsid w:val="006923AA"/>
    <w:rsid w:val="007164DD"/>
    <w:rsid w:val="00836457"/>
    <w:rsid w:val="008E6EBC"/>
    <w:rsid w:val="00925AB8"/>
    <w:rsid w:val="009969CF"/>
    <w:rsid w:val="00A8172D"/>
    <w:rsid w:val="00AA1D8D"/>
    <w:rsid w:val="00B47730"/>
    <w:rsid w:val="00B70F42"/>
    <w:rsid w:val="00BD34D1"/>
    <w:rsid w:val="00C15AE8"/>
    <w:rsid w:val="00C317C9"/>
    <w:rsid w:val="00C37AD0"/>
    <w:rsid w:val="00C513D3"/>
    <w:rsid w:val="00C71874"/>
    <w:rsid w:val="00C7244E"/>
    <w:rsid w:val="00CB0664"/>
    <w:rsid w:val="00CC071A"/>
    <w:rsid w:val="00CF487C"/>
    <w:rsid w:val="00D166C7"/>
    <w:rsid w:val="00D64287"/>
    <w:rsid w:val="00D909D7"/>
    <w:rsid w:val="00D94CE3"/>
    <w:rsid w:val="00DC18B1"/>
    <w:rsid w:val="00E76F6C"/>
    <w:rsid w:val="00EC2BB2"/>
    <w:rsid w:val="00F17F2E"/>
    <w:rsid w:val="00FC693F"/>
    <w:rsid w:val="00FE38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9E446"/>
  <w14:defaultImageDpi w14:val="300"/>
  <w15:docId w15:val="{15E5A5C7-FF55-4352-8B0C-A1503B57C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style>
  <w:style w:type="paragraph" w:styleId="Nagwek1">
    <w:name w:val="heading 1"/>
    <w:basedOn w:val="Normalny"/>
    <w:next w:val="Normalny"/>
    <w:link w:val="Nagwek1Znak"/>
    <w:autoRedefine/>
    <w:uiPriority w:val="9"/>
    <w:qFormat/>
    <w:rsid w:val="004A1745"/>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Nagwek2">
    <w:name w:val="heading 2"/>
    <w:basedOn w:val="Normalny"/>
    <w:next w:val="Normalny"/>
    <w:link w:val="Nagwek2Znak"/>
    <w:autoRedefine/>
    <w:uiPriority w:val="9"/>
    <w:unhideWhenUsed/>
    <w:qFormat/>
    <w:rsid w:val="004A1745"/>
    <w:pPr>
      <w:keepNext/>
      <w:keepLines/>
      <w:spacing w:before="200" w:after="0"/>
      <w:outlineLvl w:val="1"/>
    </w:pPr>
    <w:rPr>
      <w:rFonts w:asciiTheme="majorHAnsi" w:eastAsiaTheme="majorEastAsia" w:hAnsiTheme="majorHAnsi" w:cstheme="majorBidi"/>
      <w:b/>
      <w:bCs/>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4A1745"/>
    <w:rPr>
      <w:rFonts w:asciiTheme="majorHAnsi" w:eastAsiaTheme="majorEastAsia" w:hAnsiTheme="majorHAnsi" w:cstheme="majorBidi"/>
      <w:b/>
      <w:bCs/>
      <w:color w:val="000000" w:themeColor="text1"/>
      <w:sz w:val="28"/>
      <w:szCs w:val="28"/>
    </w:rPr>
  </w:style>
  <w:style w:type="character" w:customStyle="1" w:styleId="Nagwek2Znak">
    <w:name w:val="Nagłówek 2 Znak"/>
    <w:basedOn w:val="Domylnaczcionkaakapitu"/>
    <w:link w:val="Nagwek2"/>
    <w:uiPriority w:val="9"/>
    <w:rsid w:val="004A1745"/>
    <w:rPr>
      <w:rFonts w:asciiTheme="majorHAnsi" w:eastAsiaTheme="majorEastAsia" w:hAnsiTheme="majorHAnsi" w:cstheme="majorBidi"/>
      <w:b/>
      <w:bCs/>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B70F42"/>
    <w:pPr>
      <w:autoSpaceDE w:val="0"/>
      <w:autoSpaceDN w:val="0"/>
      <w:adjustRightInd w:val="0"/>
      <w:spacing w:after="0" w:line="240" w:lineRule="auto"/>
    </w:pPr>
    <w:rPr>
      <w:rFonts w:ascii="Arial" w:eastAsiaTheme="minorHAnsi" w:hAnsi="Arial" w:cs="Arial"/>
      <w:color w:val="000000"/>
      <w:sz w:val="24"/>
      <w:szCs w:val="24"/>
      <w:lang w:val="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879</Words>
  <Characters>5280</Characters>
  <Application>Microsoft Office Word</Application>
  <DocSecurity>0</DocSecurity>
  <Lines>44</Lines>
  <Paragraphs>12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Łukasz Bis</cp:lastModifiedBy>
  <cp:revision>12</cp:revision>
  <cp:lastPrinted>2025-10-02T10:01:00Z</cp:lastPrinted>
  <dcterms:created xsi:type="dcterms:W3CDTF">2025-10-01T08:57:00Z</dcterms:created>
  <dcterms:modified xsi:type="dcterms:W3CDTF">2026-08-20T07:51:00Z</dcterms:modified>
  <cp:category/>
</cp:coreProperties>
</file>