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Times New Roman" w:hAnsi="Times New Roman"/>
          <w:b/>
          <w:sz w:val="24"/>
        </w:rPr>
        <w:t>ZAŁĄCZNIK NR 4 DO SWZ</w:t>
      </w:r>
    </w:p>
    <w:p>
      <w:pPr>
        <w:spacing w:after="100"/>
        <w:jc w:val="center"/>
      </w:pPr>
      <w:r>
        <w:rPr>
          <w:rFonts w:ascii="Times New Roman" w:hAnsi="Times New Roman"/>
          <w:b/>
          <w:sz w:val="30"/>
        </w:rPr>
        <w:t>WYKAZ ROBÓT BUDOWLANYCH</w:t>
      </w:r>
    </w:p>
    <w:p>
      <w:pPr>
        <w:spacing w:after="240"/>
        <w:jc w:val="center"/>
      </w:pPr>
      <w:r>
        <w:rPr>
          <w:rFonts w:ascii="Times New Roman" w:hAnsi="Times New Roman"/>
          <w:b/>
          <w:sz w:val="22"/>
        </w:rPr>
        <w:t>„Modernizacja terenów zielonych Zakładu Opiekuńczo–Leczniczego SPZOZ w Głuchołazach – ETAP I – Ogrodzenie terenu”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1"/>
        </w:rPr>
        <w:t>Wykaz robót wykonanych w okresie ostatnich 5 lat przed upływem terminu składania ofert, a jeżeli okres prowadzenia działalności jest krótszy – w tym okresie, zgodnie z warunkiem określonym w Rozdziale 8.5 SWZ.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8"/>
              </w:rPr>
              <w:t>Lp.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8"/>
              </w:rPr>
              <w:t>Przedmiot robót / rodzaj robót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8"/>
              </w:rPr>
              <w:t>Miejsce wykonania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8"/>
              </w:rPr>
              <w:t>Wartość brutto [zł]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8"/>
              </w:rPr>
              <w:t>Data wykonania – od / do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8"/>
              </w:rPr>
              <w:t>Podmiot, na rzecz którego wykonano roboty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8"/>
              </w:rPr>
              <w:t>Dokument potwierdzający należyte wykonanie</w:t>
            </w:r>
          </w:p>
        </w:tc>
      </w:tr>
      <w:tr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</w:tbl>
    <w:p>
      <w:pPr>
        <w:spacing w:after="120"/>
        <w:jc w:val="both"/>
      </w:pPr>
      <w:r>
        <w:rPr>
          <w:rFonts w:ascii="Times New Roman" w:hAnsi="Times New Roman"/>
          <w:b w:val="0"/>
          <w:sz w:val="21"/>
        </w:rPr>
        <w:t>Oświadczam, że każda z wykazanych robót polegała na budowie, przebudowie lub remoncie ogrodzenia albo zagospodarowaniu terenu oraz obejmowała roboty o wartości nie mniejszej niż 300 000,00 zł brutto.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1"/>
        </w:rPr>
        <w:t>Załączam dowody określające, że roboty zostały wykonane należycie.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Miejscowość i data: 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Podpis osoby uprawnionej: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Załącznik nr 4 do SWZ – Wykaz robót budowlanych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