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Times New Roman" w:hAnsi="Times New Roman"/>
          <w:b/>
          <w:sz w:val="24"/>
        </w:rPr>
        <w:t>ZAŁĄCZNIK NR 3 DO SWZ</w:t>
      </w:r>
    </w:p>
    <w:p>
      <w:pPr>
        <w:spacing w:after="100"/>
        <w:jc w:val="center"/>
      </w:pPr>
      <w:r>
        <w:rPr>
          <w:rFonts w:ascii="Times New Roman" w:hAnsi="Times New Roman"/>
          <w:b/>
          <w:sz w:val="30"/>
        </w:rPr>
        <w:t>OŚWIADCZENIE DOTYCZĄCE PRZYNALEŻNOŚCI ALBO BRAKU PRZYNALEŻNOŚCI DO GRUPY KAPITAŁOWEJ</w:t>
      </w:r>
    </w:p>
    <w:p>
      <w:pPr>
        <w:spacing w:after="240"/>
        <w:jc w:val="center"/>
      </w:pPr>
      <w:r>
        <w:rPr>
          <w:rFonts w:ascii="Times New Roman" w:hAnsi="Times New Roman"/>
          <w:b/>
          <w:sz w:val="22"/>
        </w:rPr>
        <w:t>„Modernizacja terenów zielonych Zakładu Opiekuńczo–Leczniczego SPZOZ w Głuchołazach – ETAP I – Ogrodzenie terenu”</w:t>
      </w:r>
    </w:p>
    <w:p>
      <w:pPr>
        <w:spacing w:after="80"/>
        <w:jc w:val="both"/>
      </w:pPr>
      <w:r>
        <w:rPr>
          <w:rFonts w:ascii="Times New Roman" w:hAnsi="Times New Roman"/>
          <w:b/>
          <w:sz w:val="22"/>
        </w:rPr>
        <w:t>Działając w imieniu Wykonawcy: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Nazwa / firma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Adres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NIP / REGON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</w:tbl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oświadczam, że Wykonawca: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☐ nie należy do żadnej grupy kapitałowej w rozumieniu przepisów ustawy o ochronie konkurencji i konsumentów.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☐ należy do grupy kapitałowej.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Jeżeli zaznaczono powyżej „należy do grupy kapitałowej”, należy wskazać podmioty należące do tej samej grupy kapitałowej: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……………………………………………………………………………………………………………………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……………………………………………………………………………………………………………………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Oświadczam, że jeżeli dotyczy, Wykonawca przedstawi informacje i dokumenty wykazujące, że przygotowanie oferty nastąpiło niezależnie od innych wykonawców należących do tej samej grupy kapitałowej.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Miejscowość i data: ………………………………………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Podpis osoby uprawnionej: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………………………………………………………………………………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</w:rPr>
      <w:t>Załącznik nr 3 do SWZ – Oświadczenie o grupie kapitałowej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