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Times New Roman" w:hAnsi="Times New Roman"/>
          <w:b/>
          <w:sz w:val="24"/>
        </w:rPr>
        <w:t>ZAŁĄCZNIK NR 1 DO SWZ</w:t>
      </w:r>
    </w:p>
    <w:p>
      <w:pPr>
        <w:spacing w:after="100"/>
        <w:jc w:val="center"/>
      </w:pPr>
      <w:r>
        <w:rPr>
          <w:rFonts w:ascii="Times New Roman" w:hAnsi="Times New Roman"/>
          <w:b/>
          <w:sz w:val="30"/>
        </w:rPr>
        <w:t>FORMULARZ OFERTOWY</w:t>
      </w:r>
    </w:p>
    <w:p>
      <w:pPr>
        <w:spacing w:after="240"/>
        <w:jc w:val="center"/>
      </w:pPr>
      <w:r>
        <w:rPr>
          <w:rFonts w:ascii="Times New Roman" w:hAnsi="Times New Roman"/>
          <w:b/>
          <w:sz w:val="22"/>
        </w:rPr>
        <w:t>„Modernizacja terenów zielonych Zakładu Opiekuńczo–Leczniczego SPZOZ w Głuchołazach – ETAP I – Ogrodzenie terenu”</w:t>
      </w:r>
    </w:p>
    <w:p>
      <w:pPr>
        <w:spacing w:after="120"/>
        <w:jc w:val="both"/>
      </w:pPr>
      <w:r>
        <w:rPr>
          <w:rFonts w:ascii="Times New Roman" w:hAnsi="Times New Roman"/>
          <w:b/>
          <w:sz w:val="24"/>
        </w:rPr>
        <w:t>I. DANE WYKONAWCY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Pełna nazwa / firma Wykonawcy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Adres siedziby / adres prowadzenia działalności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NIP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REGON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KRS / CEIDG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Telefon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Adres poczty elektronicznej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Osoba uprawniona do reprezentowania Wykonawcy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>
      <w:pPr>
        <w:spacing w:after="120"/>
        <w:jc w:val="both"/>
      </w:pPr>
      <w:r>
        <w:rPr>
          <w:rFonts w:ascii="Times New Roman" w:hAnsi="Times New Roman"/>
          <w:b/>
          <w:sz w:val="24"/>
        </w:rPr>
        <w:t>II. CENA OFERTY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Oferuję wykonanie całego Przedmiotu Zamówienia za następującą cenę ryczałtową: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Cena netto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>…………………………………… zł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Podatek VAT …… %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>…………………………………… zł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Cena brutto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>…………………………………… zł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Cena brutto słownie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</w:t>
            </w:r>
          </w:p>
        </w:tc>
      </w:tr>
    </w:tbl>
    <w:p>
      <w:pPr>
        <w:spacing w:after="120"/>
        <w:jc w:val="both"/>
      </w:pPr>
      <w:r>
        <w:rPr>
          <w:rFonts w:ascii="Times New Roman" w:hAnsi="Times New Roman"/>
          <w:b/>
          <w:sz w:val="24"/>
        </w:rPr>
        <w:t>III. OKRES GWARANCJI JAKOŚCI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Oferuję okres gwarancji jakości na Przedmiot Umowy: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☐ 60 miesięcy        ☐ 72 miesiące        ☐ 84 miesiące lub więcej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Oświadczam, że zaoferowany okres gwarancji wynosi co najmniej 60 miesięcy. W przypadku zaoferowania okresu dłuższego niż 84 miesiące, do oceny oferty zostanie przyjęta wartość 84 miesięcy.</w:t>
      </w:r>
    </w:p>
    <w:p>
      <w:pPr>
        <w:spacing w:after="120"/>
        <w:jc w:val="both"/>
      </w:pPr>
      <w:r>
        <w:rPr>
          <w:rFonts w:ascii="Times New Roman" w:hAnsi="Times New Roman"/>
          <w:b/>
          <w:sz w:val="24"/>
        </w:rPr>
        <w:t>IV. OŚWIADCZENIA</w:t>
      </w:r>
    </w:p>
    <w:p>
      <w:pPr>
        <w:spacing w:after="60"/>
        <w:jc w:val="both"/>
      </w:pPr>
      <w:r>
        <w:rPr>
          <w:rFonts w:ascii="Times New Roman" w:hAnsi="Times New Roman"/>
          <w:b w:val="0"/>
          <w:sz w:val="21"/>
        </w:rPr>
        <w:t>1. Oświadczam, że zapoznałem się z treścią SWZ wraz z jej załącznikami i akceptuję wszystkie wymagania w niej określone.</w:t>
      </w:r>
    </w:p>
    <w:p>
      <w:pPr>
        <w:spacing w:after="60"/>
        <w:jc w:val="both"/>
      </w:pPr>
      <w:r>
        <w:rPr>
          <w:rFonts w:ascii="Times New Roman" w:hAnsi="Times New Roman"/>
          <w:b w:val="0"/>
          <w:sz w:val="21"/>
        </w:rPr>
        <w:t>2. Oświadczam, że zapoznałem się z dokumentacją zamówienia, w tym z Projektem Wykonawczym, STWiORB oraz przedmiarem robót.</w:t>
      </w:r>
    </w:p>
    <w:p>
      <w:pPr>
        <w:spacing w:after="60"/>
        <w:jc w:val="both"/>
      </w:pPr>
      <w:r>
        <w:rPr>
          <w:rFonts w:ascii="Times New Roman" w:hAnsi="Times New Roman"/>
          <w:b w:val="0"/>
          <w:sz w:val="21"/>
        </w:rPr>
        <w:t>3. Oświadczam, że cena ma charakter ryczałtowy i obejmuje wszystkie koszty niezbędne do prawidłowego wykonania całego Przedmiotu Zamówienia.</w:t>
      </w:r>
    </w:p>
    <w:p>
      <w:pPr>
        <w:spacing w:after="60"/>
        <w:jc w:val="both"/>
      </w:pPr>
      <w:r>
        <w:rPr>
          <w:rFonts w:ascii="Times New Roman" w:hAnsi="Times New Roman"/>
          <w:b w:val="0"/>
          <w:sz w:val="21"/>
        </w:rPr>
        <w:t>4. Oświadczam, że akceptuję projektowane postanowienia umowy.</w:t>
      </w:r>
    </w:p>
    <w:p>
      <w:pPr>
        <w:spacing w:after="60"/>
        <w:jc w:val="both"/>
      </w:pPr>
      <w:r>
        <w:rPr>
          <w:rFonts w:ascii="Times New Roman" w:hAnsi="Times New Roman"/>
          <w:b w:val="0"/>
          <w:sz w:val="21"/>
        </w:rPr>
        <w:t>5. Oświadczam, że w przypadku wyboru mojej oferty zobowiązuję się do zawarcia umowy na warunkach określonych w SWZ.</w:t>
      </w:r>
    </w:p>
    <w:p>
      <w:pPr>
        <w:spacing w:after="60"/>
        <w:jc w:val="both"/>
      </w:pPr>
      <w:r>
        <w:rPr>
          <w:rFonts w:ascii="Times New Roman" w:hAnsi="Times New Roman"/>
          <w:b w:val="0"/>
          <w:sz w:val="21"/>
        </w:rPr>
        <w:t>6. Oświadczam, że pozostaję związany ofertą przez okres wskazany w SWZ.</w:t>
      </w:r>
    </w:p>
    <w:p>
      <w:pPr>
        <w:spacing w:after="120"/>
        <w:jc w:val="both"/>
      </w:pPr>
      <w:r>
        <w:rPr>
          <w:rFonts w:ascii="Times New Roman" w:hAnsi="Times New Roman"/>
          <w:b/>
          <w:sz w:val="24"/>
        </w:rPr>
        <w:t>V. PODWYKONAWCY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☐ zamówienie wykonam w całości samodzielnie.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☐ zamierzam powierzyć podwykonawcom następujący zakres: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Nazwa / nazwy podwykonawców, jeżeli są znane: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……………………………………………………………………………………………………………………</w:t>
      </w:r>
    </w:p>
    <w:p>
      <w:pPr>
        <w:spacing w:after="120"/>
        <w:jc w:val="both"/>
      </w:pPr>
      <w:r>
        <w:rPr>
          <w:rFonts w:ascii="Times New Roman" w:hAnsi="Times New Roman"/>
          <w:b/>
          <w:sz w:val="24"/>
        </w:rPr>
        <w:t>VI. TAJEMNICA PRZEDSIĘBIORSTWA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☐ oferta nie zawiera informacji stanowiących tajemnicę przedsiębiorstwa.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☐ oferta zawiera informacje stanowiące tajemnicę przedsiębiorstwa, wskazane i uzasadnione w odrębnej części oferty.</w:t>
      </w:r>
    </w:p>
    <w:p>
      <w:pPr>
        <w:spacing w:after="120"/>
        <w:jc w:val="both"/>
      </w:pPr>
      <w:r>
        <w:rPr>
          <w:rFonts w:ascii="Times New Roman" w:hAnsi="Times New Roman"/>
          <w:b/>
          <w:sz w:val="24"/>
        </w:rPr>
        <w:t>VII. OSOBA DO KONTAKTU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Imię i nazwisko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>……………………………………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Telefon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>……………………………………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20"/>
              </w:rPr>
              <w:t>E-mail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sz w:val="20"/>
              </w:rPr>
              <w:t>……………………………………</w:t>
            </w:r>
          </w:p>
        </w:tc>
      </w:tr>
    </w:tbl>
    <w:p>
      <w:pPr>
        <w:spacing w:after="120"/>
        <w:jc w:val="both"/>
      </w:pPr>
      <w:r>
        <w:rPr>
          <w:rFonts w:ascii="Times New Roman" w:hAnsi="Times New Roman"/>
          <w:b/>
          <w:sz w:val="24"/>
        </w:rPr>
        <w:t>VIII. PODPIS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Miejscowość i data: ………………………………………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Podpis osoby uprawnionej / podpisy osób uprawnionych do reprezentowania Wykonawcy:</w:t>
      </w:r>
    </w:p>
    <w:p>
      <w:pPr>
        <w:spacing w:after="80"/>
        <w:jc w:val="both"/>
      </w:pPr>
      <w:r>
        <w:rPr>
          <w:rFonts w:ascii="Times New Roman" w:hAnsi="Times New Roman"/>
          <w:b w:val="0"/>
          <w:sz w:val="22"/>
        </w:rPr>
        <w:t>………………………………………………………………………………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Załącznik nr 1 do SWZ – Formularz ofertowy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