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Times New Roman" w:hAnsi="Times New Roman"/>
          <w:b/>
          <w:sz w:val="24"/>
        </w:rPr>
        <w:t>DOKUMENT DODATKOWY – JEŻELI DOTYCZY</w:t>
      </w:r>
    </w:p>
    <w:p>
      <w:pPr>
        <w:spacing w:after="100"/>
        <w:jc w:val="center"/>
      </w:pPr>
      <w:r>
        <w:rPr>
          <w:rFonts w:ascii="Times New Roman" w:hAnsi="Times New Roman"/>
          <w:b/>
          <w:sz w:val="30"/>
        </w:rPr>
        <w:t>ZOBOWIĄZANIE PODMIOTU UDOSTĘPNIAJĄCEGO ZASOBY</w:t>
      </w:r>
    </w:p>
    <w:p>
      <w:pPr>
        <w:spacing w:after="240"/>
        <w:jc w:val="center"/>
      </w:pPr>
      <w:r>
        <w:rPr>
          <w:rFonts w:ascii="Times New Roman" w:hAnsi="Times New Roman"/>
          <w:b w:val="0"/>
          <w:sz w:val="22"/>
        </w:rPr>
        <w:t>do oddania Wykonawcy do dyspozycji niezbędnych zasobów na potrzeby realizacji zamówienia</w:t>
      </w:r>
    </w:p>
    <w:p>
      <w:pPr>
        <w:spacing w:after="80"/>
        <w:jc w:val="both"/>
      </w:pPr>
      <w:r>
        <w:rPr>
          <w:rFonts w:ascii="Times New Roman" w:hAnsi="Times New Roman"/>
          <w:b/>
          <w:sz w:val="22"/>
        </w:rPr>
        <w:t>Podmiot udostępniający zasoby: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Nazwa / firma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Adres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NIP / REGON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Osoba uprawniona do reprezentowania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</w:tbl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zobowiązuje się oddać do dyspozycji Wykonawcy niezbędne zasoby na potrzeby wykonania zamówienia pn. „Modernizacja terenów zielonych Zakładu Opiekuńczo–Leczniczego SPZOZ w Głuchołazach – ETAP I – Ogrodzenie terenu”.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1. Zakres dostępnych Wykonawcy zasobów: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……………………………………………………………………………………………………………………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2. Sposób wykorzystania udostępnionych zasobów przez Wykonawcę: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……………………………………………………………………………………………………………………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3. Zakres i okres udziału podmiotu udostępniającego zasoby przy wykonywaniu zamówienia: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……………………………………………………………………………………………………………………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4. Informacja, czy podmiot udostępniający zasoby będzie realizował roboty budowlane, których dotyczą udostępniane zdolności: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☐ TAK        ☐ NIE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Miejscowość i data: ………………………………………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Podpis osoby uprawnionej do reprezentowania podmiotu udostępniającego zasoby: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………………………………………………………………………………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</w:rPr>
      <w:t>Dokument dodatkowy – składany, jeżeli Wykonawca polega na zasobach innego podmiotu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