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Arial" w:hAnsi="Arial"/>
          <w:b/>
          <w:sz w:val="26"/>
        </w:rPr>
        <w:t>ZAŁĄCZNIK NR 15 DO SWZ</w:t>
      </w:r>
    </w:p>
    <w:p>
      <w:pPr>
        <w:jc w:val="center"/>
      </w:pPr>
      <w:r>
        <w:rPr>
          <w:rFonts w:ascii="Arial" w:hAnsi="Arial"/>
          <w:b/>
          <w:sz w:val="26"/>
        </w:rPr>
        <w:t>OŚWIADCZENIE WYKONAWCÓW WSPÓLNIE UBIEGAJĄCYCH SIĘ O UDZIELENIE ZAMÓWIENIA</w:t>
      </w:r>
    </w:p>
    <w:p>
      <w:pPr>
        <w:jc w:val="center"/>
      </w:pPr>
      <w:r>
        <w:t>składane na podstawie art. 117 ust. 4 ustawy z dnia 11 września 2019 r. – Prawo zamówień publicznych</w:t>
      </w:r>
    </w:p>
    <w:p>
      <w:r>
        <w:t>Postępowanie: TP-1/ETAP I/2026</w:t>
      </w:r>
    </w:p>
    <w:p>
      <w:r>
        <w:t>„Modernizacja terenów zielonych Zakładu Opiekuńczo–Leczniczego SPZOZ w Głuchołazach – ETAP I – Ogrodzenie terenu”</w:t>
      </w:r>
    </w:p>
    <w:p/>
    <w:p>
      <w:r>
        <w:t>My, niżej podpisani Wykonawcy wspólnie ubiegający się o udzielenie zamówienia, oświadczamy, że przy realizacji zamówienia następujące roboty budowlane wykonają poszczególni Wykonawcy: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147"/>
        <w:gridCol w:w="3147"/>
        <w:gridCol w:w="3147"/>
      </w:tblGrid>
      <w:tr>
        <w:tc>
          <w:tcPr>
            <w:tcW w:type="dxa" w:w="3147"/>
          </w:tcPr>
          <w:p>
            <w:r>
              <w:t>Lp.</w:t>
            </w:r>
          </w:p>
        </w:tc>
        <w:tc>
          <w:tcPr>
            <w:tcW w:type="dxa" w:w="3147"/>
          </w:tcPr>
          <w:p>
            <w:r>
              <w:t>Wykonawca</w:t>
            </w:r>
          </w:p>
        </w:tc>
        <w:tc>
          <w:tcPr>
            <w:tcW w:type="dxa" w:w="3147"/>
          </w:tcPr>
          <w:p>
            <w:r>
              <w:t>Zakres robót budowlanych, które wykona Wykonawca</w:t>
            </w:r>
          </w:p>
        </w:tc>
      </w:tr>
      <w:tr>
        <w:tc>
          <w:tcPr>
            <w:tcW w:type="dxa" w:w="3147"/>
          </w:tcPr>
          <w:p>
            <w:r>
              <w:t>1</w:t>
            </w:r>
          </w:p>
        </w:tc>
        <w:tc>
          <w:tcPr>
            <w:tcW w:type="dxa" w:w="3147"/>
          </w:tcPr>
          <w:p>
            <w:r/>
          </w:p>
        </w:tc>
        <w:tc>
          <w:tcPr>
            <w:tcW w:type="dxa" w:w="3147"/>
          </w:tcPr>
          <w:p>
            <w:r/>
          </w:p>
        </w:tc>
      </w:tr>
      <w:tr>
        <w:tc>
          <w:tcPr>
            <w:tcW w:type="dxa" w:w="3147"/>
          </w:tcPr>
          <w:p>
            <w:r>
              <w:t>2</w:t>
            </w:r>
          </w:p>
        </w:tc>
        <w:tc>
          <w:tcPr>
            <w:tcW w:type="dxa" w:w="3147"/>
          </w:tcPr>
          <w:p>
            <w:r/>
          </w:p>
        </w:tc>
        <w:tc>
          <w:tcPr>
            <w:tcW w:type="dxa" w:w="3147"/>
          </w:tcPr>
          <w:p>
            <w:r/>
          </w:p>
        </w:tc>
      </w:tr>
      <w:tr>
        <w:tc>
          <w:tcPr>
            <w:tcW w:type="dxa" w:w="3147"/>
          </w:tcPr>
          <w:p>
            <w:r>
              <w:t>3</w:t>
            </w:r>
          </w:p>
        </w:tc>
        <w:tc>
          <w:tcPr>
            <w:tcW w:type="dxa" w:w="3147"/>
          </w:tcPr>
          <w:p>
            <w:r/>
          </w:p>
        </w:tc>
        <w:tc>
          <w:tcPr>
            <w:tcW w:type="dxa" w:w="3147"/>
          </w:tcPr>
          <w:p>
            <w:r/>
          </w:p>
        </w:tc>
      </w:tr>
    </w:tbl>
    <w:p/>
    <w:p>
      <w:r>
        <w:t>Oświadczamy, że powyższy podział robót odpowiada rzeczywistemu udziałowi poszczególnych Wykonawców w realizacji zamówienia.</w:t>
      </w:r>
    </w:p>
    <w:p/>
    <w:p>
      <w:r>
        <w:t>Miejscowość i data: ........................................................</w:t>
      </w:r>
    </w:p>
    <w:p/>
    <w:p>
      <w:r>
        <w:t>Wykonawca / osoba uprawniona do reprezentowania: ........................................................</w:t>
      </w:r>
    </w:p>
    <w:p>
      <w:r>
        <w:t>Podpis: ........................................................</w:t>
      </w:r>
    </w:p>
    <w:sectPr w:rsidR="00FC693F" w:rsidRPr="0006063C" w:rsidSect="00034616">
      <w:pgSz w:w="12240" w:h="15840"/>
      <w:pgMar w:top="1120" w:right="1400" w:bottom="1120" w:left="14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