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5CDAD8" w14:textId="77777777" w:rsidR="00A96F4F" w:rsidRPr="00A96F4F" w:rsidRDefault="00A96F4F">
      <w:pPr>
        <w:rPr>
          <w:rFonts w:asciiTheme="majorHAnsi" w:hAnsiTheme="majorHAnsi" w:cstheme="majorHAnsi"/>
          <w:b/>
          <w:sz w:val="22"/>
        </w:rPr>
      </w:pPr>
    </w:p>
    <w:p w14:paraId="7F3D1B17" w14:textId="070C992C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b/>
          <w:sz w:val="22"/>
        </w:rPr>
        <w:t>Nazwa i adres Wykonawcy / podmiotu udostępniającego zasoby:</w:t>
      </w:r>
    </w:p>
    <w:p w14:paraId="66454634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……………………………………………………………………………………………………………………………………………………</w:t>
      </w:r>
    </w:p>
    <w:p w14:paraId="0AA314AE" w14:textId="77777777" w:rsidR="00E32229" w:rsidRPr="00A96F4F" w:rsidRDefault="00000000">
      <w:pPr>
        <w:jc w:val="center"/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b/>
          <w:sz w:val="22"/>
        </w:rPr>
        <w:t>WYKAZ WYKONANYCH ROBÓT BUDOWLANYCH</w:t>
      </w:r>
    </w:p>
    <w:p w14:paraId="2D5D1E3F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na potwierdzenie spełniania warunku udziału dotyczącego zdolności technicznej określonego w SWZ</w:t>
      </w:r>
    </w:p>
    <w:p w14:paraId="685E11DA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Dotyczy postępowania o udzielenie zamówienia publicznego pn.:</w:t>
      </w:r>
    </w:p>
    <w:p w14:paraId="7BDFD685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b/>
          <w:sz w:val="22"/>
        </w:rPr>
        <w:t>Wymiana posadzki na zapleczu Biblioteki Publicznej m.st. Warszawy na ul. Śmiałej 24.</w:t>
      </w:r>
    </w:p>
    <w:p w14:paraId="5535B5F5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Zamawiający wymaga wykazania co najmniej jednej roboty budowlanej obejmującej wykonanie, wymianę lub remont posadzki albo podłogi w obiekcie budowlanym, o wartości nie mniejszej niż 15 000,00 zł brutto, wykonanej należycie w okresie wskazanym w SWZ.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347"/>
        <w:gridCol w:w="1420"/>
        <w:gridCol w:w="1388"/>
        <w:gridCol w:w="1391"/>
        <w:gridCol w:w="1465"/>
        <w:gridCol w:w="1579"/>
        <w:gridCol w:w="1372"/>
      </w:tblGrid>
      <w:tr w:rsidR="00E32229" w:rsidRPr="00A96F4F" w14:paraId="33031AE4" w14:textId="77777777">
        <w:trPr>
          <w:jc w:val="center"/>
        </w:trPr>
        <w:tc>
          <w:tcPr>
            <w:tcW w:w="1425" w:type="dxa"/>
            <w:shd w:val="clear" w:color="auto" w:fill="D9E2F3"/>
          </w:tcPr>
          <w:p w14:paraId="08926BC6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Lp.</w:t>
            </w:r>
          </w:p>
        </w:tc>
        <w:tc>
          <w:tcPr>
            <w:tcW w:w="1425" w:type="dxa"/>
            <w:shd w:val="clear" w:color="auto" w:fill="D9E2F3"/>
          </w:tcPr>
          <w:p w14:paraId="743D3064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Zakres wykonanych robót</w:t>
            </w:r>
          </w:p>
        </w:tc>
        <w:tc>
          <w:tcPr>
            <w:tcW w:w="1425" w:type="dxa"/>
            <w:shd w:val="clear" w:color="auto" w:fill="D9E2F3"/>
          </w:tcPr>
          <w:p w14:paraId="6A7665A3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Wartość brutto</w:t>
            </w:r>
          </w:p>
        </w:tc>
        <w:tc>
          <w:tcPr>
            <w:tcW w:w="1425" w:type="dxa"/>
            <w:shd w:val="clear" w:color="auto" w:fill="D9E2F3"/>
          </w:tcPr>
          <w:p w14:paraId="5B25FB0D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Termin realizacji</w:t>
            </w:r>
          </w:p>
        </w:tc>
        <w:tc>
          <w:tcPr>
            <w:tcW w:w="1425" w:type="dxa"/>
            <w:shd w:val="clear" w:color="auto" w:fill="D9E2F3"/>
          </w:tcPr>
          <w:p w14:paraId="5B1CFD95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Odbiorca / dane teleadresowe</w:t>
            </w:r>
          </w:p>
        </w:tc>
        <w:tc>
          <w:tcPr>
            <w:tcW w:w="1425" w:type="dxa"/>
            <w:shd w:val="clear" w:color="auto" w:fill="D9E2F3"/>
          </w:tcPr>
          <w:p w14:paraId="0239317F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Doświadczenie własne / podmiotu trzeciego</w:t>
            </w:r>
          </w:p>
        </w:tc>
        <w:tc>
          <w:tcPr>
            <w:tcW w:w="1425" w:type="dxa"/>
            <w:shd w:val="clear" w:color="auto" w:fill="D9E2F3"/>
          </w:tcPr>
          <w:p w14:paraId="672C8BFB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b/>
                <w:sz w:val="22"/>
              </w:rPr>
              <w:t>Uwagi</w:t>
            </w:r>
          </w:p>
        </w:tc>
      </w:tr>
      <w:tr w:rsidR="00E32229" w:rsidRPr="00A96F4F" w14:paraId="092EFC04" w14:textId="77777777">
        <w:trPr>
          <w:jc w:val="center"/>
        </w:trPr>
        <w:tc>
          <w:tcPr>
            <w:tcW w:w="1425" w:type="dxa"/>
          </w:tcPr>
          <w:p w14:paraId="192B6D3B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sz w:val="22"/>
              </w:rPr>
              <w:t>1</w:t>
            </w:r>
          </w:p>
        </w:tc>
        <w:tc>
          <w:tcPr>
            <w:tcW w:w="1425" w:type="dxa"/>
          </w:tcPr>
          <w:p w14:paraId="320A2017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497DD9E9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7C1DAB63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1944FCD0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06A3772E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481FDB5B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</w:tr>
      <w:tr w:rsidR="00E32229" w:rsidRPr="00A96F4F" w14:paraId="36B5E2CE" w14:textId="77777777">
        <w:trPr>
          <w:jc w:val="center"/>
        </w:trPr>
        <w:tc>
          <w:tcPr>
            <w:tcW w:w="1425" w:type="dxa"/>
          </w:tcPr>
          <w:p w14:paraId="6A86E3A4" w14:textId="77777777" w:rsidR="00E32229" w:rsidRPr="00A96F4F" w:rsidRDefault="00000000">
            <w:pPr>
              <w:rPr>
                <w:rFonts w:asciiTheme="majorHAnsi" w:hAnsiTheme="majorHAnsi" w:cstheme="majorHAnsi"/>
                <w:sz w:val="22"/>
              </w:rPr>
            </w:pPr>
            <w:r w:rsidRPr="00A96F4F">
              <w:rPr>
                <w:rFonts w:asciiTheme="majorHAnsi" w:hAnsiTheme="majorHAnsi" w:cstheme="majorHAnsi"/>
                <w:sz w:val="22"/>
              </w:rPr>
              <w:t>2</w:t>
            </w:r>
          </w:p>
        </w:tc>
        <w:tc>
          <w:tcPr>
            <w:tcW w:w="1425" w:type="dxa"/>
          </w:tcPr>
          <w:p w14:paraId="53D801A3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20C3BC1C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1014353F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724B78C4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5464F0F6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  <w:tc>
          <w:tcPr>
            <w:tcW w:w="1425" w:type="dxa"/>
          </w:tcPr>
          <w:p w14:paraId="3F7CEDA7" w14:textId="77777777" w:rsidR="00E32229" w:rsidRPr="00A96F4F" w:rsidRDefault="00E32229">
            <w:pPr>
              <w:rPr>
                <w:rFonts w:asciiTheme="majorHAnsi" w:hAnsiTheme="majorHAnsi" w:cstheme="majorHAnsi"/>
                <w:sz w:val="22"/>
              </w:rPr>
            </w:pPr>
          </w:p>
        </w:tc>
      </w:tr>
    </w:tbl>
    <w:p w14:paraId="7ACAC915" w14:textId="77777777" w:rsidR="00E32229" w:rsidRPr="00A96F4F" w:rsidRDefault="00000000">
      <w:pPr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b/>
          <w:sz w:val="22"/>
        </w:rPr>
        <w:t>UWAGA:</w:t>
      </w:r>
    </w:p>
    <w:p w14:paraId="50911913" w14:textId="77777777" w:rsidR="00E32229" w:rsidRPr="00A96F4F" w:rsidRDefault="00000000">
      <w:pPr>
        <w:pStyle w:val="Listanumerowana"/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Do wykazu należy dołączyć dowody określające, czy wykazane roboty zostały wykonane należycie, zgodnie z wymaganiami SWZ i przepisami dotyczącymi podmiotowych środków dowodowych.</w:t>
      </w:r>
    </w:p>
    <w:p w14:paraId="697BBDB3" w14:textId="77777777" w:rsidR="00E32229" w:rsidRPr="00A96F4F" w:rsidRDefault="00000000">
      <w:pPr>
        <w:pStyle w:val="Listanumerowana"/>
        <w:rPr>
          <w:rFonts w:asciiTheme="majorHAnsi" w:hAnsiTheme="majorHAnsi" w:cstheme="majorHAnsi"/>
          <w:sz w:val="22"/>
        </w:rPr>
      </w:pPr>
      <w:r w:rsidRPr="00A96F4F">
        <w:rPr>
          <w:rFonts w:asciiTheme="majorHAnsi" w:hAnsiTheme="majorHAnsi" w:cstheme="majorHAnsi"/>
          <w:sz w:val="22"/>
        </w:rPr>
        <w:t>Jeżeli Wykonawca polega na doświadczeniu podmiotu udostępniającego zasoby, składa dokumenty wymagane w SWZ, w tym zobowiązanie tego podmiotu, oraz zapewnia jego udział w realizacji robót, których wskazane zdolności dotyczą.</w:t>
      </w:r>
    </w:p>
    <w:p w14:paraId="10936141" w14:textId="77777777" w:rsidR="00A96F4F" w:rsidRDefault="00A96F4F">
      <w:pPr>
        <w:jc w:val="center"/>
        <w:rPr>
          <w:rFonts w:asciiTheme="majorHAnsi" w:hAnsiTheme="majorHAnsi" w:cstheme="majorHAnsi"/>
          <w:bCs/>
          <w:i/>
          <w:iCs/>
          <w:color w:val="EE0000"/>
          <w:sz w:val="22"/>
        </w:rPr>
      </w:pPr>
    </w:p>
    <w:p w14:paraId="4B296706" w14:textId="038496A1" w:rsidR="00E32229" w:rsidRPr="00A96F4F" w:rsidRDefault="00000000">
      <w:pPr>
        <w:jc w:val="center"/>
        <w:rPr>
          <w:rFonts w:asciiTheme="majorHAnsi" w:hAnsiTheme="majorHAnsi" w:cstheme="majorHAnsi"/>
          <w:bCs/>
          <w:i/>
          <w:iCs/>
          <w:color w:val="EE0000"/>
          <w:sz w:val="22"/>
        </w:rPr>
      </w:pPr>
      <w:r w:rsidRPr="00A96F4F">
        <w:rPr>
          <w:rFonts w:asciiTheme="majorHAnsi" w:hAnsiTheme="majorHAnsi" w:cstheme="majorHAnsi"/>
          <w:bCs/>
          <w:i/>
          <w:iCs/>
          <w:color w:val="EE0000"/>
          <w:sz w:val="22"/>
        </w:rPr>
        <w:t>Załącznik wymaga elektronicznego podpisu kwalifikowanego, podpisu zaufanego lub podpisu osobistego!</w:t>
      </w:r>
    </w:p>
    <w:sectPr w:rsidR="00E32229" w:rsidRPr="00A96F4F" w:rsidSect="00034616">
      <w:headerReference w:type="default" r:id="rId8"/>
      <w:footerReference w:type="default" r:id="rId9"/>
      <w:pgSz w:w="12240" w:h="15840"/>
      <w:pgMar w:top="1020" w:right="1134" w:bottom="90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11ACE3A" w14:textId="77777777" w:rsidR="00FA55F2" w:rsidRDefault="00FA55F2">
      <w:pPr>
        <w:spacing w:after="0" w:line="240" w:lineRule="auto"/>
      </w:pPr>
      <w:r>
        <w:separator/>
      </w:r>
    </w:p>
  </w:endnote>
  <w:endnote w:type="continuationSeparator" w:id="0">
    <w:p w14:paraId="4DE2E4DA" w14:textId="77777777" w:rsidR="00FA55F2" w:rsidRDefault="00FA5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B495C42" w14:textId="77777777" w:rsidR="00E32229" w:rsidRDefault="00000000">
    <w:pPr>
      <w:pStyle w:val="Stopka"/>
      <w:jc w:val="center"/>
    </w:pPr>
    <w:r>
      <w:rPr>
        <w:sz w:val="16"/>
      </w:rPr>
      <w:t xml:space="preserve">Strona </w:t>
    </w:r>
    <w:r>
      <w:fldChar w:fldCharType="begin"/>
    </w:r>
    <w:r>
      <w:instrText>PAGE</w:instrText>
    </w:r>
    <w:r>
      <w:fldChar w:fldCharType="separate"/>
    </w:r>
    <w:r w:rsidR="009974A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9D73C3D" w14:textId="77777777" w:rsidR="00FA55F2" w:rsidRDefault="00FA55F2">
      <w:pPr>
        <w:spacing w:after="0" w:line="240" w:lineRule="auto"/>
      </w:pPr>
      <w:r>
        <w:separator/>
      </w:r>
    </w:p>
  </w:footnote>
  <w:footnote w:type="continuationSeparator" w:id="0">
    <w:p w14:paraId="7FBF7D5A" w14:textId="77777777" w:rsidR="00FA55F2" w:rsidRDefault="00FA55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BD7DB4D" w14:textId="45A26427" w:rsidR="00E32229" w:rsidRPr="00A96F4F" w:rsidRDefault="00000000">
    <w:pPr>
      <w:pStyle w:val="Nagwek"/>
      <w:jc w:val="center"/>
      <w:rPr>
        <w:rFonts w:asciiTheme="majorHAnsi" w:hAnsiTheme="majorHAnsi" w:cstheme="majorHAnsi"/>
      </w:rPr>
    </w:pPr>
    <w:r w:rsidRPr="00A96F4F">
      <w:rPr>
        <w:rFonts w:asciiTheme="majorHAnsi" w:hAnsiTheme="majorHAnsi" w:cstheme="majorHAnsi"/>
        <w:sz w:val="16"/>
      </w:rPr>
      <w:t xml:space="preserve">Nr postępowania: ZP.260.9.2026.KB            </w:t>
    </w:r>
    <w:r w:rsidR="00A96F4F">
      <w:rPr>
        <w:rFonts w:asciiTheme="majorHAnsi" w:hAnsiTheme="majorHAnsi" w:cstheme="majorHAnsi"/>
        <w:sz w:val="16"/>
      </w:rPr>
      <w:tab/>
    </w:r>
    <w:r w:rsidR="00A96F4F">
      <w:rPr>
        <w:rFonts w:asciiTheme="majorHAnsi" w:hAnsiTheme="majorHAnsi" w:cstheme="majorHAnsi"/>
        <w:sz w:val="16"/>
      </w:rPr>
      <w:tab/>
    </w:r>
    <w:r w:rsidRPr="00A96F4F">
      <w:rPr>
        <w:rFonts w:asciiTheme="majorHAnsi" w:hAnsiTheme="majorHAnsi" w:cstheme="majorHAnsi"/>
        <w:sz w:val="16"/>
      </w:rPr>
      <w:t xml:space="preserve">                          Załącznik nr 8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75811194">
    <w:abstractNumId w:val="8"/>
  </w:num>
  <w:num w:numId="2" w16cid:durableId="1964186220">
    <w:abstractNumId w:val="6"/>
  </w:num>
  <w:num w:numId="3" w16cid:durableId="1799760239">
    <w:abstractNumId w:val="5"/>
  </w:num>
  <w:num w:numId="4" w16cid:durableId="1937052113">
    <w:abstractNumId w:val="4"/>
  </w:num>
  <w:num w:numId="5" w16cid:durableId="886991051">
    <w:abstractNumId w:val="7"/>
  </w:num>
  <w:num w:numId="6" w16cid:durableId="657029295">
    <w:abstractNumId w:val="3"/>
  </w:num>
  <w:num w:numId="7" w16cid:durableId="1011949430">
    <w:abstractNumId w:val="2"/>
  </w:num>
  <w:num w:numId="8" w16cid:durableId="933320724">
    <w:abstractNumId w:val="1"/>
  </w:num>
  <w:num w:numId="9" w16cid:durableId="1571649441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23201"/>
    <w:rsid w:val="00972E8F"/>
    <w:rsid w:val="009974A7"/>
    <w:rsid w:val="00A96F4F"/>
    <w:rsid w:val="00AA1D8D"/>
    <w:rsid w:val="00B47730"/>
    <w:rsid w:val="00CA4423"/>
    <w:rsid w:val="00CB0664"/>
    <w:rsid w:val="00E32229"/>
    <w:rsid w:val="00FA55F2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2B55FF"/>
  <w14:defaultImageDpi w14:val="300"/>
  <w15:docId w15:val="{38BF1519-DE9B-0747-BF18-F5F8AC3F7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Arial" w:hAnsi="Arial"/>
      <w:sz w:val="21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28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1150</Characters>
  <Application>Microsoft Office Word</Application>
  <DocSecurity>0</DocSecurity>
  <Lines>47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Katarzyna Buchoowiecka</cp:lastModifiedBy>
  <cp:revision>3</cp:revision>
  <dcterms:created xsi:type="dcterms:W3CDTF">2026-08-24T13:20:00Z</dcterms:created>
  <dcterms:modified xsi:type="dcterms:W3CDTF">2026-08-25T06:16:00Z</dcterms:modified>
  <cp:category/>
</cp:coreProperties>
</file>