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2CCD05" w14:textId="77777777" w:rsidR="00CB63B0" w:rsidRPr="00CB63B0" w:rsidRDefault="00CB63B0">
      <w:pPr>
        <w:jc w:val="center"/>
        <w:rPr>
          <w:rFonts w:asciiTheme="majorHAnsi" w:hAnsiTheme="majorHAnsi" w:cstheme="majorHAnsi"/>
          <w:b/>
          <w:sz w:val="22"/>
        </w:rPr>
      </w:pPr>
    </w:p>
    <w:p w14:paraId="7A37943E" w14:textId="60B7044C" w:rsidR="00C059A5" w:rsidRPr="00CB63B0" w:rsidRDefault="00000000">
      <w:pPr>
        <w:jc w:val="center"/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>FORMULARZ OFERTY</w:t>
      </w:r>
    </w:p>
    <w:p w14:paraId="413F1851" w14:textId="77777777" w:rsidR="00C059A5" w:rsidRPr="00CB63B0" w:rsidRDefault="00000000">
      <w:pPr>
        <w:jc w:val="center"/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składanej w postępowaniu o udzielenie zamówienia publicznego pn.:</w:t>
      </w:r>
    </w:p>
    <w:p w14:paraId="2C94B6C4" w14:textId="77777777" w:rsidR="00C059A5" w:rsidRPr="00CB63B0" w:rsidRDefault="00000000">
      <w:pPr>
        <w:jc w:val="center"/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>Wymiana posadzki na zapleczu Biblioteki Publicznej m.st. Warszawy na ul. Śmiałej 24.</w:t>
      </w:r>
    </w:p>
    <w:p w14:paraId="603440C9" w14:textId="77777777" w:rsidR="00C059A5" w:rsidRPr="00CB63B0" w:rsidRDefault="00C059A5">
      <w:pPr>
        <w:rPr>
          <w:rFonts w:asciiTheme="majorHAnsi" w:hAnsiTheme="majorHAnsi" w:cstheme="majorHAnsi"/>
          <w:sz w:val="22"/>
        </w:rPr>
      </w:pPr>
    </w:p>
    <w:p w14:paraId="4FA65914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Nazwa Wykonawcy i adres: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3BB429FC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kod, miejscowość, województwo, powiat: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09BB7A99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ulica, nr domu, nr lokalu: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785AEF15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telefon / e-mail: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5392FEF9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REGON: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494C8A85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NIP: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186AF805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KRS / CEIDG: </w:t>
      </w:r>
      <w:r w:rsidRPr="00CB63B0">
        <w:rPr>
          <w:rFonts w:asciiTheme="majorHAnsi" w:hAnsiTheme="majorHAnsi" w:cstheme="majorHAnsi"/>
          <w:sz w:val="22"/>
        </w:rPr>
        <w:t>................................................................................................................</w:t>
      </w:r>
    </w:p>
    <w:p w14:paraId="5AB99A47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>dla: Zakład Gospodarowania Nieruchomościami w Dzielnicy Żoliborz m.st. Warszawy, ul. Marii Kazimiery 1, 01-641 Warszawa</w:t>
      </w:r>
    </w:p>
    <w:p w14:paraId="1D60740E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1. Po zapoznaniu się ze Specyfikacją Warunków Zamówienia oraz pozostałymi dokumentami zamówienia oferujemy wykonanie przedmiotu zamówienia na warunkach określonych przez Zamawiającego za cenę: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70"/>
        <w:gridCol w:w="6292"/>
      </w:tblGrid>
      <w:tr w:rsidR="00C059A5" w:rsidRPr="00CB63B0" w14:paraId="1D6275BB" w14:textId="77777777">
        <w:trPr>
          <w:jc w:val="center"/>
        </w:trPr>
        <w:tc>
          <w:tcPr>
            <w:tcW w:w="4986" w:type="dxa"/>
            <w:shd w:val="clear" w:color="auto" w:fill="E7E6E6"/>
          </w:tcPr>
          <w:p w14:paraId="185103E5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b/>
                <w:sz w:val="22"/>
              </w:rPr>
              <w:t>Cena brutto</w:t>
            </w:r>
          </w:p>
        </w:tc>
        <w:tc>
          <w:tcPr>
            <w:tcW w:w="4986" w:type="dxa"/>
          </w:tcPr>
          <w:p w14:paraId="770F349D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sz w:val="22"/>
              </w:rPr>
              <w:t>……………………………… zł</w:t>
            </w:r>
          </w:p>
        </w:tc>
      </w:tr>
      <w:tr w:rsidR="00C059A5" w:rsidRPr="00CB63B0" w14:paraId="482A4212" w14:textId="77777777">
        <w:trPr>
          <w:jc w:val="center"/>
        </w:trPr>
        <w:tc>
          <w:tcPr>
            <w:tcW w:w="4986" w:type="dxa"/>
            <w:shd w:val="clear" w:color="auto" w:fill="E7E6E6"/>
          </w:tcPr>
          <w:p w14:paraId="654B42CD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b/>
                <w:sz w:val="22"/>
              </w:rPr>
              <w:t>VAT</w:t>
            </w:r>
          </w:p>
        </w:tc>
        <w:tc>
          <w:tcPr>
            <w:tcW w:w="4986" w:type="dxa"/>
          </w:tcPr>
          <w:p w14:paraId="134E9156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sz w:val="22"/>
              </w:rPr>
              <w:t>…… % tj. ……………………………… zł</w:t>
            </w:r>
          </w:p>
        </w:tc>
      </w:tr>
      <w:tr w:rsidR="00C059A5" w:rsidRPr="00CB63B0" w14:paraId="6C0169BB" w14:textId="77777777">
        <w:trPr>
          <w:jc w:val="center"/>
        </w:trPr>
        <w:tc>
          <w:tcPr>
            <w:tcW w:w="4986" w:type="dxa"/>
            <w:shd w:val="clear" w:color="auto" w:fill="E7E6E6"/>
          </w:tcPr>
          <w:p w14:paraId="18357E5D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b/>
                <w:sz w:val="22"/>
              </w:rPr>
              <w:t>Cena netto</w:t>
            </w:r>
          </w:p>
        </w:tc>
        <w:tc>
          <w:tcPr>
            <w:tcW w:w="4986" w:type="dxa"/>
          </w:tcPr>
          <w:p w14:paraId="573D76BF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sz w:val="22"/>
              </w:rPr>
              <w:t>……………………………… zł</w:t>
            </w:r>
          </w:p>
        </w:tc>
      </w:tr>
      <w:tr w:rsidR="00C059A5" w:rsidRPr="00CB63B0" w14:paraId="49CB81B0" w14:textId="77777777">
        <w:trPr>
          <w:jc w:val="center"/>
        </w:trPr>
        <w:tc>
          <w:tcPr>
            <w:tcW w:w="4986" w:type="dxa"/>
            <w:shd w:val="clear" w:color="auto" w:fill="E7E6E6"/>
          </w:tcPr>
          <w:p w14:paraId="0D421DCD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b/>
                <w:sz w:val="22"/>
              </w:rPr>
              <w:t>Cena brutto słownie</w:t>
            </w:r>
          </w:p>
        </w:tc>
        <w:tc>
          <w:tcPr>
            <w:tcW w:w="4986" w:type="dxa"/>
          </w:tcPr>
          <w:p w14:paraId="3C7E067B" w14:textId="77777777" w:rsidR="00C059A5" w:rsidRPr="00CB63B0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B63B0">
              <w:rPr>
                <w:rFonts w:asciiTheme="majorHAnsi" w:hAnsiTheme="majorHAnsi" w:cstheme="majorHAnsi"/>
                <w:sz w:val="22"/>
              </w:rPr>
              <w:t>…………………………………………………………………………………………………………</w:t>
            </w:r>
          </w:p>
        </w:tc>
      </w:tr>
    </w:tbl>
    <w:p w14:paraId="1F3B1116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Cena została obliczona na podstawie kosztorysu ofertowego, który stanowi załącznik do oferty.</w:t>
      </w:r>
    </w:p>
    <w:p w14:paraId="380B2BCB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b/>
          <w:sz w:val="22"/>
        </w:rPr>
        <w:t xml:space="preserve">2. Oferujemy okres gwarancji: </w:t>
      </w:r>
      <w:r w:rsidRPr="00CB63B0">
        <w:rPr>
          <w:rFonts w:asciiTheme="majorHAnsi" w:hAnsiTheme="majorHAnsi" w:cstheme="majorHAnsi"/>
          <w:sz w:val="22"/>
        </w:rPr>
        <w:t>………………… miesięcy*</w:t>
      </w:r>
    </w:p>
    <w:p w14:paraId="1F9BEA6F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* Dopuszczalne okresy gwarancji: 36, 42 albo 48 miesięcy. W przypadku braku wskazania okresu albo wskazania okresu innego niż dopuszczony Zamawiający przyjmie okres 36 miesięcy.</w:t>
      </w:r>
    </w:p>
    <w:p w14:paraId="3B7D5614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3. Oświadczamy, że cena oferty obejmuje wszystkie koszty niezbędne do należytego wykonania zamówienia, w tym roboty przygotowawcze i rozbiórkowe, usunięcie legarów, wykonanie warstw wyrównawczych, izolacji cieplnej i przeciwwilgociowej, suchego jastrychu z płyt gipsowo-włóknowych, posadzki z paneli oraz zagospodarowanie odpadów, zgodnie z OPZ, przedmiarem i STWiORB.</w:t>
      </w:r>
    </w:p>
    <w:p w14:paraId="525C081E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4. Akceptujemy bez zastrzeżeń postanowienia SWZ wraz z wyjaśnieniami i zmianami oraz projektowane postanowienia umowy. W przypadku wyboru naszej oferty zobowiązujemy się do zawarcia umowy w terminie i miejscu wskazanym przez Zamawiającego.</w:t>
      </w:r>
    </w:p>
    <w:p w14:paraId="2FB05259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5. Oświadczamy, że jesteśmy związani ofertą przez okres wskazany w SWZ.</w:t>
      </w:r>
    </w:p>
    <w:p w14:paraId="0B5C82B5" w14:textId="77777777" w:rsidR="00CB63B0" w:rsidRDefault="00CB63B0">
      <w:pPr>
        <w:rPr>
          <w:rFonts w:asciiTheme="majorHAnsi" w:hAnsiTheme="majorHAnsi" w:cstheme="majorHAnsi"/>
          <w:sz w:val="22"/>
        </w:rPr>
      </w:pPr>
    </w:p>
    <w:p w14:paraId="1A53E5F1" w14:textId="3B8F8134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6. Oświadczamy, że wybór naszej oferty będzie / nie będzie* prowadził do powstania u Zamawiającego obowiązku podatkowego, o którym mowa w art. 225 ustawy Pzp. Jeżeli będzie prowadził, wskazujemy: rodzaj towaru/usługi: ……………………………, wartość bez podatku: …………………………… zł, stawkę VAT: ………… %.</w:t>
      </w:r>
    </w:p>
    <w:p w14:paraId="1FA91E94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7. W celu wykazania spełniania warunków udziału polegamy / nie polegamy* na zasobach podmiotów udostępniających zasoby. W przypadku polegania zakres zasobów: ……………………………………………………………………………………………………………………</w:t>
      </w:r>
    </w:p>
    <w:p w14:paraId="3606C6F1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8. Zamierzamy / nie zamierzamy* powierzyć podwykonawcom część zamówienia. Zakres przewidziany do podwykonania: ……………………………………………………………………………………………………………………</w:t>
      </w:r>
    </w:p>
    <w:p w14:paraId="3D0AE7B7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9. Jesteśmy / nie jesteśmy* Wykonawcą wspólnie ubiegającym się o udzielenie zamówienia. Jeżeli dotyczy, dołączamy oświadczenie z art. 117 ust. 4 ustawy Pzp.</w:t>
      </w:r>
    </w:p>
    <w:p w14:paraId="66681AFD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10. Oświadczamy, że jesteśmy: mikroprzedsiębiorcą / małym przedsiębiorcą / średnim przedsiębiorcą / innym podmiotem*.</w:t>
      </w:r>
    </w:p>
    <w:p w14:paraId="42E04F00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11. Informacje stanowiące tajemnicę przedsiębiorstwa: ……………………………………………………………………………………………………</w:t>
      </w:r>
      <w:proofErr w:type="gramStart"/>
      <w:r w:rsidRPr="00CB63B0">
        <w:rPr>
          <w:rFonts w:asciiTheme="majorHAnsi" w:hAnsiTheme="majorHAnsi" w:cstheme="majorHAnsi"/>
          <w:sz w:val="22"/>
        </w:rPr>
        <w:t>… .</w:t>
      </w:r>
      <w:proofErr w:type="gramEnd"/>
      <w:r w:rsidRPr="00CB63B0">
        <w:rPr>
          <w:rFonts w:asciiTheme="majorHAnsi" w:hAnsiTheme="majorHAnsi" w:cstheme="majorHAnsi"/>
          <w:sz w:val="22"/>
        </w:rPr>
        <w:t xml:space="preserve"> Uzasadnienie zastrzeżenia zostało dołączone do oferty / nie dotyczy*.</w:t>
      </w:r>
    </w:p>
    <w:p w14:paraId="32438CD7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12. Oświadczamy, że zapoznaliśmy się z informacją dotyczącą przetwarzania danych osobowych zawartą w SWZ.</w:t>
      </w:r>
    </w:p>
    <w:p w14:paraId="647EE5C7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>13. Integralną część oferty stanowią dokumenty i oświadczenia wymagane w SWZ, w tym kosztorys ofertowy.</w:t>
      </w:r>
    </w:p>
    <w:p w14:paraId="7341DCAE" w14:textId="77777777" w:rsidR="00C059A5" w:rsidRPr="00CB63B0" w:rsidRDefault="00000000">
      <w:pPr>
        <w:rPr>
          <w:rFonts w:asciiTheme="majorHAnsi" w:hAnsiTheme="majorHAnsi" w:cstheme="majorHAnsi"/>
          <w:sz w:val="22"/>
        </w:rPr>
      </w:pPr>
      <w:r w:rsidRPr="00CB63B0">
        <w:rPr>
          <w:rFonts w:asciiTheme="majorHAnsi" w:hAnsiTheme="majorHAnsi" w:cstheme="majorHAnsi"/>
          <w:sz w:val="22"/>
        </w:rPr>
        <w:t xml:space="preserve">* </w:t>
      </w:r>
      <w:proofErr w:type="gramStart"/>
      <w:r w:rsidRPr="00CB63B0">
        <w:rPr>
          <w:rFonts w:asciiTheme="majorHAnsi" w:hAnsiTheme="majorHAnsi" w:cstheme="majorHAnsi"/>
          <w:sz w:val="22"/>
        </w:rPr>
        <w:t>niepotrzebne</w:t>
      </w:r>
      <w:proofErr w:type="gramEnd"/>
      <w:r w:rsidRPr="00CB63B0">
        <w:rPr>
          <w:rFonts w:asciiTheme="majorHAnsi" w:hAnsiTheme="majorHAnsi" w:cstheme="majorHAnsi"/>
          <w:sz w:val="22"/>
        </w:rPr>
        <w:t xml:space="preserve"> skreślić / właściwe zaznaczyć</w:t>
      </w:r>
    </w:p>
    <w:p w14:paraId="7A2BD8BC" w14:textId="77777777" w:rsidR="00CB63B0" w:rsidRDefault="00CB63B0">
      <w:pPr>
        <w:jc w:val="center"/>
        <w:rPr>
          <w:rFonts w:asciiTheme="majorHAnsi" w:hAnsiTheme="majorHAnsi" w:cstheme="majorHAnsi"/>
          <w:b/>
          <w:i/>
          <w:iCs/>
          <w:color w:val="EE0000"/>
          <w:sz w:val="22"/>
        </w:rPr>
      </w:pPr>
    </w:p>
    <w:p w14:paraId="0656CD23" w14:textId="77777777" w:rsidR="00CB63B0" w:rsidRDefault="00CB63B0">
      <w:pPr>
        <w:jc w:val="center"/>
        <w:rPr>
          <w:rFonts w:asciiTheme="majorHAnsi" w:hAnsiTheme="majorHAnsi" w:cstheme="majorHAnsi"/>
          <w:b/>
          <w:i/>
          <w:iCs/>
          <w:color w:val="EE0000"/>
          <w:sz w:val="22"/>
        </w:rPr>
      </w:pPr>
    </w:p>
    <w:p w14:paraId="40BBF3CD" w14:textId="7F269609" w:rsidR="00C059A5" w:rsidRPr="00CB63B0" w:rsidRDefault="00000000">
      <w:pPr>
        <w:jc w:val="center"/>
        <w:rPr>
          <w:rFonts w:asciiTheme="majorHAnsi" w:hAnsiTheme="majorHAnsi" w:cstheme="majorHAnsi"/>
          <w:i/>
          <w:iCs/>
          <w:color w:val="EE0000"/>
          <w:sz w:val="22"/>
        </w:rPr>
      </w:pPr>
      <w:proofErr w:type="spellStart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>Załącznik</w:t>
      </w:r>
      <w:proofErr w:type="spellEnd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 xml:space="preserve"> </w:t>
      </w:r>
      <w:proofErr w:type="spellStart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>wymaga</w:t>
      </w:r>
      <w:proofErr w:type="spellEnd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 xml:space="preserve"> </w:t>
      </w:r>
      <w:proofErr w:type="spellStart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>elektronicznego</w:t>
      </w:r>
      <w:proofErr w:type="spellEnd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 xml:space="preserve"> </w:t>
      </w:r>
      <w:proofErr w:type="spellStart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>podpisu</w:t>
      </w:r>
      <w:proofErr w:type="spellEnd"/>
      <w:r w:rsidRPr="00CB63B0">
        <w:rPr>
          <w:rFonts w:asciiTheme="majorHAnsi" w:hAnsiTheme="majorHAnsi" w:cstheme="majorHAnsi"/>
          <w:b/>
          <w:i/>
          <w:iCs/>
          <w:color w:val="EE0000"/>
          <w:sz w:val="22"/>
        </w:rPr>
        <w:t xml:space="preserve"> kwalifikowanego, podpisu zaufanego lub podpisu osobistego!</w:t>
      </w:r>
    </w:p>
    <w:sectPr w:rsidR="00C059A5" w:rsidRPr="00CB63B0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00C389" w14:textId="77777777" w:rsidR="007E403E" w:rsidRDefault="007E403E">
      <w:pPr>
        <w:spacing w:after="0" w:line="240" w:lineRule="auto"/>
      </w:pPr>
      <w:r>
        <w:separator/>
      </w:r>
    </w:p>
  </w:endnote>
  <w:endnote w:type="continuationSeparator" w:id="0">
    <w:p w14:paraId="5957490D" w14:textId="77777777" w:rsidR="007E403E" w:rsidRDefault="007E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37445" w14:textId="77777777" w:rsidR="00C059A5" w:rsidRDefault="00000000">
    <w:pPr>
      <w:pStyle w:val="Stopka"/>
      <w:jc w:val="center"/>
    </w:pPr>
    <w:r>
      <w:rPr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E86EE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5ED662" w14:textId="77777777" w:rsidR="007E403E" w:rsidRDefault="007E403E">
      <w:pPr>
        <w:spacing w:after="0" w:line="240" w:lineRule="auto"/>
      </w:pPr>
      <w:r>
        <w:separator/>
      </w:r>
    </w:p>
  </w:footnote>
  <w:footnote w:type="continuationSeparator" w:id="0">
    <w:p w14:paraId="669DCF15" w14:textId="77777777" w:rsidR="007E403E" w:rsidRDefault="007E4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09C75D" w14:textId="577C9041" w:rsidR="00C059A5" w:rsidRPr="00CB63B0" w:rsidRDefault="00000000">
    <w:pPr>
      <w:pStyle w:val="Nagwek"/>
      <w:jc w:val="center"/>
      <w:rPr>
        <w:rFonts w:asciiTheme="majorHAnsi" w:hAnsiTheme="majorHAnsi" w:cstheme="majorHAnsi"/>
      </w:rPr>
    </w:pPr>
    <w:r w:rsidRPr="00CB63B0">
      <w:rPr>
        <w:rFonts w:asciiTheme="majorHAnsi" w:hAnsiTheme="majorHAnsi" w:cstheme="majorHAnsi"/>
        <w:sz w:val="16"/>
      </w:rPr>
      <w:t xml:space="preserve">Nr </w:t>
    </w:r>
    <w:proofErr w:type="spellStart"/>
    <w:r w:rsidRPr="00CB63B0">
      <w:rPr>
        <w:rFonts w:asciiTheme="majorHAnsi" w:hAnsiTheme="majorHAnsi" w:cstheme="majorHAnsi"/>
        <w:sz w:val="16"/>
      </w:rPr>
      <w:t>postępowania</w:t>
    </w:r>
    <w:proofErr w:type="spellEnd"/>
    <w:r w:rsidRPr="00CB63B0">
      <w:rPr>
        <w:rFonts w:asciiTheme="majorHAnsi" w:hAnsiTheme="majorHAnsi" w:cstheme="majorHAnsi"/>
        <w:sz w:val="16"/>
      </w:rPr>
      <w:t>: ZP.260.</w:t>
    </w:r>
    <w:proofErr w:type="gramStart"/>
    <w:r w:rsidRPr="00CB63B0">
      <w:rPr>
        <w:rFonts w:asciiTheme="majorHAnsi" w:hAnsiTheme="majorHAnsi" w:cstheme="majorHAnsi"/>
        <w:sz w:val="16"/>
      </w:rPr>
      <w:t>9.2026.KB</w:t>
    </w:r>
    <w:proofErr w:type="gramEnd"/>
    <w:r w:rsidRPr="00CB63B0">
      <w:rPr>
        <w:rFonts w:asciiTheme="majorHAnsi" w:hAnsiTheme="majorHAnsi" w:cstheme="majorHAnsi"/>
        <w:sz w:val="16"/>
      </w:rPr>
      <w:t xml:space="preserve">                           </w:t>
    </w:r>
    <w:r w:rsidR="00CB63B0">
      <w:rPr>
        <w:rFonts w:asciiTheme="majorHAnsi" w:hAnsiTheme="majorHAnsi" w:cstheme="majorHAnsi"/>
        <w:sz w:val="16"/>
      </w:rPr>
      <w:tab/>
    </w:r>
    <w:r w:rsidR="00CB63B0">
      <w:rPr>
        <w:rFonts w:asciiTheme="majorHAnsi" w:hAnsiTheme="majorHAnsi" w:cstheme="majorHAnsi"/>
        <w:sz w:val="16"/>
      </w:rPr>
      <w:tab/>
    </w:r>
    <w:r w:rsidRPr="00CB63B0">
      <w:rPr>
        <w:rFonts w:asciiTheme="majorHAnsi" w:hAnsiTheme="majorHAnsi" w:cstheme="majorHAnsi"/>
        <w:sz w:val="16"/>
      </w:rPr>
      <w:t xml:space="preserve">           </w:t>
    </w:r>
    <w:proofErr w:type="spellStart"/>
    <w:r w:rsidRPr="00CB63B0">
      <w:rPr>
        <w:rFonts w:asciiTheme="majorHAnsi" w:hAnsiTheme="majorHAnsi" w:cstheme="majorHAnsi"/>
        <w:sz w:val="16"/>
      </w:rPr>
      <w:t>Załącznik</w:t>
    </w:r>
    <w:proofErr w:type="spellEnd"/>
    <w:r w:rsidRPr="00CB63B0">
      <w:rPr>
        <w:rFonts w:asciiTheme="majorHAnsi" w:hAnsiTheme="majorHAnsi" w:cstheme="majorHAnsi"/>
        <w:sz w:val="16"/>
      </w:rPr>
      <w:t xml:space="preserve">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6521173">
    <w:abstractNumId w:val="8"/>
  </w:num>
  <w:num w:numId="2" w16cid:durableId="79721627">
    <w:abstractNumId w:val="6"/>
  </w:num>
  <w:num w:numId="3" w16cid:durableId="1245994614">
    <w:abstractNumId w:val="5"/>
  </w:num>
  <w:num w:numId="4" w16cid:durableId="1649937160">
    <w:abstractNumId w:val="4"/>
  </w:num>
  <w:num w:numId="5" w16cid:durableId="1303467234">
    <w:abstractNumId w:val="7"/>
  </w:num>
  <w:num w:numId="6" w16cid:durableId="102190626">
    <w:abstractNumId w:val="3"/>
  </w:num>
  <w:num w:numId="7" w16cid:durableId="1307734858">
    <w:abstractNumId w:val="2"/>
  </w:num>
  <w:num w:numId="8" w16cid:durableId="369501263">
    <w:abstractNumId w:val="1"/>
  </w:num>
  <w:num w:numId="9" w16cid:durableId="14538614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3EE"/>
    <w:rsid w:val="0029639D"/>
    <w:rsid w:val="00326F90"/>
    <w:rsid w:val="007E403E"/>
    <w:rsid w:val="00972E8F"/>
    <w:rsid w:val="00AA1D8D"/>
    <w:rsid w:val="00B47730"/>
    <w:rsid w:val="00C059A5"/>
    <w:rsid w:val="00CA4423"/>
    <w:rsid w:val="00CB0664"/>
    <w:rsid w:val="00CB63B0"/>
    <w:rsid w:val="00E86E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4C237"/>
  <w14:defaultImageDpi w14:val="300"/>
  <w15:docId w15:val="{38BF1519-DE9B-0747-BF18-F5F8AC3F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3591</Characters>
  <Application>Microsoft Office Word</Application>
  <DocSecurity>0</DocSecurity>
  <Lines>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3</cp:revision>
  <dcterms:created xsi:type="dcterms:W3CDTF">2026-08-24T13:17:00Z</dcterms:created>
  <dcterms:modified xsi:type="dcterms:W3CDTF">2026-08-25T06:04:00Z</dcterms:modified>
  <cp:category/>
</cp:coreProperties>
</file>