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2455CA" w14:textId="77777777" w:rsidR="00686472" w:rsidRDefault="00686472">
      <w:pPr>
        <w:rPr>
          <w:b/>
        </w:rPr>
      </w:pPr>
    </w:p>
    <w:p w14:paraId="08C04CEC" w14:textId="77777777" w:rsidR="00686472" w:rsidRPr="00C57B2D" w:rsidRDefault="00686472">
      <w:pPr>
        <w:rPr>
          <w:rFonts w:asciiTheme="majorHAnsi" w:hAnsiTheme="majorHAnsi" w:cstheme="majorHAnsi"/>
          <w:b/>
          <w:sz w:val="22"/>
        </w:rPr>
      </w:pPr>
    </w:p>
    <w:p w14:paraId="640DBE29" w14:textId="5EFC1BB8" w:rsidR="00012BA6" w:rsidRPr="00C57B2D" w:rsidRDefault="00000000" w:rsidP="00C57B2D">
      <w:pPr>
        <w:jc w:val="right"/>
        <w:rPr>
          <w:rFonts w:asciiTheme="majorHAnsi" w:hAnsiTheme="majorHAnsi" w:cstheme="majorHAnsi"/>
          <w:sz w:val="22"/>
        </w:rPr>
      </w:pPr>
      <w:proofErr w:type="spellStart"/>
      <w:r w:rsidRPr="00C57B2D">
        <w:rPr>
          <w:rFonts w:asciiTheme="majorHAnsi" w:hAnsiTheme="majorHAnsi" w:cstheme="majorHAnsi"/>
          <w:b/>
          <w:sz w:val="22"/>
        </w:rPr>
        <w:t>Zamawiający</w:t>
      </w:r>
      <w:proofErr w:type="spellEnd"/>
      <w:r w:rsidRPr="00C57B2D">
        <w:rPr>
          <w:rFonts w:asciiTheme="majorHAnsi" w:hAnsiTheme="majorHAnsi" w:cstheme="majorHAnsi"/>
          <w:b/>
          <w:sz w:val="22"/>
        </w:rPr>
        <w:t>:</w:t>
      </w:r>
    </w:p>
    <w:p w14:paraId="7E450F38" w14:textId="77777777" w:rsidR="00012BA6" w:rsidRPr="00C57B2D" w:rsidRDefault="00000000" w:rsidP="00C57B2D">
      <w:pPr>
        <w:jc w:val="right"/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>Zakład Gospodarowania Nieruchomościami w Dzielnicy Żoliborz m.st. Warszawy</w:t>
      </w:r>
    </w:p>
    <w:p w14:paraId="3A65DFDD" w14:textId="77777777" w:rsidR="00012BA6" w:rsidRPr="00C57B2D" w:rsidRDefault="00000000" w:rsidP="00C57B2D">
      <w:pPr>
        <w:jc w:val="right"/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>ul. Marii Kazimiery 1, 01-641 Warszawa</w:t>
      </w:r>
    </w:p>
    <w:p w14:paraId="6FF36A2B" w14:textId="77777777" w:rsidR="00C57B2D" w:rsidRPr="00C57B2D" w:rsidRDefault="00C57B2D">
      <w:pPr>
        <w:rPr>
          <w:rFonts w:asciiTheme="majorHAnsi" w:hAnsiTheme="majorHAnsi" w:cstheme="majorHAnsi"/>
          <w:b/>
          <w:sz w:val="22"/>
        </w:rPr>
      </w:pPr>
    </w:p>
    <w:p w14:paraId="7149F92C" w14:textId="29EFCF60" w:rsidR="00012BA6" w:rsidRPr="00C57B2D" w:rsidRDefault="00000000">
      <w:pPr>
        <w:rPr>
          <w:rFonts w:asciiTheme="majorHAnsi" w:hAnsiTheme="majorHAnsi" w:cstheme="majorHAnsi"/>
          <w:sz w:val="22"/>
        </w:rPr>
      </w:pPr>
      <w:proofErr w:type="spellStart"/>
      <w:r w:rsidRPr="00C57B2D">
        <w:rPr>
          <w:rFonts w:asciiTheme="majorHAnsi" w:hAnsiTheme="majorHAnsi" w:cstheme="majorHAnsi"/>
          <w:b/>
          <w:sz w:val="22"/>
        </w:rPr>
        <w:t>Wykonawca</w:t>
      </w:r>
      <w:proofErr w:type="spellEnd"/>
      <w:r w:rsidRPr="00C57B2D">
        <w:rPr>
          <w:rFonts w:asciiTheme="majorHAnsi" w:hAnsiTheme="majorHAnsi" w:cstheme="majorHAnsi"/>
          <w:b/>
          <w:sz w:val="22"/>
        </w:rPr>
        <w:t xml:space="preserve"> / </w:t>
      </w:r>
      <w:proofErr w:type="spellStart"/>
      <w:r w:rsidRPr="00C57B2D">
        <w:rPr>
          <w:rFonts w:asciiTheme="majorHAnsi" w:hAnsiTheme="majorHAnsi" w:cstheme="majorHAnsi"/>
          <w:b/>
          <w:sz w:val="22"/>
        </w:rPr>
        <w:t>Wykonawca</w:t>
      </w:r>
      <w:proofErr w:type="spellEnd"/>
      <w:r w:rsidRPr="00C57B2D"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 w:rsidRPr="00C57B2D">
        <w:rPr>
          <w:rFonts w:asciiTheme="majorHAnsi" w:hAnsiTheme="majorHAnsi" w:cstheme="majorHAnsi"/>
          <w:b/>
          <w:sz w:val="22"/>
        </w:rPr>
        <w:t>wspólnie</w:t>
      </w:r>
      <w:proofErr w:type="spellEnd"/>
      <w:r w:rsidRPr="00C57B2D"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 w:rsidRPr="00C57B2D">
        <w:rPr>
          <w:rFonts w:asciiTheme="majorHAnsi" w:hAnsiTheme="majorHAnsi" w:cstheme="majorHAnsi"/>
          <w:b/>
          <w:sz w:val="22"/>
        </w:rPr>
        <w:t>ubiegający</w:t>
      </w:r>
      <w:proofErr w:type="spellEnd"/>
      <w:r w:rsidRPr="00C57B2D">
        <w:rPr>
          <w:rFonts w:asciiTheme="majorHAnsi" w:hAnsiTheme="majorHAnsi" w:cstheme="majorHAnsi"/>
          <w:b/>
          <w:sz w:val="22"/>
        </w:rPr>
        <w:t xml:space="preserve"> się o udzielenie zamówienia:</w:t>
      </w:r>
    </w:p>
    <w:p w14:paraId="3DE90FA9" w14:textId="77777777" w:rsidR="00012BA6" w:rsidRPr="00C57B2D" w:rsidRDefault="00000000">
      <w:pPr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>……………………………………………………………………………………………………………………………………………………</w:t>
      </w:r>
    </w:p>
    <w:p w14:paraId="310A97D8" w14:textId="77777777" w:rsidR="00012BA6" w:rsidRPr="00C57B2D" w:rsidRDefault="00000000">
      <w:pPr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>(pełna nazwa/firma, adres, NIP/PESEL, KRS/CEiDG)</w:t>
      </w:r>
    </w:p>
    <w:p w14:paraId="7E6FFDF3" w14:textId="77777777" w:rsidR="00012BA6" w:rsidRPr="00C57B2D" w:rsidRDefault="00000000">
      <w:pPr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>reprezentowany przez: ………………………………………………………………………………………………………………………</w:t>
      </w:r>
    </w:p>
    <w:p w14:paraId="5FA89DCA" w14:textId="77777777" w:rsidR="00686472" w:rsidRPr="00C57B2D" w:rsidRDefault="00686472">
      <w:pPr>
        <w:jc w:val="center"/>
        <w:rPr>
          <w:rFonts w:asciiTheme="majorHAnsi" w:hAnsiTheme="majorHAnsi" w:cstheme="majorHAnsi"/>
          <w:b/>
          <w:sz w:val="22"/>
        </w:rPr>
      </w:pPr>
    </w:p>
    <w:p w14:paraId="296E543B" w14:textId="57F4A69C" w:rsidR="00012BA6" w:rsidRPr="00C57B2D" w:rsidRDefault="00000000">
      <w:pPr>
        <w:jc w:val="center"/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b/>
          <w:sz w:val="22"/>
        </w:rPr>
        <w:t>OŚWIADCZENIE WYKONAWCY</w:t>
      </w:r>
    </w:p>
    <w:p w14:paraId="08A22624" w14:textId="77777777" w:rsidR="00012BA6" w:rsidRPr="00C57B2D" w:rsidRDefault="00000000">
      <w:pPr>
        <w:jc w:val="center"/>
        <w:rPr>
          <w:rFonts w:asciiTheme="majorHAnsi" w:hAnsiTheme="majorHAnsi" w:cstheme="majorHAnsi"/>
          <w:b/>
          <w:sz w:val="22"/>
        </w:rPr>
      </w:pPr>
      <w:r w:rsidRPr="00C57B2D">
        <w:rPr>
          <w:rFonts w:asciiTheme="majorHAnsi" w:hAnsiTheme="majorHAnsi" w:cstheme="majorHAnsi"/>
          <w:b/>
          <w:sz w:val="22"/>
        </w:rPr>
        <w:t>W ZAKRESIE ART. 108 UST. 1 PKT 5 USTAWY PRAWO ZAMÓWIEŃ PUBLICZNYCH</w:t>
      </w:r>
    </w:p>
    <w:p w14:paraId="0039EAFA" w14:textId="77777777" w:rsidR="00686472" w:rsidRPr="00C57B2D" w:rsidRDefault="00686472">
      <w:pPr>
        <w:jc w:val="center"/>
        <w:rPr>
          <w:rFonts w:asciiTheme="majorHAnsi" w:hAnsiTheme="majorHAnsi" w:cstheme="majorHAnsi"/>
          <w:sz w:val="22"/>
        </w:rPr>
      </w:pPr>
    </w:p>
    <w:p w14:paraId="4F9DEA3A" w14:textId="77777777" w:rsidR="00012BA6" w:rsidRPr="00C57B2D" w:rsidRDefault="00000000">
      <w:pPr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>Na potrzeby postępowania o udzielenie zamówienia publicznego pn.:</w:t>
      </w:r>
    </w:p>
    <w:p w14:paraId="782F80EB" w14:textId="77777777" w:rsidR="00012BA6" w:rsidRPr="00C57B2D" w:rsidRDefault="00000000">
      <w:pPr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b/>
          <w:sz w:val="22"/>
        </w:rPr>
        <w:t>Wymiana posadzki na zapleczu Biblioteki Publicznej m.st. Warszawy na ul. Śmiałej 24.</w:t>
      </w:r>
    </w:p>
    <w:p w14:paraId="5171AD02" w14:textId="77777777" w:rsidR="00012BA6" w:rsidRPr="00C57B2D" w:rsidRDefault="00000000">
      <w:pPr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 xml:space="preserve">oświadczam, </w:t>
      </w:r>
      <w:proofErr w:type="gramStart"/>
      <w:r w:rsidRPr="00C57B2D">
        <w:rPr>
          <w:rFonts w:asciiTheme="majorHAnsi" w:hAnsiTheme="majorHAnsi" w:cstheme="majorHAnsi"/>
          <w:sz w:val="22"/>
        </w:rPr>
        <w:t>że:*</w:t>
      </w:r>
      <w:proofErr w:type="gramEnd"/>
    </w:p>
    <w:p w14:paraId="11070650" w14:textId="77777777" w:rsidR="00012BA6" w:rsidRPr="00C57B2D" w:rsidRDefault="00000000">
      <w:pPr>
        <w:pStyle w:val="Listanumerowana"/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>nie należę do tej samej grupy kapitałowej w rozumieniu ustawy z dnia 16 lutego 2007 r. o ochronie konkurencji i konsumentów z innym wykonawcą, który złożył odrębną ofertę w tym postępowaniu;</w:t>
      </w:r>
    </w:p>
    <w:p w14:paraId="5589E3B5" w14:textId="77777777" w:rsidR="00012BA6" w:rsidRPr="00C57B2D" w:rsidRDefault="00000000">
      <w:pPr>
        <w:pStyle w:val="Listanumerowana"/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>należę do tej samej grupy kapitałowej wraz z następującym wykonawcą / wykonawcami, którzy złożyli odrębne oferty w tym postępowaniu: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012BA6" w:rsidRPr="00C57B2D" w14:paraId="3E068FD3" w14:textId="77777777">
        <w:trPr>
          <w:jc w:val="center"/>
        </w:trPr>
        <w:tc>
          <w:tcPr>
            <w:tcW w:w="3324" w:type="dxa"/>
            <w:shd w:val="clear" w:color="auto" w:fill="E7E6E6"/>
          </w:tcPr>
          <w:p w14:paraId="25F17CE2" w14:textId="77777777" w:rsidR="00012BA6" w:rsidRPr="00C57B2D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57B2D">
              <w:rPr>
                <w:rFonts w:asciiTheme="majorHAnsi" w:hAnsiTheme="majorHAnsi" w:cstheme="majorHAnsi"/>
                <w:b/>
                <w:sz w:val="22"/>
              </w:rPr>
              <w:t>Lp.</w:t>
            </w:r>
          </w:p>
        </w:tc>
        <w:tc>
          <w:tcPr>
            <w:tcW w:w="3324" w:type="dxa"/>
            <w:shd w:val="clear" w:color="auto" w:fill="E7E6E6"/>
          </w:tcPr>
          <w:p w14:paraId="3C50B3AF" w14:textId="77777777" w:rsidR="00012BA6" w:rsidRPr="00C57B2D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57B2D">
              <w:rPr>
                <w:rFonts w:asciiTheme="majorHAnsi" w:hAnsiTheme="majorHAnsi" w:cstheme="majorHAnsi"/>
                <w:b/>
                <w:sz w:val="22"/>
              </w:rPr>
              <w:t>Nazwa wykonawcy</w:t>
            </w:r>
          </w:p>
        </w:tc>
        <w:tc>
          <w:tcPr>
            <w:tcW w:w="3324" w:type="dxa"/>
            <w:shd w:val="clear" w:color="auto" w:fill="E7E6E6"/>
          </w:tcPr>
          <w:p w14:paraId="7F0A0248" w14:textId="77777777" w:rsidR="00012BA6" w:rsidRPr="00C57B2D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C57B2D">
              <w:rPr>
                <w:rFonts w:asciiTheme="majorHAnsi" w:hAnsiTheme="majorHAnsi" w:cstheme="majorHAnsi"/>
                <w:b/>
                <w:sz w:val="22"/>
              </w:rPr>
              <w:t>Adres wykonawcy</w:t>
            </w:r>
          </w:p>
        </w:tc>
      </w:tr>
      <w:tr w:rsidR="00012BA6" w:rsidRPr="00C57B2D" w14:paraId="32881944" w14:textId="77777777">
        <w:trPr>
          <w:jc w:val="center"/>
        </w:trPr>
        <w:tc>
          <w:tcPr>
            <w:tcW w:w="3324" w:type="dxa"/>
          </w:tcPr>
          <w:p w14:paraId="1CC85B4F" w14:textId="77777777" w:rsidR="00012BA6" w:rsidRPr="00C57B2D" w:rsidRDefault="00012BA6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324" w:type="dxa"/>
          </w:tcPr>
          <w:p w14:paraId="4D63AE61" w14:textId="77777777" w:rsidR="00012BA6" w:rsidRPr="00C57B2D" w:rsidRDefault="00012BA6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324" w:type="dxa"/>
          </w:tcPr>
          <w:p w14:paraId="0425A06D" w14:textId="77777777" w:rsidR="00012BA6" w:rsidRPr="00C57B2D" w:rsidRDefault="00012BA6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012BA6" w:rsidRPr="00C57B2D" w14:paraId="2752F95A" w14:textId="77777777">
        <w:trPr>
          <w:jc w:val="center"/>
        </w:trPr>
        <w:tc>
          <w:tcPr>
            <w:tcW w:w="3324" w:type="dxa"/>
          </w:tcPr>
          <w:p w14:paraId="2A3E0ADD" w14:textId="77777777" w:rsidR="00012BA6" w:rsidRPr="00C57B2D" w:rsidRDefault="00012BA6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324" w:type="dxa"/>
          </w:tcPr>
          <w:p w14:paraId="29338CDD" w14:textId="77777777" w:rsidR="00012BA6" w:rsidRPr="00C57B2D" w:rsidRDefault="00012BA6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324" w:type="dxa"/>
          </w:tcPr>
          <w:p w14:paraId="39AFC630" w14:textId="77777777" w:rsidR="00012BA6" w:rsidRPr="00C57B2D" w:rsidRDefault="00012BA6">
            <w:pPr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3534CA56" w14:textId="77777777" w:rsidR="00012BA6" w:rsidRPr="00C57B2D" w:rsidRDefault="00000000">
      <w:pPr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>oraz załączam dokumenty lub informacje potwierdzające przygotowanie oferty niezależnie od innego wykonawcy należącego do tej samej grupy kapitałowej.</w:t>
      </w:r>
    </w:p>
    <w:p w14:paraId="45431A83" w14:textId="77777777" w:rsidR="00012BA6" w:rsidRPr="00C57B2D" w:rsidRDefault="00000000">
      <w:pPr>
        <w:rPr>
          <w:rFonts w:asciiTheme="majorHAnsi" w:hAnsiTheme="majorHAnsi" w:cstheme="majorHAnsi"/>
          <w:sz w:val="22"/>
        </w:rPr>
      </w:pPr>
      <w:r w:rsidRPr="00C57B2D">
        <w:rPr>
          <w:rFonts w:asciiTheme="majorHAnsi" w:hAnsiTheme="majorHAnsi" w:cstheme="majorHAnsi"/>
          <w:sz w:val="22"/>
        </w:rPr>
        <w:t xml:space="preserve">* </w:t>
      </w:r>
      <w:proofErr w:type="gramStart"/>
      <w:r w:rsidRPr="00C57B2D">
        <w:rPr>
          <w:rFonts w:asciiTheme="majorHAnsi" w:hAnsiTheme="majorHAnsi" w:cstheme="majorHAnsi"/>
          <w:sz w:val="22"/>
        </w:rPr>
        <w:t>nieodpowiednie</w:t>
      </w:r>
      <w:proofErr w:type="gramEnd"/>
      <w:r w:rsidRPr="00C57B2D">
        <w:rPr>
          <w:rFonts w:asciiTheme="majorHAnsi" w:hAnsiTheme="majorHAnsi" w:cstheme="majorHAnsi"/>
          <w:sz w:val="22"/>
        </w:rPr>
        <w:t xml:space="preserve"> skreślić, właściwe wypełnić, jeżeli ma zastosowanie</w:t>
      </w:r>
    </w:p>
    <w:p w14:paraId="3A5CE231" w14:textId="77777777" w:rsidR="00012BA6" w:rsidRPr="00C57B2D" w:rsidRDefault="00000000">
      <w:pPr>
        <w:jc w:val="center"/>
        <w:rPr>
          <w:rFonts w:asciiTheme="majorHAnsi" w:hAnsiTheme="majorHAnsi" w:cstheme="majorHAnsi"/>
          <w:i/>
          <w:iCs/>
          <w:color w:val="EE0000"/>
          <w:sz w:val="22"/>
        </w:rPr>
      </w:pPr>
      <w:r w:rsidRPr="00C57B2D">
        <w:rPr>
          <w:rFonts w:asciiTheme="majorHAnsi" w:hAnsiTheme="majorHAnsi" w:cstheme="majorHAnsi"/>
          <w:b/>
          <w:i/>
          <w:iCs/>
          <w:color w:val="EE0000"/>
          <w:sz w:val="22"/>
        </w:rPr>
        <w:t>Załącznik wymaga elektronicznego podpisu kwalifikowanego, podpisu zaufanego lub podpisu osobistego!</w:t>
      </w:r>
    </w:p>
    <w:sectPr w:rsidR="00012BA6" w:rsidRPr="00C57B2D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67C35B" w14:textId="77777777" w:rsidR="00326E9B" w:rsidRDefault="00326E9B">
      <w:pPr>
        <w:spacing w:after="0" w:line="240" w:lineRule="auto"/>
      </w:pPr>
      <w:r>
        <w:separator/>
      </w:r>
    </w:p>
  </w:endnote>
  <w:endnote w:type="continuationSeparator" w:id="0">
    <w:p w14:paraId="6619701D" w14:textId="77777777" w:rsidR="00326E9B" w:rsidRDefault="00326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6B593" w14:textId="77777777" w:rsidR="00012BA6" w:rsidRDefault="00000000">
    <w:pPr>
      <w:pStyle w:val="Stopka"/>
      <w:jc w:val="center"/>
    </w:pPr>
    <w:r>
      <w:rPr>
        <w:sz w:val="16"/>
      </w:rPr>
      <w:t xml:space="preserve">Strona </w:t>
    </w:r>
    <w:r>
      <w:fldChar w:fldCharType="begin"/>
    </w:r>
    <w:r>
      <w:instrText>PAGE</w:instrText>
    </w:r>
    <w:r>
      <w:fldChar w:fldCharType="separate"/>
    </w:r>
    <w:r w:rsidR="009818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F07D42" w14:textId="77777777" w:rsidR="00326E9B" w:rsidRDefault="00326E9B">
      <w:pPr>
        <w:spacing w:after="0" w:line="240" w:lineRule="auto"/>
      </w:pPr>
      <w:r>
        <w:separator/>
      </w:r>
    </w:p>
  </w:footnote>
  <w:footnote w:type="continuationSeparator" w:id="0">
    <w:p w14:paraId="4F77D091" w14:textId="77777777" w:rsidR="00326E9B" w:rsidRDefault="00326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610A4E" w14:textId="3924E868" w:rsidR="00012BA6" w:rsidRPr="00C57B2D" w:rsidRDefault="00000000">
    <w:pPr>
      <w:pStyle w:val="Nagwek"/>
      <w:jc w:val="center"/>
      <w:rPr>
        <w:rFonts w:asciiTheme="majorHAnsi" w:hAnsiTheme="majorHAnsi" w:cstheme="majorHAnsi"/>
      </w:rPr>
    </w:pPr>
    <w:r w:rsidRPr="00C57B2D">
      <w:rPr>
        <w:rFonts w:asciiTheme="majorHAnsi" w:hAnsiTheme="majorHAnsi" w:cstheme="majorHAnsi"/>
        <w:sz w:val="16"/>
      </w:rPr>
      <w:t xml:space="preserve">Nr </w:t>
    </w:r>
    <w:proofErr w:type="spellStart"/>
    <w:r w:rsidRPr="00C57B2D">
      <w:rPr>
        <w:rFonts w:asciiTheme="majorHAnsi" w:hAnsiTheme="majorHAnsi" w:cstheme="majorHAnsi"/>
        <w:sz w:val="16"/>
      </w:rPr>
      <w:t>postępowania</w:t>
    </w:r>
    <w:proofErr w:type="spellEnd"/>
    <w:r w:rsidRPr="00C57B2D">
      <w:rPr>
        <w:rFonts w:asciiTheme="majorHAnsi" w:hAnsiTheme="majorHAnsi" w:cstheme="majorHAnsi"/>
        <w:sz w:val="16"/>
      </w:rPr>
      <w:t>: ZP.260.</w:t>
    </w:r>
    <w:proofErr w:type="gramStart"/>
    <w:r w:rsidRPr="00C57B2D">
      <w:rPr>
        <w:rFonts w:asciiTheme="majorHAnsi" w:hAnsiTheme="majorHAnsi" w:cstheme="majorHAnsi"/>
        <w:sz w:val="16"/>
      </w:rPr>
      <w:t>9.2026.KB</w:t>
    </w:r>
    <w:proofErr w:type="gramEnd"/>
    <w:r w:rsidRPr="00C57B2D">
      <w:rPr>
        <w:rFonts w:asciiTheme="majorHAnsi" w:hAnsiTheme="majorHAnsi" w:cstheme="majorHAnsi"/>
        <w:sz w:val="16"/>
      </w:rPr>
      <w:t xml:space="preserve">       </w:t>
    </w:r>
    <w:r w:rsidR="00686472" w:rsidRPr="00C57B2D">
      <w:rPr>
        <w:rFonts w:asciiTheme="majorHAnsi" w:hAnsiTheme="majorHAnsi" w:cstheme="majorHAnsi"/>
        <w:sz w:val="16"/>
      </w:rPr>
      <w:tab/>
    </w:r>
    <w:r w:rsidR="00686472" w:rsidRPr="00C57B2D">
      <w:rPr>
        <w:rFonts w:asciiTheme="majorHAnsi" w:hAnsiTheme="majorHAnsi" w:cstheme="majorHAnsi"/>
        <w:sz w:val="16"/>
      </w:rPr>
      <w:tab/>
    </w:r>
    <w:r w:rsidRPr="00C57B2D">
      <w:rPr>
        <w:rFonts w:asciiTheme="majorHAnsi" w:hAnsiTheme="majorHAnsi" w:cstheme="majorHAnsi"/>
        <w:sz w:val="16"/>
      </w:rPr>
      <w:t xml:space="preserve">                               </w:t>
    </w:r>
    <w:proofErr w:type="spellStart"/>
    <w:r w:rsidRPr="00C57B2D">
      <w:rPr>
        <w:rFonts w:asciiTheme="majorHAnsi" w:hAnsiTheme="majorHAnsi" w:cstheme="majorHAnsi"/>
        <w:sz w:val="16"/>
      </w:rPr>
      <w:t>Załącznik</w:t>
    </w:r>
    <w:proofErr w:type="spellEnd"/>
    <w:r w:rsidRPr="00C57B2D">
      <w:rPr>
        <w:rFonts w:asciiTheme="majorHAnsi" w:hAnsiTheme="majorHAnsi" w:cstheme="majorHAnsi"/>
        <w:sz w:val="16"/>
      </w:rPr>
      <w:t xml:space="preserve">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0888233">
    <w:abstractNumId w:val="8"/>
  </w:num>
  <w:num w:numId="2" w16cid:durableId="491799025">
    <w:abstractNumId w:val="6"/>
  </w:num>
  <w:num w:numId="3" w16cid:durableId="1529879801">
    <w:abstractNumId w:val="5"/>
  </w:num>
  <w:num w:numId="4" w16cid:durableId="49960906">
    <w:abstractNumId w:val="4"/>
  </w:num>
  <w:num w:numId="5" w16cid:durableId="373962778">
    <w:abstractNumId w:val="7"/>
  </w:num>
  <w:num w:numId="6" w16cid:durableId="1840996576">
    <w:abstractNumId w:val="3"/>
  </w:num>
  <w:num w:numId="7" w16cid:durableId="473253219">
    <w:abstractNumId w:val="2"/>
  </w:num>
  <w:num w:numId="8" w16cid:durableId="1754009748">
    <w:abstractNumId w:val="1"/>
  </w:num>
  <w:num w:numId="9" w16cid:durableId="1377689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BA6"/>
    <w:rsid w:val="00034616"/>
    <w:rsid w:val="0006063C"/>
    <w:rsid w:val="000F33EA"/>
    <w:rsid w:val="0015074B"/>
    <w:rsid w:val="0029639D"/>
    <w:rsid w:val="00326E9B"/>
    <w:rsid w:val="00326F90"/>
    <w:rsid w:val="00686472"/>
    <w:rsid w:val="008D5D22"/>
    <w:rsid w:val="00972E8F"/>
    <w:rsid w:val="009818D2"/>
    <w:rsid w:val="00AA1D8D"/>
    <w:rsid w:val="00B47730"/>
    <w:rsid w:val="00C57B2D"/>
    <w:rsid w:val="00CA442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5610B9"/>
  <w14:defaultImageDpi w14:val="300"/>
  <w15:docId w15:val="{38BF1519-DE9B-0747-BF18-F5F8AC3F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1160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Buchoowiecka</cp:lastModifiedBy>
  <cp:revision>4</cp:revision>
  <dcterms:created xsi:type="dcterms:W3CDTF">2026-08-24T13:18:00Z</dcterms:created>
  <dcterms:modified xsi:type="dcterms:W3CDTF">2026-08-25T06:08:00Z</dcterms:modified>
  <cp:category/>
</cp:coreProperties>
</file>