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9FF6BEE" w14:textId="77777777" w:rsidR="007B7987" w:rsidRDefault="007B7987">
      <w:pPr>
        <w:rPr>
          <w:b/>
        </w:rPr>
      </w:pPr>
    </w:p>
    <w:p w14:paraId="45F34508" w14:textId="65BA5FF0" w:rsidR="00CA6C8F" w:rsidRPr="007B7987" w:rsidRDefault="00000000">
      <w:pPr>
        <w:rPr>
          <w:rFonts w:ascii="Calibri" w:hAnsi="Calibri" w:cs="Calibri"/>
          <w:sz w:val="22"/>
          <w:lang w:val="pl-PL"/>
        </w:rPr>
      </w:pPr>
      <w:r w:rsidRPr="007B7987">
        <w:rPr>
          <w:rFonts w:ascii="Calibri" w:hAnsi="Calibri" w:cs="Calibri"/>
          <w:b/>
          <w:sz w:val="22"/>
          <w:lang w:val="pl-PL"/>
        </w:rPr>
        <w:t>Podmiot składający oświadczenie:</w:t>
      </w:r>
    </w:p>
    <w:p w14:paraId="20AC240B" w14:textId="77777777" w:rsidR="00CA6C8F" w:rsidRPr="007B7987" w:rsidRDefault="00000000">
      <w:pPr>
        <w:rPr>
          <w:rFonts w:ascii="Calibri" w:hAnsi="Calibri" w:cs="Calibri"/>
          <w:sz w:val="22"/>
          <w:lang w:val="pl-PL"/>
        </w:rPr>
      </w:pPr>
      <w:r w:rsidRPr="007B7987">
        <w:rPr>
          <w:rFonts w:ascii="Calibri" w:hAnsi="Calibri" w:cs="Calibri"/>
          <w:sz w:val="22"/>
          <w:lang w:val="pl-PL"/>
        </w:rPr>
        <w:t>……………………………………………………………………………………………………………………………………………………</w:t>
      </w:r>
    </w:p>
    <w:p w14:paraId="06EF6F33" w14:textId="77777777" w:rsidR="00CA6C8F" w:rsidRPr="007B7987" w:rsidRDefault="00000000">
      <w:pPr>
        <w:rPr>
          <w:rFonts w:ascii="Calibri" w:hAnsi="Calibri" w:cs="Calibri"/>
          <w:sz w:val="22"/>
          <w:lang w:val="pl-PL"/>
        </w:rPr>
      </w:pPr>
      <w:r w:rsidRPr="007B7987">
        <w:rPr>
          <w:rFonts w:ascii="Calibri" w:hAnsi="Calibri" w:cs="Calibri"/>
          <w:sz w:val="22"/>
          <w:lang w:val="pl-PL"/>
        </w:rPr>
        <w:t>(pełna nazwa/firma, adres, NIP/PESEL, KRS/</w:t>
      </w:r>
      <w:proofErr w:type="spellStart"/>
      <w:r w:rsidRPr="007B7987">
        <w:rPr>
          <w:rFonts w:ascii="Calibri" w:hAnsi="Calibri" w:cs="Calibri"/>
          <w:sz w:val="22"/>
          <w:lang w:val="pl-PL"/>
        </w:rPr>
        <w:t>CEiDG</w:t>
      </w:r>
      <w:proofErr w:type="spellEnd"/>
      <w:r w:rsidRPr="007B7987">
        <w:rPr>
          <w:rFonts w:ascii="Calibri" w:hAnsi="Calibri" w:cs="Calibri"/>
          <w:sz w:val="22"/>
          <w:lang w:val="pl-PL"/>
        </w:rPr>
        <w:t>)</w:t>
      </w:r>
    </w:p>
    <w:p w14:paraId="2A89A9A8" w14:textId="77777777" w:rsidR="00CA6C8F" w:rsidRPr="007B7987" w:rsidRDefault="00000000">
      <w:pPr>
        <w:rPr>
          <w:rFonts w:ascii="Calibri" w:hAnsi="Calibri" w:cs="Calibri"/>
          <w:sz w:val="22"/>
          <w:lang w:val="pl-PL"/>
        </w:rPr>
      </w:pPr>
      <w:r w:rsidRPr="007B7987">
        <w:rPr>
          <w:rFonts w:ascii="Calibri" w:hAnsi="Calibri" w:cs="Calibri"/>
          <w:sz w:val="22"/>
          <w:lang w:val="pl-PL"/>
        </w:rPr>
        <w:t>reprezentowany przez: ………………………………………………………………………………………………………………………</w:t>
      </w:r>
    </w:p>
    <w:p w14:paraId="1E4DA47E" w14:textId="77777777" w:rsidR="007B7987" w:rsidRPr="007B7987" w:rsidRDefault="007B7987">
      <w:pPr>
        <w:jc w:val="center"/>
        <w:rPr>
          <w:rFonts w:ascii="Calibri" w:hAnsi="Calibri" w:cs="Calibri"/>
          <w:b/>
          <w:sz w:val="22"/>
          <w:lang w:val="pl-PL"/>
        </w:rPr>
      </w:pPr>
    </w:p>
    <w:p w14:paraId="7E3E595C" w14:textId="16DC58F6" w:rsidR="00CA6C8F" w:rsidRPr="007B7987" w:rsidRDefault="00000000">
      <w:pPr>
        <w:jc w:val="center"/>
        <w:rPr>
          <w:rFonts w:ascii="Calibri" w:hAnsi="Calibri" w:cs="Calibri"/>
          <w:sz w:val="22"/>
          <w:lang w:val="pl-PL"/>
        </w:rPr>
      </w:pPr>
      <w:r w:rsidRPr="007B7987">
        <w:rPr>
          <w:rFonts w:ascii="Calibri" w:hAnsi="Calibri" w:cs="Calibri"/>
          <w:b/>
          <w:sz w:val="22"/>
          <w:lang w:val="pl-PL"/>
        </w:rPr>
        <w:t>OŚWIADCZENIE</w:t>
      </w:r>
    </w:p>
    <w:p w14:paraId="38F71BA1" w14:textId="77777777" w:rsidR="00CA6C8F" w:rsidRPr="007B7987" w:rsidRDefault="00000000">
      <w:pPr>
        <w:jc w:val="center"/>
        <w:rPr>
          <w:rFonts w:ascii="Calibri" w:hAnsi="Calibri" w:cs="Calibri"/>
          <w:sz w:val="22"/>
          <w:lang w:val="pl-PL"/>
        </w:rPr>
      </w:pPr>
      <w:r w:rsidRPr="007B7987">
        <w:rPr>
          <w:rFonts w:ascii="Calibri" w:hAnsi="Calibri" w:cs="Calibri"/>
          <w:b/>
          <w:sz w:val="22"/>
          <w:lang w:val="pl-PL"/>
        </w:rPr>
        <w:t>O AKTUALNOŚCI INFORMACJI ZAWARTYCH W OŚWIADCZENIU</w:t>
      </w:r>
    </w:p>
    <w:p w14:paraId="7AEBB70B" w14:textId="77777777" w:rsidR="00CA6C8F" w:rsidRPr="007B7987" w:rsidRDefault="00000000">
      <w:pPr>
        <w:rPr>
          <w:rFonts w:ascii="Calibri" w:hAnsi="Calibri" w:cs="Calibri"/>
          <w:sz w:val="22"/>
          <w:lang w:val="pl-PL"/>
        </w:rPr>
      </w:pPr>
      <w:r w:rsidRPr="007B7987">
        <w:rPr>
          <w:rFonts w:ascii="Calibri" w:hAnsi="Calibri" w:cs="Calibri"/>
          <w:sz w:val="22"/>
          <w:lang w:val="pl-PL"/>
        </w:rPr>
        <w:t>Na potrzeby postępowania o udzielenie zamówienia publicznego, którego przedmiotem jest:</w:t>
      </w:r>
    </w:p>
    <w:p w14:paraId="3FDA0CBE" w14:textId="77777777" w:rsidR="00CA6C8F" w:rsidRPr="007B7987" w:rsidRDefault="00000000">
      <w:pPr>
        <w:rPr>
          <w:rFonts w:ascii="Calibri" w:hAnsi="Calibri" w:cs="Calibri"/>
          <w:sz w:val="22"/>
          <w:lang w:val="pl-PL"/>
        </w:rPr>
      </w:pPr>
      <w:r w:rsidRPr="007B7987">
        <w:rPr>
          <w:rFonts w:ascii="Calibri" w:hAnsi="Calibri" w:cs="Calibri"/>
          <w:b/>
          <w:sz w:val="22"/>
          <w:lang w:val="pl-PL"/>
        </w:rPr>
        <w:t>Wymiana posadzki na zapleczu Biblioteki Publicznej m.st. Warszawy na ul. Śmiałej 24.</w:t>
      </w:r>
    </w:p>
    <w:p w14:paraId="2B27B682" w14:textId="77777777" w:rsidR="00CA6C8F" w:rsidRPr="007B7987" w:rsidRDefault="00000000">
      <w:pPr>
        <w:rPr>
          <w:rFonts w:ascii="Calibri" w:hAnsi="Calibri" w:cs="Calibri"/>
          <w:sz w:val="22"/>
          <w:lang w:val="pl-PL"/>
        </w:rPr>
      </w:pPr>
      <w:r w:rsidRPr="007B7987">
        <w:rPr>
          <w:rFonts w:ascii="Calibri" w:hAnsi="Calibri" w:cs="Calibri"/>
          <w:sz w:val="22"/>
          <w:lang w:val="pl-PL"/>
        </w:rPr>
        <w:t xml:space="preserve">oświadczam, że informacje zawarte w oświadczeniu złożonym wraz z ofertą w zakresie podstaw wykluczenia oraz spełniania warunków udziału w postępowaniu </w:t>
      </w:r>
      <w:r w:rsidRPr="00B5775F">
        <w:rPr>
          <w:rFonts w:ascii="Calibri" w:hAnsi="Calibri" w:cs="Calibri"/>
          <w:b/>
          <w:bCs/>
          <w:sz w:val="22"/>
          <w:u w:val="single"/>
          <w:lang w:val="pl-PL"/>
        </w:rPr>
        <w:t>są nadal aktualne.</w:t>
      </w:r>
    </w:p>
    <w:p w14:paraId="7CBC8311" w14:textId="77777777" w:rsidR="007B7987" w:rsidRDefault="007B7987">
      <w:pPr>
        <w:jc w:val="center"/>
        <w:rPr>
          <w:rFonts w:ascii="Calibri" w:hAnsi="Calibri" w:cs="Calibri"/>
          <w:b/>
          <w:sz w:val="22"/>
          <w:lang w:val="pl-PL"/>
        </w:rPr>
      </w:pPr>
    </w:p>
    <w:p w14:paraId="2D9158C4" w14:textId="2E40885F" w:rsidR="00CA6C8F" w:rsidRPr="007B7987" w:rsidRDefault="00000000">
      <w:pPr>
        <w:jc w:val="center"/>
        <w:rPr>
          <w:bCs/>
          <w:i/>
          <w:iCs/>
          <w:color w:val="EE0000"/>
        </w:rPr>
      </w:pPr>
      <w:r w:rsidRPr="007B7987">
        <w:rPr>
          <w:rFonts w:ascii="Calibri" w:hAnsi="Calibri" w:cs="Calibri"/>
          <w:bCs/>
          <w:i/>
          <w:iCs/>
          <w:color w:val="EE0000"/>
          <w:sz w:val="22"/>
          <w:lang w:val="pl-PL"/>
        </w:rPr>
        <w:t xml:space="preserve">Załącznik wymaga elektronicznego podpisu kwalifikowanego, podpisu </w:t>
      </w:r>
      <w:proofErr w:type="spellStart"/>
      <w:r w:rsidRPr="007B7987">
        <w:rPr>
          <w:rFonts w:ascii="Calibri" w:hAnsi="Calibri" w:cs="Calibri"/>
          <w:bCs/>
          <w:i/>
          <w:iCs/>
          <w:color w:val="EE0000"/>
          <w:sz w:val="22"/>
          <w:lang w:val="pl-PL"/>
        </w:rPr>
        <w:t>zaufan</w:t>
      </w:r>
      <w:proofErr w:type="spellEnd"/>
      <w:r w:rsidRPr="007B7987">
        <w:rPr>
          <w:bCs/>
          <w:i/>
          <w:iCs/>
          <w:color w:val="EE0000"/>
          <w:sz w:val="18"/>
        </w:rPr>
        <w:t>ego lub podpisu osobistego!</w:t>
      </w:r>
    </w:p>
    <w:sectPr w:rsidR="00CA6C8F" w:rsidRPr="007B7987" w:rsidSect="00034616">
      <w:headerReference w:type="default" r:id="rId8"/>
      <w:footerReference w:type="default" r:id="rId9"/>
      <w:pgSz w:w="12240" w:h="15840"/>
      <w:pgMar w:top="1020" w:right="1134" w:bottom="90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4F75F5C" w14:textId="77777777" w:rsidR="00175BC0" w:rsidRDefault="00175BC0">
      <w:pPr>
        <w:spacing w:after="0" w:line="240" w:lineRule="auto"/>
      </w:pPr>
      <w:r>
        <w:separator/>
      </w:r>
    </w:p>
  </w:endnote>
  <w:endnote w:type="continuationSeparator" w:id="0">
    <w:p w14:paraId="5E69FFFF" w14:textId="77777777" w:rsidR="00175BC0" w:rsidRDefault="00175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2734B29" w14:textId="77777777" w:rsidR="00CA6C8F" w:rsidRDefault="00000000">
    <w:pPr>
      <w:pStyle w:val="Stopka"/>
      <w:jc w:val="center"/>
    </w:pPr>
    <w:r>
      <w:rPr>
        <w:sz w:val="16"/>
      </w:rPr>
      <w:t xml:space="preserve">Strona </w:t>
    </w:r>
    <w:r>
      <w:fldChar w:fldCharType="begin"/>
    </w:r>
    <w:r>
      <w:instrText>PAGE</w:instrText>
    </w:r>
    <w:r>
      <w:fldChar w:fldCharType="separate"/>
    </w:r>
    <w:r w:rsidR="00E67192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1FE423A" w14:textId="77777777" w:rsidR="00175BC0" w:rsidRDefault="00175BC0">
      <w:pPr>
        <w:spacing w:after="0" w:line="240" w:lineRule="auto"/>
      </w:pPr>
      <w:r>
        <w:separator/>
      </w:r>
    </w:p>
  </w:footnote>
  <w:footnote w:type="continuationSeparator" w:id="0">
    <w:p w14:paraId="484282AE" w14:textId="77777777" w:rsidR="00175BC0" w:rsidRDefault="00175B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AB099B8" w14:textId="05ECBA79" w:rsidR="00CA6C8F" w:rsidRPr="007B7987" w:rsidRDefault="00000000">
    <w:pPr>
      <w:pStyle w:val="Nagwek"/>
      <w:jc w:val="center"/>
      <w:rPr>
        <w:rFonts w:asciiTheme="majorHAnsi" w:hAnsiTheme="majorHAnsi" w:cstheme="majorHAnsi"/>
      </w:rPr>
    </w:pPr>
    <w:r w:rsidRPr="007B7987">
      <w:rPr>
        <w:rFonts w:asciiTheme="majorHAnsi" w:hAnsiTheme="majorHAnsi" w:cstheme="majorHAnsi"/>
        <w:sz w:val="16"/>
      </w:rPr>
      <w:t xml:space="preserve">Nr </w:t>
    </w:r>
    <w:proofErr w:type="spellStart"/>
    <w:r w:rsidRPr="007B7987">
      <w:rPr>
        <w:rFonts w:asciiTheme="majorHAnsi" w:hAnsiTheme="majorHAnsi" w:cstheme="majorHAnsi"/>
        <w:sz w:val="16"/>
      </w:rPr>
      <w:t>postępowania</w:t>
    </w:r>
    <w:proofErr w:type="spellEnd"/>
    <w:r w:rsidRPr="007B7987">
      <w:rPr>
        <w:rFonts w:asciiTheme="majorHAnsi" w:hAnsiTheme="majorHAnsi" w:cstheme="majorHAnsi"/>
        <w:sz w:val="16"/>
      </w:rPr>
      <w:t>: ZP.260.</w:t>
    </w:r>
    <w:proofErr w:type="gramStart"/>
    <w:r w:rsidRPr="007B7987">
      <w:rPr>
        <w:rFonts w:asciiTheme="majorHAnsi" w:hAnsiTheme="majorHAnsi" w:cstheme="majorHAnsi"/>
        <w:sz w:val="16"/>
      </w:rPr>
      <w:t>9.2026.KB</w:t>
    </w:r>
    <w:proofErr w:type="gramEnd"/>
    <w:r w:rsidRPr="007B7987">
      <w:rPr>
        <w:rFonts w:asciiTheme="majorHAnsi" w:hAnsiTheme="majorHAnsi" w:cstheme="majorHAnsi"/>
        <w:sz w:val="16"/>
      </w:rPr>
      <w:t xml:space="preserve">                   </w:t>
    </w:r>
    <w:r w:rsidR="007B7987">
      <w:rPr>
        <w:rFonts w:asciiTheme="majorHAnsi" w:hAnsiTheme="majorHAnsi" w:cstheme="majorHAnsi"/>
        <w:sz w:val="16"/>
      </w:rPr>
      <w:tab/>
    </w:r>
    <w:r w:rsidR="007B7987">
      <w:rPr>
        <w:rFonts w:asciiTheme="majorHAnsi" w:hAnsiTheme="majorHAnsi" w:cstheme="majorHAnsi"/>
        <w:sz w:val="16"/>
      </w:rPr>
      <w:tab/>
    </w:r>
    <w:r w:rsidRPr="007B7987">
      <w:rPr>
        <w:rFonts w:asciiTheme="majorHAnsi" w:hAnsiTheme="majorHAnsi" w:cstheme="majorHAnsi"/>
        <w:sz w:val="16"/>
      </w:rPr>
      <w:t xml:space="preserve">                   </w:t>
    </w:r>
    <w:proofErr w:type="spellStart"/>
    <w:r w:rsidRPr="007B7987">
      <w:rPr>
        <w:rFonts w:asciiTheme="majorHAnsi" w:hAnsiTheme="majorHAnsi" w:cstheme="majorHAnsi"/>
        <w:sz w:val="16"/>
      </w:rPr>
      <w:t>Załącznik</w:t>
    </w:r>
    <w:proofErr w:type="spellEnd"/>
    <w:r w:rsidRPr="007B7987">
      <w:rPr>
        <w:rFonts w:asciiTheme="majorHAnsi" w:hAnsiTheme="majorHAnsi" w:cstheme="majorHAnsi"/>
        <w:sz w:val="16"/>
      </w:rPr>
      <w:t xml:space="preserve"> nr 5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34958873">
    <w:abstractNumId w:val="8"/>
  </w:num>
  <w:num w:numId="2" w16cid:durableId="1725979115">
    <w:abstractNumId w:val="6"/>
  </w:num>
  <w:num w:numId="3" w16cid:durableId="404956718">
    <w:abstractNumId w:val="5"/>
  </w:num>
  <w:num w:numId="4" w16cid:durableId="1329135733">
    <w:abstractNumId w:val="4"/>
  </w:num>
  <w:num w:numId="5" w16cid:durableId="1854224360">
    <w:abstractNumId w:val="7"/>
  </w:num>
  <w:num w:numId="6" w16cid:durableId="1640570708">
    <w:abstractNumId w:val="3"/>
  </w:num>
  <w:num w:numId="7" w16cid:durableId="221211836">
    <w:abstractNumId w:val="2"/>
  </w:num>
  <w:num w:numId="8" w16cid:durableId="1524787869">
    <w:abstractNumId w:val="1"/>
  </w:num>
  <w:num w:numId="9" w16cid:durableId="30613251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75BC0"/>
    <w:rsid w:val="0029639D"/>
    <w:rsid w:val="00326F90"/>
    <w:rsid w:val="007B7987"/>
    <w:rsid w:val="00972E8F"/>
    <w:rsid w:val="00AA1D8D"/>
    <w:rsid w:val="00B47730"/>
    <w:rsid w:val="00B5775F"/>
    <w:rsid w:val="00BE521C"/>
    <w:rsid w:val="00CA4423"/>
    <w:rsid w:val="00CA6C8F"/>
    <w:rsid w:val="00CB0664"/>
    <w:rsid w:val="00E6719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8BC7E4"/>
  <w14:defaultImageDpi w14:val="300"/>
  <w15:docId w15:val="{38BF1519-DE9B-0747-BF18-F5F8AC3F7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hAnsi="Arial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28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</Words>
  <Characters>641</Characters>
  <Application>Microsoft Office Word</Application>
  <DocSecurity>0</DocSecurity>
  <Lines>24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Katarzyna Buchoowiecka</cp:lastModifiedBy>
  <cp:revision>4</cp:revision>
  <dcterms:created xsi:type="dcterms:W3CDTF">2026-08-24T13:19:00Z</dcterms:created>
  <dcterms:modified xsi:type="dcterms:W3CDTF">2026-08-25T06:09:00Z</dcterms:modified>
  <cp:category/>
</cp:coreProperties>
</file>