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139" w:rsidRPr="007332B9" w:rsidRDefault="007332B9">
      <w:pPr>
        <w:jc w:val="right"/>
      </w:pPr>
      <w:r w:rsidRPr="007332B9">
        <w:rPr>
          <w:sz w:val="20"/>
        </w:rPr>
        <w:t>Znak sprawy: IR.271.4.22.2026.MŻM</w:t>
      </w:r>
    </w:p>
    <w:p w:rsidR="00367139" w:rsidRPr="007332B9" w:rsidRDefault="007332B9">
      <w:pPr>
        <w:jc w:val="right"/>
      </w:pPr>
      <w:r w:rsidRPr="007332B9">
        <w:rPr>
          <w:b/>
        </w:rPr>
        <w:t>Załącznik nr 2 do SWZ</w:t>
      </w:r>
    </w:p>
    <w:p w:rsidR="00367139" w:rsidRPr="007332B9" w:rsidRDefault="007332B9">
      <w:pPr>
        <w:jc w:val="center"/>
      </w:pPr>
      <w:r w:rsidRPr="007332B9">
        <w:rPr>
          <w:b/>
          <w:sz w:val="28"/>
        </w:rPr>
        <w:t>OŚWIADCZENIE WYKONAWCY</w:t>
      </w:r>
    </w:p>
    <w:p w:rsidR="00367139" w:rsidRPr="007332B9" w:rsidRDefault="007332B9">
      <w:pPr>
        <w:jc w:val="center"/>
      </w:pPr>
      <w:r w:rsidRPr="007332B9">
        <w:rPr>
          <w:i/>
        </w:rPr>
        <w:t>składane na podstawie art. 125 ust. 1 ustawy Prawo zamówień publicznych</w:t>
      </w:r>
    </w:p>
    <w:p w:rsidR="00367139" w:rsidRPr="007332B9" w:rsidRDefault="007332B9">
      <w:r w:rsidRPr="007332B9">
        <w:rPr>
          <w:b/>
        </w:rPr>
        <w:t xml:space="preserve">Postępowanie: </w:t>
      </w:r>
      <w:r w:rsidRPr="007332B9">
        <w:rPr>
          <w:b/>
        </w:rPr>
        <w:t>Budowa parkingu przy budynku remizy OSP Jaszczew</w:t>
      </w:r>
    </w:p>
    <w:p w:rsidR="00367139" w:rsidRPr="007332B9" w:rsidRDefault="00367139"/>
    <w:p w:rsidR="00367139" w:rsidRPr="007332B9" w:rsidRDefault="007332B9">
      <w:r w:rsidRPr="007332B9">
        <w:rPr>
          <w:b/>
        </w:rPr>
        <w:t>Wykonawca (pełna nazwa/firma):</w:t>
      </w:r>
      <w:r w:rsidRPr="007332B9">
        <w:t xml:space="preserve"> …………………………………………………………………………………………………………………………………………………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Adres:</w:t>
      </w:r>
      <w:r w:rsidRPr="007332B9">
        <w:t xml:space="preserve"> ………………………………………………………………………………………………………………………………………………………………………………………………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NIP/PESEL:</w:t>
      </w:r>
      <w:r w:rsidRPr="007332B9">
        <w:t xml:space="preserve"> ……………………………………………………………………………………………………………………………………………………………………………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KRS/CEiDG (jeżeli dotyczy):</w:t>
      </w:r>
      <w:r w:rsidRPr="007332B9">
        <w:t xml:space="preserve"> ……………………………………</w:t>
      </w:r>
      <w:r w:rsidRPr="007332B9">
        <w:t>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 xml:space="preserve">Zamawiający: </w:t>
      </w:r>
      <w:r w:rsidRPr="007332B9">
        <w:t>Gmina Jedlicze, ul. Rynek 6, 38-460 Jedlicze</w:t>
      </w:r>
    </w:p>
    <w:p w:rsidR="00367139" w:rsidRPr="007332B9" w:rsidRDefault="007332B9">
      <w:r w:rsidRPr="007332B9">
        <w:rPr>
          <w:b/>
        </w:rPr>
        <w:t>Oświadczam, że na dzień składania ofert:</w:t>
      </w:r>
    </w:p>
    <w:p w:rsidR="00367139" w:rsidRPr="007332B9" w:rsidRDefault="007332B9">
      <w:pPr>
        <w:ind w:left="227"/>
      </w:pPr>
      <w:r w:rsidRPr="007332B9">
        <w:t xml:space="preserve">1) nie podlegam wykluczeniu z postępowania na podstawie art. 108 ust. 1 pkt 1–6 oraz art. 109 ust. 1 pkt 4–10 Pzp, a </w:t>
      </w:r>
      <w:r w:rsidRPr="007332B9">
        <w:t>także na podstawie art. 7 ust. 1 ustawy z dnia 13 kwietnia 2022 r. o szczególnych rozwiązaniach w zakresie przeciwdziałania wspieraniu agresji na Ukrainę oraz służących ochronie bezpieczeństwa narodowego;</w:t>
      </w:r>
    </w:p>
    <w:p w:rsidR="00367139" w:rsidRPr="007332B9" w:rsidRDefault="007332B9">
      <w:pPr>
        <w:ind w:left="227"/>
      </w:pPr>
      <w:r w:rsidRPr="007332B9">
        <w:t>2) spełniam warunki udziału w postępowaniu określon</w:t>
      </w:r>
      <w:r w:rsidRPr="007332B9">
        <w:t>e w rozdziale 5 SWZ w zakresie, w jakim reprezentowany przeze mnie Wykonawca wykazuje ich spełnianie.</w:t>
      </w:r>
    </w:p>
    <w:p w:rsidR="00367139" w:rsidRPr="007332B9" w:rsidRDefault="007332B9">
      <w:r w:rsidRPr="007332B9">
        <w:rPr>
          <w:b/>
        </w:rPr>
        <w:t>Jeżeli zachodzą wobec Wykonawcy podstawy wykluczenia, należy wskazać podstawę oraz – jeżeli dotyczy – opisać środki naprawcze podjęte zgodnie z art. 110 u</w:t>
      </w:r>
      <w:r w:rsidRPr="007332B9">
        <w:rPr>
          <w:b/>
        </w:rPr>
        <w:t>st. 2 Pzp:</w:t>
      </w:r>
    </w:p>
    <w:p w:rsidR="00367139" w:rsidRPr="007332B9" w:rsidRDefault="007332B9">
      <w:r w:rsidRPr="007332B9">
        <w:t>…………………………………………………………………………………………………………</w:t>
      </w:r>
      <w:r w:rsidRPr="007332B9">
        <w:br/>
        <w:t>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i/>
        </w:rPr>
        <w:t xml:space="preserve">Oświadczam, że wszystkie podane informacje są aktualne i zgodne z prawdą oraz zostały przedstawione z pełną świadomością konsekwencji wprowadzenia Zamawiającego w </w:t>
      </w:r>
      <w:r w:rsidRPr="007332B9">
        <w:rPr>
          <w:i/>
        </w:rPr>
        <w:t>błąd.</w:t>
      </w:r>
    </w:p>
    <w:p w:rsidR="00367139" w:rsidRPr="007332B9" w:rsidRDefault="007332B9">
      <w:pPr>
        <w:jc w:val="right"/>
      </w:pPr>
      <w:r w:rsidRPr="007332B9">
        <w:rPr>
          <w:i/>
          <w:sz w:val="21"/>
        </w:rPr>
        <w:t>………………………………………………………………</w:t>
      </w:r>
      <w:r w:rsidRPr="007332B9">
        <w:rPr>
          <w:i/>
          <w:sz w:val="21"/>
        </w:rPr>
        <w:br/>
        <w:t>podpis osoby uprawnionej do reprezentowania podmiotu</w:t>
      </w:r>
    </w:p>
    <w:p w:rsidR="00367139" w:rsidRPr="007332B9" w:rsidRDefault="00367139">
      <w:pPr>
        <w:sectPr w:rsidR="00367139" w:rsidRPr="007332B9">
          <w:pgSz w:w="12240" w:h="15840"/>
          <w:pgMar w:top="737" w:right="1020" w:bottom="737" w:left="1020" w:header="720" w:footer="720" w:gutter="0"/>
          <w:cols w:space="720"/>
          <w:docGrid w:linePitch="360"/>
        </w:sectPr>
      </w:pPr>
    </w:p>
    <w:p w:rsidR="00367139" w:rsidRPr="007332B9" w:rsidRDefault="007332B9">
      <w:pPr>
        <w:jc w:val="right"/>
      </w:pPr>
      <w:r w:rsidRPr="007332B9">
        <w:rPr>
          <w:sz w:val="20"/>
        </w:rPr>
        <w:lastRenderedPageBreak/>
        <w:t>Znak sprawy: IR.271.4.22.2026.MŻM</w:t>
      </w:r>
    </w:p>
    <w:p w:rsidR="00367139" w:rsidRPr="007332B9" w:rsidRDefault="007332B9">
      <w:pPr>
        <w:jc w:val="right"/>
      </w:pPr>
      <w:r w:rsidRPr="007332B9">
        <w:rPr>
          <w:b/>
        </w:rPr>
        <w:t>Załącznik nr 2a do SWZ</w:t>
      </w:r>
    </w:p>
    <w:p w:rsidR="00367139" w:rsidRPr="007332B9" w:rsidRDefault="007332B9">
      <w:pPr>
        <w:jc w:val="center"/>
      </w:pPr>
      <w:r w:rsidRPr="007332B9">
        <w:rPr>
          <w:b/>
          <w:sz w:val="28"/>
        </w:rPr>
        <w:t>OŚWIADCZENIE PODMIOTU UDOSTĘPNIAJĄCEGO ZASOBY</w:t>
      </w:r>
    </w:p>
    <w:p w:rsidR="00367139" w:rsidRPr="007332B9" w:rsidRDefault="007332B9">
      <w:pPr>
        <w:jc w:val="center"/>
      </w:pPr>
      <w:r w:rsidRPr="007332B9">
        <w:rPr>
          <w:i/>
        </w:rPr>
        <w:t>składane na podstawie art. 125 ust. 5 Pzp</w:t>
      </w:r>
    </w:p>
    <w:p w:rsidR="00367139" w:rsidRPr="007332B9" w:rsidRDefault="007332B9">
      <w:r w:rsidRPr="007332B9">
        <w:rPr>
          <w:b/>
        </w:rPr>
        <w:t>Postępowa</w:t>
      </w:r>
      <w:r w:rsidRPr="007332B9">
        <w:rPr>
          <w:b/>
        </w:rPr>
        <w:t xml:space="preserve">nie: </w:t>
      </w:r>
      <w:r w:rsidRPr="007332B9">
        <w:rPr>
          <w:b/>
        </w:rPr>
        <w:t>Budowa parkingu przy budynku remizy OSP Jaszczew</w:t>
      </w:r>
    </w:p>
    <w:p w:rsidR="00367139" w:rsidRPr="007332B9" w:rsidRDefault="00367139"/>
    <w:p w:rsidR="00367139" w:rsidRPr="007332B9" w:rsidRDefault="007332B9">
      <w:r w:rsidRPr="007332B9">
        <w:rPr>
          <w:b/>
        </w:rPr>
        <w:t>Podmiot udostępniający zasoby (pełna nazwa/firma):</w:t>
      </w:r>
      <w:r w:rsidRPr="007332B9">
        <w:t xml:space="preserve"> ………………………………………………………………………………………………………………………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Adres:</w:t>
      </w:r>
      <w:r w:rsidRPr="007332B9">
        <w:t xml:space="preserve"> ………………………………………………………………………………………………………………………………………………………………………………………………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NIP/PESEL:</w:t>
      </w:r>
      <w:r w:rsidRPr="007332B9">
        <w:t xml:space="preserve"> ……………………………………………………………………………………………………………………………………………………………………………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KRS/CEiDG (jeżeli dotyczy):</w:t>
      </w:r>
      <w:r w:rsidRPr="007332B9">
        <w:t xml:space="preserve"> ……………………………………………………………………………………………………………………………………………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Wykonawca, któremu udostępniane są zasoby:</w:t>
      </w:r>
      <w:r w:rsidRPr="007332B9">
        <w:t xml:space="preserve"> 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Oświadczam, że na dz</w:t>
      </w:r>
      <w:r w:rsidRPr="007332B9">
        <w:rPr>
          <w:b/>
        </w:rPr>
        <w:t>ień składania ofert:</w:t>
      </w:r>
    </w:p>
    <w:p w:rsidR="00367139" w:rsidRPr="007332B9" w:rsidRDefault="007332B9">
      <w:pPr>
        <w:ind w:left="227"/>
      </w:pPr>
      <w:r w:rsidRPr="007332B9">
        <w:t>1) nie podlegam wykluczeniu z postępowania na podstawie art. 108 ust. 1 pkt 1–6 oraz art. 109 ust. 1 pkt 4–10 Pzp, a także na podstawie art. 7 ust. 1 ustawy z dnia 13 kwietnia 2022 r. o szczególnych rozwiązaniach w zakresie przeciwdzia</w:t>
      </w:r>
      <w:r w:rsidRPr="007332B9">
        <w:t>łania wspieraniu agresji na Ukrainę oraz służących ochronie bezpieczeństwa narodowego;</w:t>
      </w:r>
    </w:p>
    <w:p w:rsidR="00367139" w:rsidRPr="007332B9" w:rsidRDefault="007332B9">
      <w:pPr>
        <w:ind w:left="227"/>
      </w:pPr>
      <w:r w:rsidRPr="007332B9">
        <w:t>2) spełniam warunki udziału w postępowaniu w następującym zakresie, w jakim Wykonawca powołuje się na moje zasoby:</w:t>
      </w:r>
    </w:p>
    <w:p w:rsidR="00367139" w:rsidRPr="007332B9" w:rsidRDefault="007332B9">
      <w:r w:rsidRPr="007332B9">
        <w:t>…………………………………………………………………………………………………………</w:t>
      </w:r>
      <w:r w:rsidRPr="007332B9">
        <w:br/>
        <w:t>…………………………………</w:t>
      </w:r>
      <w:r w:rsidRPr="007332B9">
        <w:t>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Jeżeli zachodzą wobec podmiotu podstawy wykluczenia, należy wskazać podstawę oraz – jeżeli dotyczy – opisać środki naprawcze podjęte zgodnie z art. 110 ust. 2 Pzp:</w:t>
      </w:r>
    </w:p>
    <w:p w:rsidR="00367139" w:rsidRPr="007332B9" w:rsidRDefault="007332B9">
      <w:r w:rsidRPr="007332B9">
        <w:t>…………………………………………………………………………………………………………</w:t>
      </w:r>
      <w:r w:rsidRPr="007332B9">
        <w:br/>
        <w:t>……………………………………………………………</w:t>
      </w:r>
      <w:r w:rsidRPr="007332B9">
        <w:t>……………………………………………</w:t>
      </w:r>
    </w:p>
    <w:p w:rsidR="00367139" w:rsidRPr="007332B9" w:rsidRDefault="007332B9">
      <w:r w:rsidRPr="007332B9">
        <w:rPr>
          <w:i/>
        </w:rPr>
        <w:t>Oświadczam, że wszystkie podane informacje są aktualne i zgodne z prawdą.</w:t>
      </w:r>
    </w:p>
    <w:p w:rsidR="00367139" w:rsidRPr="007332B9" w:rsidRDefault="007332B9">
      <w:pPr>
        <w:jc w:val="right"/>
      </w:pPr>
      <w:r w:rsidRPr="007332B9">
        <w:rPr>
          <w:i/>
          <w:sz w:val="21"/>
        </w:rPr>
        <w:t>………………………………………………………………</w:t>
      </w:r>
      <w:r w:rsidRPr="007332B9">
        <w:rPr>
          <w:i/>
          <w:sz w:val="21"/>
        </w:rPr>
        <w:br/>
        <w:t>podpis osoby uprawnionej do reprezentowania podmiotu</w:t>
      </w:r>
    </w:p>
    <w:p w:rsidR="00367139" w:rsidRPr="007332B9" w:rsidRDefault="00367139">
      <w:pPr>
        <w:sectPr w:rsidR="00367139" w:rsidRPr="007332B9">
          <w:pgSz w:w="12240" w:h="15840"/>
          <w:pgMar w:top="737" w:right="1020" w:bottom="737" w:left="1020" w:header="720" w:footer="720" w:gutter="0"/>
          <w:cols w:space="720"/>
          <w:docGrid w:linePitch="360"/>
        </w:sectPr>
      </w:pPr>
    </w:p>
    <w:p w:rsidR="00367139" w:rsidRPr="007332B9" w:rsidRDefault="007332B9">
      <w:pPr>
        <w:jc w:val="right"/>
      </w:pPr>
      <w:r w:rsidRPr="007332B9">
        <w:rPr>
          <w:sz w:val="20"/>
        </w:rPr>
        <w:lastRenderedPageBreak/>
        <w:t>Znak sprawy: IR.271.4.22.2026.MŻM</w:t>
      </w:r>
    </w:p>
    <w:p w:rsidR="00367139" w:rsidRPr="007332B9" w:rsidRDefault="007332B9">
      <w:pPr>
        <w:jc w:val="right"/>
      </w:pPr>
      <w:r w:rsidRPr="007332B9">
        <w:rPr>
          <w:b/>
        </w:rPr>
        <w:t>Załącznik nr 2b do SWZ</w:t>
      </w:r>
    </w:p>
    <w:p w:rsidR="00367139" w:rsidRPr="007332B9" w:rsidRDefault="007332B9">
      <w:pPr>
        <w:jc w:val="center"/>
      </w:pPr>
      <w:r w:rsidRPr="007332B9">
        <w:rPr>
          <w:b/>
          <w:sz w:val="28"/>
        </w:rPr>
        <w:t>ZOBOWIĄZANIE PODMIOTU UDOSTĘPNIAJĄCEGO ZASOBY</w:t>
      </w:r>
    </w:p>
    <w:p w:rsidR="00367139" w:rsidRPr="007332B9" w:rsidRDefault="007332B9">
      <w:pPr>
        <w:jc w:val="center"/>
      </w:pPr>
      <w:r w:rsidRPr="007332B9">
        <w:rPr>
          <w:i/>
        </w:rPr>
        <w:t>do oddania Wykonawcy do dyspozycji niezbędnych zasobów na potrzeby realizacji zamówienia – art. 118 ust. 3 i 4 Pzp</w:t>
      </w:r>
    </w:p>
    <w:p w:rsidR="00367139" w:rsidRPr="007332B9" w:rsidRDefault="007332B9">
      <w:r w:rsidRPr="007332B9">
        <w:rPr>
          <w:b/>
        </w:rPr>
        <w:t xml:space="preserve">Postępowanie: </w:t>
      </w:r>
      <w:r w:rsidRPr="007332B9">
        <w:rPr>
          <w:b/>
        </w:rPr>
        <w:t>Budowa parkingu przy budynku remizy OSP Jaszczew</w:t>
      </w:r>
    </w:p>
    <w:p w:rsidR="00367139" w:rsidRPr="007332B9" w:rsidRDefault="00367139"/>
    <w:p w:rsidR="00367139" w:rsidRPr="007332B9" w:rsidRDefault="007332B9">
      <w:r w:rsidRPr="007332B9">
        <w:rPr>
          <w:b/>
        </w:rPr>
        <w:t>Podmiot udostępniający zasoby:</w:t>
      </w:r>
      <w:r w:rsidRPr="007332B9">
        <w:t xml:space="preserve"> </w:t>
      </w:r>
      <w:r w:rsidRPr="007332B9">
        <w:t>…………………………………………………………………………………………………………………………………………………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Adres / NIP / KRS lub CEiDG:</w:t>
      </w:r>
      <w:r w:rsidRPr="007332B9">
        <w:t xml:space="preserve"> ……………………………………………………………………………………………………………………………………………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Wykonawca:</w:t>
      </w:r>
      <w:r w:rsidRPr="007332B9">
        <w:t xml:space="preserve"> ……………………………………………………………………………………………………………………………………………………………………………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Zobowiązuję się oddać Wykonawcy do dyspo</w:t>
      </w:r>
      <w:r w:rsidRPr="007332B9">
        <w:rPr>
          <w:b/>
        </w:rPr>
        <w:t>zycji następujące zasoby na potrzeby realizacji powyższego zamówienia:</w:t>
      </w:r>
    </w:p>
    <w:p w:rsidR="00367139" w:rsidRPr="007332B9" w:rsidRDefault="007332B9">
      <w:r w:rsidRPr="007332B9">
        <w:rPr>
          <w:b/>
        </w:rPr>
        <w:t>1. Zakres udostępnianych zasobów:</w:t>
      </w:r>
      <w:r w:rsidRPr="007332B9">
        <w:rPr>
          <w:i/>
        </w:rPr>
        <w:t xml:space="preserve"> (np. doświadczenie w realizacji robót / osoba posiadająca wymagane uprawnienia)</w:t>
      </w:r>
    </w:p>
    <w:p w:rsidR="00367139" w:rsidRPr="007332B9" w:rsidRDefault="007332B9">
      <w:r w:rsidRPr="007332B9">
        <w:t>…………………………………………………………………………………………………………</w:t>
      </w:r>
      <w:r w:rsidRPr="007332B9">
        <w:br/>
        <w:t>………………………………………………………………………………</w:t>
      </w:r>
      <w:r w:rsidRPr="007332B9">
        <w:t>…………………………</w:t>
      </w:r>
    </w:p>
    <w:p w:rsidR="00367139" w:rsidRPr="007332B9" w:rsidRDefault="007332B9">
      <w:r w:rsidRPr="007332B9">
        <w:rPr>
          <w:b/>
        </w:rPr>
        <w:t>2. Sposób wykorzystania zasobów przy wykonywaniu zamówienia:</w:t>
      </w:r>
      <w:r w:rsidRPr="007332B9">
        <w:rPr>
          <w:i/>
        </w:rPr>
        <w:t xml:space="preserve"> (np. osobiste wykonanie określonego zakresu robót, podwykonawstwo, skierowanie osoby do realizacji)</w:t>
      </w:r>
    </w:p>
    <w:p w:rsidR="00367139" w:rsidRPr="007332B9" w:rsidRDefault="007332B9">
      <w:r w:rsidRPr="007332B9">
        <w:t>…………………………………………………………………………………………………………</w:t>
      </w:r>
      <w:r w:rsidRPr="007332B9">
        <w:br/>
        <w:t>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>3.</w:t>
      </w:r>
      <w:r w:rsidRPr="007332B9">
        <w:rPr>
          <w:b/>
        </w:rPr>
        <w:t xml:space="preserve"> Zakres i okres udziału podmiotu udostępniającego zasoby w wykonywaniu zamówienia:</w:t>
      </w:r>
    </w:p>
    <w:p w:rsidR="00367139" w:rsidRPr="007332B9" w:rsidRDefault="007332B9">
      <w:r w:rsidRPr="007332B9">
        <w:t>…………………………………………………………………………………………………………</w:t>
      </w:r>
      <w:r w:rsidRPr="007332B9">
        <w:br/>
        <w:t>…………………………………………………………………………………………………………</w:t>
      </w:r>
    </w:p>
    <w:p w:rsidR="00367139" w:rsidRPr="007332B9" w:rsidRDefault="007332B9">
      <w:r w:rsidRPr="007332B9">
        <w:rPr>
          <w:b/>
        </w:rPr>
        <w:t xml:space="preserve">4. W przypadku udostępniania kwalifikacji zawodowych lub doświadczenia – wskazać roboty </w:t>
      </w:r>
      <w:r w:rsidRPr="007332B9">
        <w:rPr>
          <w:b/>
        </w:rPr>
        <w:t>budowlane, które podmiot udostępniający zasoby zrealizuje zgodnie z art. 118 ust. 2 Pzp:</w:t>
      </w:r>
    </w:p>
    <w:p w:rsidR="00367139" w:rsidRPr="007332B9" w:rsidRDefault="007332B9">
      <w:r w:rsidRPr="007332B9">
        <w:t>…………………………………………………………………………………………………………</w:t>
      </w:r>
      <w:r w:rsidRPr="007332B9">
        <w:br/>
        <w:t>…………………………………………………………………………………………………………</w:t>
      </w:r>
    </w:p>
    <w:p w:rsidR="00367139" w:rsidRPr="007332B9" w:rsidRDefault="007332B9">
      <w:r w:rsidRPr="007332B9">
        <w:t>Oświadczam, że powyższe zobowiązanie zapewnia Wykonawcy rzeczywisty dostęp do wskazan</w:t>
      </w:r>
      <w:r w:rsidRPr="007332B9">
        <w:t>ych zasobów przez okres niezbędny do należytej realizacji zamówienia.</w:t>
      </w:r>
    </w:p>
    <w:p w:rsidR="00367139" w:rsidRDefault="007332B9">
      <w:pPr>
        <w:jc w:val="right"/>
      </w:pPr>
      <w:r w:rsidRPr="007332B9">
        <w:rPr>
          <w:i/>
          <w:sz w:val="21"/>
        </w:rPr>
        <w:t>………………………………………………………………</w:t>
      </w:r>
      <w:r w:rsidRPr="007332B9">
        <w:rPr>
          <w:i/>
          <w:sz w:val="21"/>
        </w:rPr>
        <w:br/>
        <w:t>podpis osoby uprawnionej do reprezentowania podmiotu</w:t>
      </w:r>
      <w:bookmarkStart w:id="0" w:name="_GoBack"/>
      <w:bookmarkEnd w:id="0"/>
    </w:p>
    <w:sectPr w:rsidR="00367139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7139"/>
    <w:rsid w:val="007332B9"/>
    <w:rsid w:val="00AA1D8D"/>
    <w:rsid w:val="00B47730"/>
    <w:rsid w:val="00CB0664"/>
    <w:rsid w:val="00E45C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C5CDC18-B42A-43B7-8A0E-0A50F893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40" w:line="240" w:lineRule="auto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0AA17B-46FB-441B-AF8D-98C408EBD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4234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4930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Malwina Ż. Majerska</cp:lastModifiedBy>
  <cp:revision>3</cp:revision>
  <dcterms:created xsi:type="dcterms:W3CDTF">2026-08-26T10:22:00Z</dcterms:created>
  <dcterms:modified xsi:type="dcterms:W3CDTF">2026-08-26T10:22:00Z</dcterms:modified>
  <cp:category/>
</cp:coreProperties>
</file>