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C71" w:rsidRDefault="00BF0C88">
      <w:pPr>
        <w:jc w:val="right"/>
      </w:pPr>
      <w:bookmarkStart w:id="0" w:name="_GoBack"/>
      <w:bookmarkEnd w:id="0"/>
      <w:r>
        <w:rPr>
          <w:sz w:val="20"/>
        </w:rPr>
        <w:t>Znak sprawy: IR.271.4.22.2026.MŻM</w:t>
      </w:r>
    </w:p>
    <w:p w:rsidR="001C7C71" w:rsidRDefault="00BF0C88">
      <w:pPr>
        <w:jc w:val="right"/>
      </w:pPr>
      <w:r>
        <w:rPr>
          <w:b/>
        </w:rPr>
        <w:t>Załącznik nr 4 do SWZ</w:t>
      </w:r>
    </w:p>
    <w:p w:rsidR="001C7C71" w:rsidRDefault="00BF0C88">
      <w:pPr>
        <w:jc w:val="center"/>
      </w:pPr>
      <w:r>
        <w:rPr>
          <w:b/>
          <w:sz w:val="28"/>
        </w:rPr>
        <w:t>WYKAZ OSÓB SKIEROWANYCH DO REALIZACJI ZAMÓWIENIA</w:t>
      </w:r>
    </w:p>
    <w:p w:rsidR="001C7C71" w:rsidRDefault="00BF0C88">
      <w:r>
        <w:rPr>
          <w:b/>
        </w:rPr>
        <w:t xml:space="preserve">Postępowanie: </w:t>
      </w:r>
      <w:r>
        <w:rPr>
          <w:b/>
        </w:rPr>
        <w:t>Budowa parkingu przy budynku remizy OSP Jaszczew</w:t>
      </w:r>
    </w:p>
    <w:p w:rsidR="001C7C71" w:rsidRDefault="00BF0C88">
      <w:r>
        <w:rPr>
          <w:b/>
        </w:rPr>
        <w:t xml:space="preserve">Wykonawca: </w:t>
      </w:r>
      <w:r>
        <w:t>…………………………………………………………………………………………………………</w:t>
      </w:r>
    </w:p>
    <w:p w:rsidR="001C7C71" w:rsidRDefault="00BF0C88">
      <w:r>
        <w:t>Wykaz składany w celu potwierdzenia</w:t>
      </w:r>
      <w:r>
        <w:t xml:space="preserve"> spełniania warunku określonego w pkt 5.1 ppkt 4 lit. b SWZ – dysponowania co najmniej jedną osobą posiadającą uprawnienia budowlane do kierowania robotami budowlanymi w specjalności drogowej co najmniej w ograniczonym zakresie.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1"/>
        <w:gridCol w:w="4025"/>
        <w:gridCol w:w="2835"/>
        <w:gridCol w:w="3005"/>
      </w:tblGrid>
      <w:tr w:rsidR="001C7C71">
        <w:trPr>
          <w:tblHeader/>
          <w:jc w:val="center"/>
        </w:trPr>
        <w:tc>
          <w:tcPr>
            <w:tcW w:w="56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2268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Imię i nazwisko</w:t>
            </w:r>
          </w:p>
        </w:tc>
        <w:tc>
          <w:tcPr>
            <w:tcW w:w="255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Funkcja</w:t>
            </w:r>
            <w:r>
              <w:rPr>
                <w:b/>
                <w:sz w:val="18"/>
              </w:rPr>
              <w:t xml:space="preserve"> / zakres czynności przy realizacji zamówienia</w:t>
            </w:r>
          </w:p>
        </w:tc>
        <w:tc>
          <w:tcPr>
            <w:tcW w:w="4025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Kwalifikacje zawodowe i uprawnienia (specjalność, zakres, nr uprawnień, organ wydający)</w:t>
            </w:r>
          </w:p>
        </w:tc>
        <w:tc>
          <w:tcPr>
            <w:tcW w:w="2835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Doświadczenie i wykształcenie – jeżeli wymagane / istotne dla wykazania warunku</w:t>
            </w:r>
          </w:p>
        </w:tc>
        <w:tc>
          <w:tcPr>
            <w:tcW w:w="3005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jc w:val="center"/>
            </w:pPr>
            <w:r>
              <w:rPr>
                <w:b/>
                <w:sz w:val="18"/>
              </w:rPr>
              <w:t>Podstawa dysponowania osobą (bezpośrednia</w:t>
            </w:r>
            <w:r>
              <w:rPr>
                <w:b/>
                <w:sz w:val="18"/>
              </w:rPr>
              <w:t xml:space="preserve"> / pośrednia – wskazać podmiot)</w:t>
            </w:r>
          </w:p>
        </w:tc>
      </w:tr>
      <w:tr w:rsidR="001C7C71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t>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br/>
            </w:r>
            <w:r>
              <w:br/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40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</w:tr>
      <w:tr w:rsidR="001C7C71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t>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br/>
            </w:r>
            <w:r>
              <w:br/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40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</w:tr>
      <w:tr w:rsidR="001C7C71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t>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  <w:jc w:val="center"/>
            </w:pPr>
            <w:r>
              <w:br/>
            </w:r>
            <w:r>
              <w:br/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402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7C71" w:rsidRDefault="00BF0C88">
            <w:pPr>
              <w:spacing w:after="0"/>
            </w:pPr>
            <w:r>
              <w:br/>
            </w:r>
            <w:r>
              <w:br/>
            </w:r>
          </w:p>
        </w:tc>
      </w:tr>
    </w:tbl>
    <w:p w:rsidR="001C7C71" w:rsidRDefault="00BF0C88">
      <w:r>
        <w:rPr>
          <w:i/>
        </w:rPr>
        <w:t>Oświadczam, że wskazane wyżej osoby zostaną skierowane do realizacji zamówienia w zakresie podanym w wykazie.</w:t>
      </w:r>
    </w:p>
    <w:p w:rsidR="001C7C71" w:rsidRDefault="00BF0C88">
      <w:r>
        <w:rPr>
          <w:b/>
        </w:rPr>
        <w:t xml:space="preserve">Uwaga: </w:t>
      </w:r>
      <w:r>
        <w:t xml:space="preserve">W przypadku polegania na osobach udostępnionych </w:t>
      </w:r>
      <w:r>
        <w:t>przez inny podmiot należy złożyć dokumenty wymagane w SWZ dotyczące podmiotu udostępniającego zasoby, w tym – odpowiednio – zobowiązanie, o którym mowa w art. 118 ust. 3 i 4 Pzp.</w:t>
      </w:r>
    </w:p>
    <w:p w:rsidR="001C7C71" w:rsidRDefault="00BF0C88">
      <w:pPr>
        <w:jc w:val="right"/>
      </w:pPr>
      <w:r>
        <w:rPr>
          <w:i/>
          <w:sz w:val="21"/>
        </w:rPr>
        <w:t>………………………………………………………………</w:t>
      </w:r>
      <w:r>
        <w:rPr>
          <w:i/>
          <w:sz w:val="21"/>
        </w:rPr>
        <w:br/>
        <w:t>podpis osoby uprawnionej do reprezentowania podmiotu</w:t>
      </w:r>
    </w:p>
    <w:sectPr w:rsidR="001C7C71" w:rsidSect="00034616">
      <w:pgSz w:w="16838" w:h="11906" w:orient="landscape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7C71"/>
    <w:rsid w:val="0029639D"/>
    <w:rsid w:val="00326F90"/>
    <w:rsid w:val="00AA1D8D"/>
    <w:rsid w:val="00B47730"/>
    <w:rsid w:val="00BF0C8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311A2F9-C48A-4185-B882-A9B852FD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48C426-8725-4125-9F01-735B2DBD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Malwina Ż. Majerska</cp:lastModifiedBy>
  <cp:revision>2</cp:revision>
  <dcterms:created xsi:type="dcterms:W3CDTF">2026-08-26T10:27:00Z</dcterms:created>
  <dcterms:modified xsi:type="dcterms:W3CDTF">2026-08-26T10:27:00Z</dcterms:modified>
  <cp:category/>
</cp:coreProperties>
</file>