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B5E434" w14:textId="77777777" w:rsidR="00504407" w:rsidRDefault="004452B6">
      <w:pPr>
        <w:jc w:val="right"/>
      </w:pPr>
      <w:r>
        <w:rPr>
          <w:b/>
        </w:rPr>
        <w:t>Załącznik nr A.2 do SWZ</w:t>
      </w:r>
    </w:p>
    <w:p w14:paraId="61007714" w14:textId="77777777" w:rsidR="00504407" w:rsidRDefault="004452B6">
      <w:pPr>
        <w:jc w:val="center"/>
      </w:pPr>
      <w:r>
        <w:rPr>
          <w:b/>
          <w:sz w:val="26"/>
        </w:rPr>
        <w:t>GMINA MALBORK</w:t>
      </w:r>
    </w:p>
    <w:p w14:paraId="69E53273" w14:textId="77777777" w:rsidR="00504407" w:rsidRDefault="004452B6">
      <w:pPr>
        <w:jc w:val="center"/>
      </w:pPr>
      <w:r>
        <w:rPr>
          <w:b/>
        </w:rPr>
        <w:t>Znak sprawy: RI.271.9.2026.KP</w:t>
      </w:r>
    </w:p>
    <w:p w14:paraId="18CD4D1B" w14:textId="77777777" w:rsidR="00504407" w:rsidRDefault="004452B6">
      <w:pPr>
        <w:jc w:val="center"/>
      </w:pPr>
      <w:r>
        <w:rPr>
          <w:b/>
        </w:rPr>
        <w:t>„Budowa sieci kanalizacji sanitarnej w obrębie Nowa Wieś – Sołectwo Wielbark Poligon, gmina Malbork – pod budowę III etapu drogi”</w:t>
      </w:r>
    </w:p>
    <w:p w14:paraId="1713CACB" w14:textId="77777777" w:rsidR="00504407" w:rsidRDefault="004452B6">
      <w:pPr>
        <w:jc w:val="center"/>
      </w:pPr>
      <w:r>
        <w:rPr>
          <w:b/>
          <w:sz w:val="26"/>
        </w:rPr>
        <w:t>OŚWIADCZENIE WYKONAWCY</w:t>
      </w:r>
    </w:p>
    <w:p w14:paraId="6D579A3F" w14:textId="77777777" w:rsidR="00504407" w:rsidRDefault="004452B6">
      <w:pPr>
        <w:jc w:val="center"/>
      </w:pPr>
      <w:r>
        <w:rPr>
          <w:b/>
        </w:rPr>
        <w:t>składane na podstawie art. 125 ust. 1 ustawy Prawo zamówień publicznych</w:t>
      </w:r>
    </w:p>
    <w:p w14:paraId="54C54E2F" w14:textId="77777777" w:rsidR="00504407" w:rsidRDefault="004452B6">
      <w:pPr>
        <w:spacing w:before="140"/>
      </w:pPr>
      <w:r>
        <w:rPr>
          <w:b/>
          <w:sz w:val="22"/>
        </w:rPr>
        <w:t>I. DANE WYKONAWCY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5100"/>
        <w:gridCol w:w="5100"/>
      </w:tblGrid>
      <w:tr w:rsidR="00504407" w14:paraId="5B3BBA7A" w14:textId="77777777">
        <w:trPr>
          <w:jc w:val="center"/>
        </w:trPr>
        <w:tc>
          <w:tcPr>
            <w:tcW w:w="5100" w:type="dxa"/>
            <w:vAlign w:val="center"/>
          </w:tcPr>
          <w:p w14:paraId="30553F1C" w14:textId="77777777" w:rsidR="00504407" w:rsidRDefault="004452B6">
            <w:pPr>
              <w:spacing w:after="0"/>
            </w:pPr>
            <w:r>
              <w:rPr>
                <w:b/>
                <w:sz w:val="18"/>
              </w:rPr>
              <w:t>Nazwa (firma) / imię i nazwisko Wykonawcy</w:t>
            </w:r>
          </w:p>
        </w:tc>
        <w:tc>
          <w:tcPr>
            <w:tcW w:w="5100" w:type="dxa"/>
            <w:vAlign w:val="center"/>
          </w:tcPr>
          <w:p w14:paraId="5162ED70" w14:textId="77777777" w:rsidR="00504407" w:rsidRDefault="004452B6">
            <w:pPr>
              <w:spacing w:after="0"/>
            </w:pPr>
            <w:r>
              <w:rPr>
                <w:sz w:val="18"/>
              </w:rPr>
              <w:br/>
            </w:r>
          </w:p>
        </w:tc>
      </w:tr>
      <w:tr w:rsidR="00504407" w14:paraId="7EF1FA65" w14:textId="77777777">
        <w:trPr>
          <w:jc w:val="center"/>
        </w:trPr>
        <w:tc>
          <w:tcPr>
            <w:tcW w:w="5100" w:type="dxa"/>
            <w:vAlign w:val="center"/>
          </w:tcPr>
          <w:p w14:paraId="1D6DBD87" w14:textId="77777777" w:rsidR="00504407" w:rsidRDefault="004452B6">
            <w:pPr>
              <w:spacing w:after="0"/>
            </w:pPr>
            <w:r>
              <w:rPr>
                <w:b/>
                <w:sz w:val="18"/>
              </w:rPr>
              <w:t>Adres siedziby / adres prowadzenia działalności</w:t>
            </w:r>
          </w:p>
        </w:tc>
        <w:tc>
          <w:tcPr>
            <w:tcW w:w="5100" w:type="dxa"/>
            <w:vAlign w:val="center"/>
          </w:tcPr>
          <w:p w14:paraId="160CAA67" w14:textId="77777777" w:rsidR="00504407" w:rsidRDefault="004452B6">
            <w:pPr>
              <w:spacing w:after="0"/>
            </w:pPr>
            <w:r>
              <w:rPr>
                <w:sz w:val="18"/>
              </w:rPr>
              <w:br/>
            </w:r>
          </w:p>
        </w:tc>
      </w:tr>
      <w:tr w:rsidR="00504407" w14:paraId="63096623" w14:textId="77777777">
        <w:trPr>
          <w:jc w:val="center"/>
        </w:trPr>
        <w:tc>
          <w:tcPr>
            <w:tcW w:w="5100" w:type="dxa"/>
            <w:vAlign w:val="center"/>
          </w:tcPr>
          <w:p w14:paraId="241FF1C0" w14:textId="77777777" w:rsidR="00504407" w:rsidRDefault="004452B6">
            <w:pPr>
              <w:spacing w:after="0"/>
            </w:pPr>
            <w:r>
              <w:rPr>
                <w:b/>
                <w:sz w:val="18"/>
              </w:rPr>
              <w:t>NIP</w:t>
            </w:r>
          </w:p>
        </w:tc>
        <w:tc>
          <w:tcPr>
            <w:tcW w:w="5100" w:type="dxa"/>
            <w:vAlign w:val="center"/>
          </w:tcPr>
          <w:p w14:paraId="788A0C5E" w14:textId="77777777" w:rsidR="00504407" w:rsidRDefault="004452B6">
            <w:pPr>
              <w:spacing w:after="0"/>
            </w:pPr>
            <w:r>
              <w:rPr>
                <w:sz w:val="18"/>
              </w:rPr>
              <w:br/>
            </w:r>
          </w:p>
        </w:tc>
      </w:tr>
      <w:tr w:rsidR="00504407" w14:paraId="0549B676" w14:textId="77777777">
        <w:trPr>
          <w:jc w:val="center"/>
        </w:trPr>
        <w:tc>
          <w:tcPr>
            <w:tcW w:w="5100" w:type="dxa"/>
            <w:vAlign w:val="center"/>
          </w:tcPr>
          <w:p w14:paraId="7AA02D72" w14:textId="77777777" w:rsidR="00504407" w:rsidRDefault="004452B6">
            <w:pPr>
              <w:spacing w:after="0"/>
            </w:pPr>
            <w:r>
              <w:rPr>
                <w:b/>
                <w:sz w:val="18"/>
              </w:rPr>
              <w:t>REGON / KRS – jeżeli dotyczy</w:t>
            </w:r>
          </w:p>
        </w:tc>
        <w:tc>
          <w:tcPr>
            <w:tcW w:w="5100" w:type="dxa"/>
            <w:vAlign w:val="center"/>
          </w:tcPr>
          <w:p w14:paraId="6DFC5B5B" w14:textId="77777777" w:rsidR="00504407" w:rsidRDefault="004452B6">
            <w:pPr>
              <w:spacing w:after="0"/>
            </w:pPr>
            <w:r>
              <w:rPr>
                <w:sz w:val="18"/>
              </w:rPr>
              <w:br/>
            </w:r>
          </w:p>
        </w:tc>
      </w:tr>
      <w:tr w:rsidR="00504407" w14:paraId="3C13044E" w14:textId="77777777">
        <w:trPr>
          <w:jc w:val="center"/>
        </w:trPr>
        <w:tc>
          <w:tcPr>
            <w:tcW w:w="5100" w:type="dxa"/>
            <w:vAlign w:val="center"/>
          </w:tcPr>
          <w:p w14:paraId="77E97ED7" w14:textId="77777777" w:rsidR="00504407" w:rsidRDefault="004452B6">
            <w:pPr>
              <w:spacing w:after="0"/>
            </w:pPr>
            <w:r>
              <w:rPr>
                <w:b/>
                <w:sz w:val="18"/>
              </w:rPr>
              <w:t>Osoba uprawniona do reprezentowania Wykonawcy</w:t>
            </w:r>
          </w:p>
        </w:tc>
        <w:tc>
          <w:tcPr>
            <w:tcW w:w="5100" w:type="dxa"/>
            <w:vAlign w:val="center"/>
          </w:tcPr>
          <w:p w14:paraId="53B4043A" w14:textId="77777777" w:rsidR="00504407" w:rsidRDefault="004452B6">
            <w:pPr>
              <w:spacing w:after="0"/>
            </w:pPr>
            <w:r>
              <w:rPr>
                <w:sz w:val="18"/>
              </w:rPr>
              <w:br/>
            </w:r>
          </w:p>
        </w:tc>
      </w:tr>
    </w:tbl>
    <w:p w14:paraId="4098F901" w14:textId="77777777" w:rsidR="00504407" w:rsidRDefault="004452B6">
      <w:pPr>
        <w:spacing w:before="140"/>
      </w:pPr>
      <w:r>
        <w:rPr>
          <w:b/>
          <w:sz w:val="22"/>
        </w:rPr>
        <w:t>II. BRAK PODSTAW DO WYKLUCZENIA</w:t>
      </w:r>
    </w:p>
    <w:p w14:paraId="47957EF1" w14:textId="5DC6457B" w:rsidR="00504407" w:rsidRDefault="004452B6" w:rsidP="004452B6">
      <w:pPr>
        <w:jc w:val="both"/>
      </w:pPr>
      <w:r>
        <w:t xml:space="preserve">Oświadczam/-y, że Wykonawca nie podlega wykluczeniu z postępowania na podstawie art. 108 ust. 1 </w:t>
      </w:r>
      <w:proofErr w:type="spellStart"/>
      <w:r>
        <w:t>ustawy</w:t>
      </w:r>
      <w:proofErr w:type="spellEnd"/>
      <w:r>
        <w:t xml:space="preserve">                 </w:t>
      </w:r>
      <w:r>
        <w:t xml:space="preserve"> z </w:t>
      </w:r>
      <w:proofErr w:type="spellStart"/>
      <w:r>
        <w:t>dnia</w:t>
      </w:r>
      <w:proofErr w:type="spellEnd"/>
      <w:r>
        <w:t xml:space="preserve"> 11 września 2019 r. – Prawo zamówień publicznych.</w:t>
      </w:r>
    </w:p>
    <w:p w14:paraId="4D33CCC0" w14:textId="77777777" w:rsidR="00504407" w:rsidRDefault="004452B6">
      <w:pPr>
        <w:spacing w:before="140"/>
      </w:pPr>
      <w:r>
        <w:rPr>
          <w:b/>
          <w:sz w:val="22"/>
        </w:rPr>
        <w:t>III. SPEŁNIANIE WARUNKÓW UDZIAŁU W POSTĘPOWANIU</w:t>
      </w:r>
    </w:p>
    <w:p w14:paraId="5742BC7D" w14:textId="77777777" w:rsidR="00504407" w:rsidRDefault="004452B6">
      <w:r>
        <w:t>Oświadczam/-y, że Wykonawca spełnia warunki udziału w postępowaniu określone w SWZ, w zakresie:</w:t>
      </w:r>
    </w:p>
    <w:p w14:paraId="3645DFFA" w14:textId="77777777" w:rsidR="00504407" w:rsidRDefault="004452B6">
      <w:pPr>
        <w:ind w:left="227"/>
      </w:pPr>
      <w:r>
        <w:t>1) zdolności technicznej i zawodowej – doświadczenia;</w:t>
      </w:r>
    </w:p>
    <w:p w14:paraId="31AE481F" w14:textId="77777777" w:rsidR="00504407" w:rsidRDefault="004452B6">
      <w:pPr>
        <w:ind w:left="227"/>
      </w:pPr>
      <w:r>
        <w:t>2) zdolności technicznej i zawodowej – osób skierowanych do realizacji zamówienia;</w:t>
      </w:r>
    </w:p>
    <w:p w14:paraId="06119FFD" w14:textId="77777777" w:rsidR="00504407" w:rsidRDefault="004452B6">
      <w:pPr>
        <w:ind w:left="227"/>
      </w:pPr>
      <w:r>
        <w:t>3) sytuacji ekonomicznej i finansowej.</w:t>
      </w:r>
    </w:p>
    <w:p w14:paraId="6D334E67" w14:textId="77777777" w:rsidR="00504407" w:rsidRDefault="004452B6">
      <w:pPr>
        <w:spacing w:before="140"/>
      </w:pPr>
      <w:r>
        <w:rPr>
          <w:b/>
          <w:sz w:val="22"/>
        </w:rPr>
        <w:t>IV. DOŚWIADCZENIE WYKONAWCY</w:t>
      </w:r>
    </w:p>
    <w:p w14:paraId="6453A6AC" w14:textId="5F8BD545" w:rsidR="00504407" w:rsidRDefault="004452B6" w:rsidP="004452B6">
      <w:pPr>
        <w:jc w:val="both"/>
      </w:pPr>
      <w:r>
        <w:t xml:space="preserve">Wykonawca oświadcza, że w okresie ostatnich 5 lat przed upływem terminu składania ofert, a jeżeli okres prowadzenia działalności jest krótszy – w tym okresie, należycie wykonał co najmniej 2 </w:t>
      </w:r>
      <w:proofErr w:type="spellStart"/>
      <w:r>
        <w:t>roboty</w:t>
      </w:r>
      <w:proofErr w:type="spellEnd"/>
      <w:r>
        <w:t xml:space="preserve"> </w:t>
      </w:r>
      <w:proofErr w:type="spellStart"/>
      <w:proofErr w:type="gramStart"/>
      <w:r>
        <w:t>budowlane</w:t>
      </w:r>
      <w:proofErr w:type="spellEnd"/>
      <w:r>
        <w:t xml:space="preserve">,   </w:t>
      </w:r>
      <w:proofErr w:type="gramEnd"/>
      <w:r>
        <w:t xml:space="preserve">                    </w:t>
      </w:r>
      <w:r>
        <w:t xml:space="preserve">z </w:t>
      </w:r>
      <w:proofErr w:type="spellStart"/>
      <w:r>
        <w:t>których</w:t>
      </w:r>
      <w:proofErr w:type="spellEnd"/>
      <w:r>
        <w:t xml:space="preserve"> </w:t>
      </w:r>
      <w:proofErr w:type="spellStart"/>
      <w:r>
        <w:t>każda</w:t>
      </w:r>
      <w:proofErr w:type="spellEnd"/>
      <w:r>
        <w:t xml:space="preserve"> </w:t>
      </w:r>
      <w:proofErr w:type="spellStart"/>
      <w:r>
        <w:t>polegała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budowie lub przebudowie sieci kanalizacji sanitarnej i miała </w:t>
      </w:r>
      <w:proofErr w:type="spellStart"/>
      <w:r>
        <w:t>wartość</w:t>
      </w:r>
      <w:proofErr w:type="spellEnd"/>
      <w:r>
        <w:t xml:space="preserve"> </w:t>
      </w:r>
      <w:proofErr w:type="spellStart"/>
      <w:r>
        <w:t>nie</w:t>
      </w:r>
      <w:proofErr w:type="spellEnd"/>
      <w:r>
        <w:t xml:space="preserve"> </w:t>
      </w:r>
      <w:proofErr w:type="spellStart"/>
      <w:r>
        <w:t>mniejszą</w:t>
      </w:r>
      <w:proofErr w:type="spellEnd"/>
      <w:r>
        <w:t xml:space="preserve">                 </w:t>
      </w:r>
      <w:proofErr w:type="spellStart"/>
      <w:r>
        <w:t>niż</w:t>
      </w:r>
      <w:proofErr w:type="spellEnd"/>
      <w:r>
        <w:t xml:space="preserve"> 500 000,00 </w:t>
      </w:r>
      <w:proofErr w:type="spellStart"/>
      <w:r>
        <w:t>zł</w:t>
      </w:r>
      <w:proofErr w:type="spellEnd"/>
      <w:r>
        <w:t xml:space="preserve"> </w:t>
      </w:r>
      <w:proofErr w:type="spellStart"/>
      <w:r>
        <w:t>brutto</w:t>
      </w:r>
      <w:proofErr w:type="spellEnd"/>
      <w:r>
        <w:t>.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2040"/>
        <w:gridCol w:w="2040"/>
        <w:gridCol w:w="2040"/>
        <w:gridCol w:w="2040"/>
        <w:gridCol w:w="2040"/>
      </w:tblGrid>
      <w:tr w:rsidR="00504407" w14:paraId="6F18AB46" w14:textId="77777777">
        <w:trPr>
          <w:jc w:val="center"/>
        </w:trPr>
        <w:tc>
          <w:tcPr>
            <w:tcW w:w="2040" w:type="dxa"/>
            <w:shd w:val="clear" w:color="auto" w:fill="D9EAF7"/>
            <w:vAlign w:val="center"/>
          </w:tcPr>
          <w:p w14:paraId="782E0BFE" w14:textId="77777777" w:rsidR="00504407" w:rsidRDefault="004452B6">
            <w:pPr>
              <w:spacing w:after="0"/>
            </w:pPr>
            <w:r>
              <w:rPr>
                <w:b/>
                <w:sz w:val="16"/>
              </w:rPr>
              <w:t>Lp.</w:t>
            </w:r>
          </w:p>
        </w:tc>
        <w:tc>
          <w:tcPr>
            <w:tcW w:w="2040" w:type="dxa"/>
            <w:shd w:val="clear" w:color="auto" w:fill="D9EAF7"/>
            <w:vAlign w:val="center"/>
          </w:tcPr>
          <w:p w14:paraId="198F049D" w14:textId="77777777" w:rsidR="00504407" w:rsidRDefault="004452B6">
            <w:pPr>
              <w:spacing w:after="0"/>
            </w:pPr>
            <w:r>
              <w:rPr>
                <w:b/>
                <w:sz w:val="16"/>
              </w:rPr>
              <w:t>Przedmiot i zakres robót</w:t>
            </w:r>
          </w:p>
        </w:tc>
        <w:tc>
          <w:tcPr>
            <w:tcW w:w="2040" w:type="dxa"/>
            <w:shd w:val="clear" w:color="auto" w:fill="D9EAF7"/>
            <w:vAlign w:val="center"/>
          </w:tcPr>
          <w:p w14:paraId="1EB0BFE6" w14:textId="77777777" w:rsidR="00504407" w:rsidRDefault="004452B6">
            <w:pPr>
              <w:spacing w:after="0"/>
            </w:pPr>
            <w:r>
              <w:rPr>
                <w:b/>
                <w:sz w:val="16"/>
              </w:rPr>
              <w:t>Podmiot, na rzecz którego wykonano robotę</w:t>
            </w:r>
          </w:p>
        </w:tc>
        <w:tc>
          <w:tcPr>
            <w:tcW w:w="2040" w:type="dxa"/>
            <w:shd w:val="clear" w:color="auto" w:fill="D9EAF7"/>
            <w:vAlign w:val="center"/>
          </w:tcPr>
          <w:p w14:paraId="7DBE8B41" w14:textId="77777777" w:rsidR="00504407" w:rsidRDefault="004452B6">
            <w:pPr>
              <w:spacing w:after="0"/>
            </w:pPr>
            <w:r>
              <w:rPr>
                <w:b/>
                <w:sz w:val="16"/>
              </w:rPr>
              <w:t>Wartość brutto</w:t>
            </w:r>
          </w:p>
        </w:tc>
        <w:tc>
          <w:tcPr>
            <w:tcW w:w="2040" w:type="dxa"/>
            <w:shd w:val="clear" w:color="auto" w:fill="D9EAF7"/>
            <w:vAlign w:val="center"/>
          </w:tcPr>
          <w:p w14:paraId="11F13F5E" w14:textId="77777777" w:rsidR="00504407" w:rsidRDefault="004452B6">
            <w:pPr>
              <w:spacing w:after="0"/>
            </w:pPr>
            <w:r>
              <w:rPr>
                <w:b/>
                <w:sz w:val="16"/>
              </w:rPr>
              <w:t>Okres realizacji</w:t>
            </w:r>
          </w:p>
        </w:tc>
      </w:tr>
      <w:tr w:rsidR="00504407" w14:paraId="75B534DE" w14:textId="77777777">
        <w:trPr>
          <w:jc w:val="center"/>
        </w:trPr>
        <w:tc>
          <w:tcPr>
            <w:tcW w:w="2040" w:type="dxa"/>
            <w:vAlign w:val="center"/>
          </w:tcPr>
          <w:p w14:paraId="206F8A21" w14:textId="77777777" w:rsidR="00504407" w:rsidRDefault="004452B6">
            <w:pPr>
              <w:spacing w:after="0"/>
            </w:pPr>
            <w:r>
              <w:rPr>
                <w:sz w:val="16"/>
              </w:rPr>
              <w:t>1</w:t>
            </w:r>
          </w:p>
        </w:tc>
        <w:tc>
          <w:tcPr>
            <w:tcW w:w="2040" w:type="dxa"/>
            <w:vAlign w:val="center"/>
          </w:tcPr>
          <w:p w14:paraId="7212C477" w14:textId="77777777" w:rsidR="00504407" w:rsidRDefault="004452B6">
            <w:pPr>
              <w:spacing w:after="0"/>
            </w:pPr>
            <w:r>
              <w:rPr>
                <w:sz w:val="16"/>
              </w:rPr>
              <w:br/>
            </w:r>
            <w:r>
              <w:rPr>
                <w:sz w:val="16"/>
              </w:rPr>
              <w:br/>
            </w:r>
          </w:p>
        </w:tc>
        <w:tc>
          <w:tcPr>
            <w:tcW w:w="2040" w:type="dxa"/>
            <w:vAlign w:val="center"/>
          </w:tcPr>
          <w:p w14:paraId="5507F713" w14:textId="77777777" w:rsidR="00504407" w:rsidRDefault="004452B6">
            <w:pPr>
              <w:spacing w:after="0"/>
            </w:pPr>
            <w:r>
              <w:rPr>
                <w:sz w:val="16"/>
              </w:rPr>
              <w:br/>
            </w:r>
            <w:r>
              <w:rPr>
                <w:sz w:val="16"/>
              </w:rPr>
              <w:br/>
            </w:r>
          </w:p>
        </w:tc>
        <w:tc>
          <w:tcPr>
            <w:tcW w:w="2040" w:type="dxa"/>
            <w:vAlign w:val="center"/>
          </w:tcPr>
          <w:p w14:paraId="2D9E78D5" w14:textId="77777777" w:rsidR="00504407" w:rsidRDefault="004452B6">
            <w:pPr>
              <w:spacing w:after="0"/>
            </w:pPr>
            <w:r>
              <w:rPr>
                <w:sz w:val="16"/>
              </w:rPr>
              <w:br/>
            </w:r>
            <w:r>
              <w:rPr>
                <w:sz w:val="16"/>
              </w:rPr>
              <w:br/>
            </w:r>
          </w:p>
        </w:tc>
        <w:tc>
          <w:tcPr>
            <w:tcW w:w="2040" w:type="dxa"/>
            <w:vAlign w:val="center"/>
          </w:tcPr>
          <w:p w14:paraId="338E508E" w14:textId="77777777" w:rsidR="00504407" w:rsidRDefault="004452B6">
            <w:pPr>
              <w:spacing w:after="0"/>
            </w:pPr>
            <w:r>
              <w:rPr>
                <w:sz w:val="16"/>
              </w:rPr>
              <w:br/>
            </w:r>
            <w:r>
              <w:rPr>
                <w:sz w:val="16"/>
              </w:rPr>
              <w:br/>
            </w:r>
          </w:p>
        </w:tc>
      </w:tr>
      <w:tr w:rsidR="00504407" w14:paraId="0A08F300" w14:textId="77777777">
        <w:trPr>
          <w:jc w:val="center"/>
        </w:trPr>
        <w:tc>
          <w:tcPr>
            <w:tcW w:w="2040" w:type="dxa"/>
            <w:vAlign w:val="center"/>
          </w:tcPr>
          <w:p w14:paraId="43BA2E52" w14:textId="77777777" w:rsidR="00504407" w:rsidRDefault="004452B6">
            <w:pPr>
              <w:spacing w:after="0"/>
            </w:pPr>
            <w:r>
              <w:rPr>
                <w:sz w:val="16"/>
              </w:rPr>
              <w:t>2</w:t>
            </w:r>
          </w:p>
        </w:tc>
        <w:tc>
          <w:tcPr>
            <w:tcW w:w="2040" w:type="dxa"/>
            <w:vAlign w:val="center"/>
          </w:tcPr>
          <w:p w14:paraId="588FDB6D" w14:textId="77777777" w:rsidR="00504407" w:rsidRDefault="004452B6">
            <w:pPr>
              <w:spacing w:after="0"/>
            </w:pPr>
            <w:r>
              <w:rPr>
                <w:sz w:val="16"/>
              </w:rPr>
              <w:br/>
            </w:r>
            <w:r>
              <w:rPr>
                <w:sz w:val="16"/>
              </w:rPr>
              <w:br/>
            </w:r>
          </w:p>
        </w:tc>
        <w:tc>
          <w:tcPr>
            <w:tcW w:w="2040" w:type="dxa"/>
            <w:vAlign w:val="center"/>
          </w:tcPr>
          <w:p w14:paraId="21E1C40F" w14:textId="77777777" w:rsidR="00504407" w:rsidRDefault="004452B6">
            <w:pPr>
              <w:spacing w:after="0"/>
            </w:pPr>
            <w:r>
              <w:rPr>
                <w:sz w:val="16"/>
              </w:rPr>
              <w:br/>
            </w:r>
            <w:r>
              <w:rPr>
                <w:sz w:val="16"/>
              </w:rPr>
              <w:br/>
            </w:r>
          </w:p>
        </w:tc>
        <w:tc>
          <w:tcPr>
            <w:tcW w:w="2040" w:type="dxa"/>
            <w:vAlign w:val="center"/>
          </w:tcPr>
          <w:p w14:paraId="6D2B36A8" w14:textId="77777777" w:rsidR="00504407" w:rsidRDefault="004452B6">
            <w:pPr>
              <w:spacing w:after="0"/>
            </w:pPr>
            <w:r>
              <w:rPr>
                <w:sz w:val="16"/>
              </w:rPr>
              <w:br/>
            </w:r>
            <w:r>
              <w:rPr>
                <w:sz w:val="16"/>
              </w:rPr>
              <w:br/>
            </w:r>
          </w:p>
        </w:tc>
        <w:tc>
          <w:tcPr>
            <w:tcW w:w="2040" w:type="dxa"/>
            <w:vAlign w:val="center"/>
          </w:tcPr>
          <w:p w14:paraId="2DDCC89D" w14:textId="77777777" w:rsidR="00504407" w:rsidRDefault="004452B6">
            <w:pPr>
              <w:spacing w:after="0"/>
            </w:pPr>
            <w:r>
              <w:rPr>
                <w:sz w:val="16"/>
              </w:rPr>
              <w:br/>
            </w:r>
            <w:r>
              <w:rPr>
                <w:sz w:val="16"/>
              </w:rPr>
              <w:br/>
            </w:r>
          </w:p>
        </w:tc>
      </w:tr>
    </w:tbl>
    <w:p w14:paraId="145EF0D0" w14:textId="77777777" w:rsidR="00504407" w:rsidRDefault="004452B6">
      <w:pPr>
        <w:spacing w:before="140"/>
      </w:pPr>
      <w:r>
        <w:rPr>
          <w:b/>
          <w:sz w:val="22"/>
        </w:rPr>
        <w:t>V. OSOBY SKIEROWANE DO REALIZACJI ZAMÓWIENIA</w:t>
      </w:r>
    </w:p>
    <w:p w14:paraId="19491CAE" w14:textId="65601872" w:rsidR="00504407" w:rsidRDefault="004452B6" w:rsidP="004452B6">
      <w:pPr>
        <w:jc w:val="both"/>
      </w:pPr>
      <w:r>
        <w:t xml:space="preserve">Wykonawca oświadcza, że dysponuje co najmniej 1 osobą – kierownikiem robót sanitarnych, posiadającym uprawnienia budowlane bez ograniczeń do kierowania robotami budowlanymi w </w:t>
      </w:r>
      <w:proofErr w:type="spellStart"/>
      <w:r>
        <w:t>specjalności</w:t>
      </w:r>
      <w:proofErr w:type="spellEnd"/>
      <w:r>
        <w:t xml:space="preserve"> </w:t>
      </w:r>
      <w:proofErr w:type="spellStart"/>
      <w:r>
        <w:t>instalacyjnej</w:t>
      </w:r>
      <w:proofErr w:type="spellEnd"/>
      <w:r>
        <w:t xml:space="preserve">                      </w:t>
      </w:r>
      <w:r>
        <w:t xml:space="preserve">w </w:t>
      </w:r>
      <w:proofErr w:type="spellStart"/>
      <w:r>
        <w:t>zakresie</w:t>
      </w:r>
      <w:proofErr w:type="spellEnd"/>
      <w:r>
        <w:t xml:space="preserve"> </w:t>
      </w:r>
      <w:proofErr w:type="spellStart"/>
      <w:r>
        <w:t>sieci</w:t>
      </w:r>
      <w:proofErr w:type="spellEnd"/>
      <w:r>
        <w:t xml:space="preserve">, </w:t>
      </w:r>
      <w:proofErr w:type="spellStart"/>
      <w:r>
        <w:t>instalacji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urządzeń cieplnych, wentylacyjnych, gazowych, </w:t>
      </w:r>
      <w:proofErr w:type="spellStart"/>
      <w:r>
        <w:t>wodociągowych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kanalizacyjnych</w:t>
      </w:r>
      <w:proofErr w:type="spellEnd"/>
      <w:r>
        <w:t xml:space="preserve">                 </w:t>
      </w:r>
      <w:proofErr w:type="spellStart"/>
      <w:r>
        <w:t>oraz</w:t>
      </w:r>
      <w:proofErr w:type="spellEnd"/>
      <w:r>
        <w:t xml:space="preserve"> co </w:t>
      </w:r>
      <w:proofErr w:type="spellStart"/>
      <w:r>
        <w:t>najmniej</w:t>
      </w:r>
      <w:proofErr w:type="spellEnd"/>
      <w:r>
        <w:t xml:space="preserve"> 3-letnie </w:t>
      </w:r>
      <w:proofErr w:type="spellStart"/>
      <w:r>
        <w:t>doświadczenie</w:t>
      </w:r>
      <w:proofErr w:type="spellEnd"/>
      <w:r>
        <w:t xml:space="preserve"> zawodowe w pełnieniu funkcji kierownika budowy lub kierownika robót sanitarnych przy realizacji co najmniej jednej roboty budowlanej obejmującej budowę lub przebudowę sieci kanalizacji sanitarnej.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1700"/>
        <w:gridCol w:w="1700"/>
        <w:gridCol w:w="1700"/>
        <w:gridCol w:w="1700"/>
        <w:gridCol w:w="1700"/>
        <w:gridCol w:w="1700"/>
      </w:tblGrid>
      <w:tr w:rsidR="00504407" w14:paraId="7B500FA2" w14:textId="77777777">
        <w:trPr>
          <w:jc w:val="center"/>
        </w:trPr>
        <w:tc>
          <w:tcPr>
            <w:tcW w:w="1700" w:type="dxa"/>
            <w:shd w:val="clear" w:color="auto" w:fill="D9EAF7"/>
            <w:vAlign w:val="center"/>
          </w:tcPr>
          <w:p w14:paraId="24DDECC5" w14:textId="77777777" w:rsidR="00504407" w:rsidRDefault="004452B6">
            <w:pPr>
              <w:spacing w:after="0"/>
            </w:pPr>
            <w:r>
              <w:rPr>
                <w:b/>
                <w:sz w:val="16"/>
              </w:rPr>
              <w:t>Lp.</w:t>
            </w:r>
          </w:p>
        </w:tc>
        <w:tc>
          <w:tcPr>
            <w:tcW w:w="1700" w:type="dxa"/>
            <w:shd w:val="clear" w:color="auto" w:fill="D9EAF7"/>
            <w:vAlign w:val="center"/>
          </w:tcPr>
          <w:p w14:paraId="70D105D3" w14:textId="77777777" w:rsidR="00504407" w:rsidRDefault="004452B6">
            <w:pPr>
              <w:spacing w:after="0"/>
            </w:pPr>
            <w:r>
              <w:rPr>
                <w:b/>
                <w:sz w:val="16"/>
              </w:rPr>
              <w:t>Imię i nazwisko</w:t>
            </w:r>
          </w:p>
        </w:tc>
        <w:tc>
          <w:tcPr>
            <w:tcW w:w="1700" w:type="dxa"/>
            <w:shd w:val="clear" w:color="auto" w:fill="D9EAF7"/>
            <w:vAlign w:val="center"/>
          </w:tcPr>
          <w:p w14:paraId="1DD95BB4" w14:textId="77777777" w:rsidR="00504407" w:rsidRDefault="004452B6">
            <w:pPr>
              <w:spacing w:after="0"/>
            </w:pPr>
            <w:r>
              <w:rPr>
                <w:b/>
                <w:sz w:val="16"/>
              </w:rPr>
              <w:t>Funkcja</w:t>
            </w:r>
          </w:p>
        </w:tc>
        <w:tc>
          <w:tcPr>
            <w:tcW w:w="1700" w:type="dxa"/>
            <w:shd w:val="clear" w:color="auto" w:fill="D9EAF7"/>
            <w:vAlign w:val="center"/>
          </w:tcPr>
          <w:p w14:paraId="369FB92B" w14:textId="77777777" w:rsidR="00504407" w:rsidRDefault="004452B6">
            <w:pPr>
              <w:spacing w:after="0"/>
            </w:pPr>
            <w:r>
              <w:rPr>
                <w:b/>
                <w:sz w:val="16"/>
              </w:rPr>
              <w:t>Uprawnienia budowlane</w:t>
            </w:r>
          </w:p>
        </w:tc>
        <w:tc>
          <w:tcPr>
            <w:tcW w:w="1700" w:type="dxa"/>
            <w:shd w:val="clear" w:color="auto" w:fill="D9EAF7"/>
            <w:vAlign w:val="center"/>
          </w:tcPr>
          <w:p w14:paraId="288F89FA" w14:textId="77777777" w:rsidR="00504407" w:rsidRDefault="004452B6">
            <w:pPr>
              <w:spacing w:after="0"/>
            </w:pPr>
            <w:r>
              <w:rPr>
                <w:b/>
                <w:sz w:val="16"/>
              </w:rPr>
              <w:t>Wymagane doświadczenie</w:t>
            </w:r>
          </w:p>
        </w:tc>
        <w:tc>
          <w:tcPr>
            <w:tcW w:w="1700" w:type="dxa"/>
            <w:shd w:val="clear" w:color="auto" w:fill="D9EAF7"/>
            <w:vAlign w:val="center"/>
          </w:tcPr>
          <w:p w14:paraId="25AD101E" w14:textId="77777777" w:rsidR="00504407" w:rsidRDefault="004452B6">
            <w:pPr>
              <w:spacing w:after="0"/>
            </w:pPr>
            <w:r>
              <w:rPr>
                <w:b/>
                <w:sz w:val="16"/>
              </w:rPr>
              <w:t>Podstawa dysponowania</w:t>
            </w:r>
          </w:p>
        </w:tc>
      </w:tr>
      <w:tr w:rsidR="00504407" w14:paraId="54C21B56" w14:textId="77777777">
        <w:trPr>
          <w:jc w:val="center"/>
        </w:trPr>
        <w:tc>
          <w:tcPr>
            <w:tcW w:w="1700" w:type="dxa"/>
            <w:vAlign w:val="center"/>
          </w:tcPr>
          <w:p w14:paraId="4974B7A8" w14:textId="77777777" w:rsidR="00504407" w:rsidRDefault="004452B6">
            <w:pPr>
              <w:spacing w:after="0"/>
            </w:pPr>
            <w:r>
              <w:rPr>
                <w:sz w:val="16"/>
              </w:rPr>
              <w:lastRenderedPageBreak/>
              <w:br/>
            </w:r>
            <w:r>
              <w:rPr>
                <w:sz w:val="16"/>
              </w:rPr>
              <w:br/>
            </w:r>
          </w:p>
        </w:tc>
        <w:tc>
          <w:tcPr>
            <w:tcW w:w="1700" w:type="dxa"/>
            <w:vAlign w:val="center"/>
          </w:tcPr>
          <w:p w14:paraId="1DB680F9" w14:textId="77777777" w:rsidR="00504407" w:rsidRDefault="004452B6">
            <w:pPr>
              <w:spacing w:after="0"/>
            </w:pPr>
            <w:r>
              <w:rPr>
                <w:sz w:val="16"/>
              </w:rPr>
              <w:br/>
            </w:r>
            <w:r>
              <w:rPr>
                <w:sz w:val="16"/>
              </w:rPr>
              <w:br/>
            </w:r>
          </w:p>
        </w:tc>
        <w:tc>
          <w:tcPr>
            <w:tcW w:w="1700" w:type="dxa"/>
            <w:vAlign w:val="center"/>
          </w:tcPr>
          <w:p w14:paraId="7D7E9B3B" w14:textId="77777777" w:rsidR="00504407" w:rsidRDefault="004452B6">
            <w:pPr>
              <w:spacing w:after="0"/>
            </w:pPr>
            <w:r>
              <w:rPr>
                <w:sz w:val="16"/>
              </w:rPr>
              <w:br/>
            </w:r>
            <w:r>
              <w:rPr>
                <w:sz w:val="16"/>
              </w:rPr>
              <w:br/>
            </w:r>
          </w:p>
        </w:tc>
        <w:tc>
          <w:tcPr>
            <w:tcW w:w="1700" w:type="dxa"/>
            <w:vAlign w:val="center"/>
          </w:tcPr>
          <w:p w14:paraId="7D163146" w14:textId="77777777" w:rsidR="00504407" w:rsidRDefault="004452B6">
            <w:pPr>
              <w:spacing w:after="0"/>
            </w:pPr>
            <w:r>
              <w:rPr>
                <w:sz w:val="16"/>
              </w:rPr>
              <w:br/>
            </w:r>
            <w:r>
              <w:rPr>
                <w:sz w:val="16"/>
              </w:rPr>
              <w:br/>
            </w:r>
          </w:p>
        </w:tc>
        <w:tc>
          <w:tcPr>
            <w:tcW w:w="1700" w:type="dxa"/>
            <w:vAlign w:val="center"/>
          </w:tcPr>
          <w:p w14:paraId="576D3A99" w14:textId="77777777" w:rsidR="00504407" w:rsidRDefault="004452B6">
            <w:pPr>
              <w:spacing w:after="0"/>
            </w:pPr>
            <w:r>
              <w:rPr>
                <w:sz w:val="16"/>
              </w:rPr>
              <w:br/>
            </w:r>
            <w:r>
              <w:rPr>
                <w:sz w:val="16"/>
              </w:rPr>
              <w:br/>
            </w:r>
          </w:p>
        </w:tc>
        <w:tc>
          <w:tcPr>
            <w:tcW w:w="1700" w:type="dxa"/>
            <w:vAlign w:val="center"/>
          </w:tcPr>
          <w:p w14:paraId="146DD647" w14:textId="77777777" w:rsidR="00504407" w:rsidRDefault="004452B6">
            <w:pPr>
              <w:spacing w:after="0"/>
            </w:pPr>
            <w:r>
              <w:rPr>
                <w:sz w:val="16"/>
              </w:rPr>
              <w:br/>
            </w:r>
            <w:r>
              <w:rPr>
                <w:sz w:val="16"/>
              </w:rPr>
              <w:br/>
            </w:r>
          </w:p>
        </w:tc>
      </w:tr>
    </w:tbl>
    <w:p w14:paraId="359F9F44" w14:textId="77777777" w:rsidR="00504407" w:rsidRDefault="004452B6">
      <w:pPr>
        <w:spacing w:before="140"/>
      </w:pPr>
      <w:r>
        <w:rPr>
          <w:b/>
          <w:sz w:val="22"/>
        </w:rPr>
        <w:t>VI. SYTUACJA EKONOMICZNA I FINANSOWA</w:t>
      </w:r>
    </w:p>
    <w:p w14:paraId="47ADB231" w14:textId="77777777" w:rsidR="00504407" w:rsidRDefault="004452B6">
      <w:r>
        <w:t>Wykonawca oświadcza, że spełnia warunek poprzez:</w:t>
      </w:r>
    </w:p>
    <w:p w14:paraId="6D99EE5F" w14:textId="77777777" w:rsidR="00504407" w:rsidRDefault="004452B6" w:rsidP="004452B6">
      <w:pPr>
        <w:ind w:left="340"/>
        <w:jc w:val="both"/>
      </w:pPr>
      <w:r>
        <w:t>☐</w:t>
      </w:r>
      <w:r>
        <w:t xml:space="preserve"> posiada środki finansowe lub zdolność kredytową w wysokości nie mniejszej niż 1 000 000,00 zł;</w:t>
      </w:r>
    </w:p>
    <w:p w14:paraId="455A93EB" w14:textId="7BC94F2A" w:rsidR="00504407" w:rsidRDefault="004452B6" w:rsidP="004452B6">
      <w:pPr>
        <w:ind w:left="340"/>
        <w:jc w:val="both"/>
      </w:pPr>
      <w:r>
        <w:t>☐</w:t>
      </w:r>
      <w:r>
        <w:t xml:space="preserve"> osiągnął w okresie ostatnich trzech lat obrotowych, a jeżeli okres </w:t>
      </w:r>
      <w:proofErr w:type="spellStart"/>
      <w:r>
        <w:t>prowadzenia</w:t>
      </w:r>
      <w:proofErr w:type="spellEnd"/>
      <w:r>
        <w:t xml:space="preserve"> </w:t>
      </w:r>
      <w:proofErr w:type="spellStart"/>
      <w:r>
        <w:t>działalności</w:t>
      </w:r>
      <w:proofErr w:type="spellEnd"/>
      <w:r>
        <w:t xml:space="preserve"> jest </w:t>
      </w:r>
      <w:proofErr w:type="spellStart"/>
      <w:r>
        <w:t>krótszy</w:t>
      </w:r>
      <w:proofErr w:type="spellEnd"/>
      <w:r>
        <w:t xml:space="preserve">                      </w:t>
      </w:r>
      <w:r>
        <w:t xml:space="preserve"> – w </w:t>
      </w:r>
      <w:proofErr w:type="spellStart"/>
      <w:r>
        <w:t>tym</w:t>
      </w:r>
      <w:proofErr w:type="spellEnd"/>
      <w:r>
        <w:t xml:space="preserve"> okresie, roczny obrót w zakresie robót budowlanych w wysokości co najmniej 3 000 000,00 zł.</w:t>
      </w:r>
    </w:p>
    <w:p w14:paraId="3EE97D4E" w14:textId="77777777" w:rsidR="00504407" w:rsidRDefault="004452B6">
      <w:pPr>
        <w:spacing w:before="140"/>
      </w:pPr>
      <w:r>
        <w:rPr>
          <w:b/>
          <w:sz w:val="22"/>
        </w:rPr>
        <w:t>VII. PODMIOTY UDOSTĘPNIAJĄCE ZASOBY – JEŻELI DOTYCZY</w:t>
      </w:r>
    </w:p>
    <w:p w14:paraId="1E78F87F" w14:textId="77777777" w:rsidR="00504407" w:rsidRDefault="004452B6">
      <w:r>
        <w:t>☐</w:t>
      </w:r>
      <w:r>
        <w:t xml:space="preserve"> Wykonawca nie polega na zasobach innych podmiotów.</w:t>
      </w:r>
    </w:p>
    <w:p w14:paraId="21E1EDD7" w14:textId="77777777" w:rsidR="00504407" w:rsidRDefault="004452B6">
      <w:r>
        <w:t>☐</w:t>
      </w:r>
      <w:r>
        <w:t xml:space="preserve"> Wykonawca polega na zasobach innych podmiotów – należy wskazać podmioty: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2040"/>
        <w:gridCol w:w="2040"/>
        <w:gridCol w:w="2040"/>
        <w:gridCol w:w="2040"/>
        <w:gridCol w:w="2040"/>
      </w:tblGrid>
      <w:tr w:rsidR="00504407" w14:paraId="4D0C48D7" w14:textId="77777777">
        <w:trPr>
          <w:jc w:val="center"/>
        </w:trPr>
        <w:tc>
          <w:tcPr>
            <w:tcW w:w="2040" w:type="dxa"/>
            <w:shd w:val="clear" w:color="auto" w:fill="D9EAF7"/>
            <w:vAlign w:val="center"/>
          </w:tcPr>
          <w:p w14:paraId="736E1271" w14:textId="77777777" w:rsidR="00504407" w:rsidRDefault="004452B6">
            <w:pPr>
              <w:spacing w:after="0"/>
            </w:pPr>
            <w:r>
              <w:rPr>
                <w:b/>
                <w:sz w:val="15"/>
              </w:rPr>
              <w:t>Lp.</w:t>
            </w:r>
          </w:p>
        </w:tc>
        <w:tc>
          <w:tcPr>
            <w:tcW w:w="2040" w:type="dxa"/>
            <w:shd w:val="clear" w:color="auto" w:fill="D9EAF7"/>
            <w:vAlign w:val="center"/>
          </w:tcPr>
          <w:p w14:paraId="60C661E0" w14:textId="77777777" w:rsidR="00504407" w:rsidRDefault="004452B6">
            <w:pPr>
              <w:spacing w:after="0"/>
            </w:pPr>
            <w:r>
              <w:rPr>
                <w:b/>
                <w:sz w:val="15"/>
              </w:rPr>
              <w:t>Nazwa podmiotu</w:t>
            </w:r>
          </w:p>
        </w:tc>
        <w:tc>
          <w:tcPr>
            <w:tcW w:w="2040" w:type="dxa"/>
            <w:shd w:val="clear" w:color="auto" w:fill="D9EAF7"/>
            <w:vAlign w:val="center"/>
          </w:tcPr>
          <w:p w14:paraId="35A5ACB6" w14:textId="77777777" w:rsidR="00504407" w:rsidRDefault="004452B6">
            <w:pPr>
              <w:spacing w:after="0"/>
            </w:pPr>
            <w:r>
              <w:rPr>
                <w:b/>
                <w:sz w:val="15"/>
              </w:rPr>
              <w:t>Udostępniane zasoby / warunek</w:t>
            </w:r>
          </w:p>
        </w:tc>
        <w:tc>
          <w:tcPr>
            <w:tcW w:w="2040" w:type="dxa"/>
            <w:shd w:val="clear" w:color="auto" w:fill="D9EAF7"/>
            <w:vAlign w:val="center"/>
          </w:tcPr>
          <w:p w14:paraId="2FDF8FE5" w14:textId="77777777" w:rsidR="00504407" w:rsidRDefault="004452B6">
            <w:pPr>
              <w:spacing w:after="0"/>
            </w:pPr>
            <w:r>
              <w:rPr>
                <w:b/>
                <w:sz w:val="15"/>
              </w:rPr>
              <w:t>Sposób wykorzystania zasobów oraz zakres i okres udziału</w:t>
            </w:r>
          </w:p>
        </w:tc>
        <w:tc>
          <w:tcPr>
            <w:tcW w:w="2040" w:type="dxa"/>
            <w:shd w:val="clear" w:color="auto" w:fill="D9EAF7"/>
            <w:vAlign w:val="center"/>
          </w:tcPr>
          <w:p w14:paraId="2EA00C80" w14:textId="77777777" w:rsidR="00504407" w:rsidRDefault="004452B6">
            <w:pPr>
              <w:spacing w:after="0"/>
            </w:pPr>
            <w:r>
              <w:rPr>
                <w:b/>
                <w:sz w:val="15"/>
              </w:rPr>
              <w:t>Czy podmiot wykona roboty, których dotyczą udostępniane zdolności?</w:t>
            </w:r>
          </w:p>
        </w:tc>
      </w:tr>
      <w:tr w:rsidR="00504407" w14:paraId="3AE2165A" w14:textId="77777777">
        <w:trPr>
          <w:jc w:val="center"/>
        </w:trPr>
        <w:tc>
          <w:tcPr>
            <w:tcW w:w="2040" w:type="dxa"/>
            <w:vAlign w:val="center"/>
          </w:tcPr>
          <w:p w14:paraId="6B533EBD" w14:textId="77777777" w:rsidR="00504407" w:rsidRDefault="004452B6">
            <w:pPr>
              <w:spacing w:after="0"/>
            </w:pPr>
            <w:r>
              <w:rPr>
                <w:sz w:val="15"/>
              </w:rPr>
              <w:br/>
            </w:r>
            <w:r>
              <w:rPr>
                <w:sz w:val="15"/>
              </w:rPr>
              <w:br/>
            </w:r>
          </w:p>
        </w:tc>
        <w:tc>
          <w:tcPr>
            <w:tcW w:w="2040" w:type="dxa"/>
            <w:vAlign w:val="center"/>
          </w:tcPr>
          <w:p w14:paraId="739AC24E" w14:textId="77777777" w:rsidR="00504407" w:rsidRDefault="004452B6">
            <w:pPr>
              <w:spacing w:after="0"/>
            </w:pPr>
            <w:r>
              <w:rPr>
                <w:sz w:val="15"/>
              </w:rPr>
              <w:br/>
            </w:r>
            <w:r>
              <w:rPr>
                <w:sz w:val="15"/>
              </w:rPr>
              <w:br/>
            </w:r>
          </w:p>
        </w:tc>
        <w:tc>
          <w:tcPr>
            <w:tcW w:w="2040" w:type="dxa"/>
            <w:vAlign w:val="center"/>
          </w:tcPr>
          <w:p w14:paraId="131D2F09" w14:textId="77777777" w:rsidR="00504407" w:rsidRDefault="004452B6">
            <w:pPr>
              <w:spacing w:after="0"/>
            </w:pPr>
            <w:r>
              <w:rPr>
                <w:sz w:val="15"/>
              </w:rPr>
              <w:br/>
            </w:r>
            <w:r>
              <w:rPr>
                <w:sz w:val="15"/>
              </w:rPr>
              <w:br/>
            </w:r>
          </w:p>
        </w:tc>
        <w:tc>
          <w:tcPr>
            <w:tcW w:w="2040" w:type="dxa"/>
            <w:vAlign w:val="center"/>
          </w:tcPr>
          <w:p w14:paraId="61A23A1E" w14:textId="77777777" w:rsidR="00504407" w:rsidRDefault="004452B6">
            <w:pPr>
              <w:spacing w:after="0"/>
            </w:pPr>
            <w:r>
              <w:rPr>
                <w:sz w:val="15"/>
              </w:rPr>
              <w:br/>
            </w:r>
            <w:r>
              <w:rPr>
                <w:sz w:val="15"/>
              </w:rPr>
              <w:br/>
            </w:r>
          </w:p>
        </w:tc>
        <w:tc>
          <w:tcPr>
            <w:tcW w:w="2040" w:type="dxa"/>
            <w:vAlign w:val="center"/>
          </w:tcPr>
          <w:p w14:paraId="279C868A" w14:textId="77777777" w:rsidR="00504407" w:rsidRDefault="004452B6">
            <w:pPr>
              <w:spacing w:after="0"/>
            </w:pPr>
            <w:r>
              <w:rPr>
                <w:sz w:val="15"/>
              </w:rPr>
              <w:br/>
            </w:r>
            <w:r>
              <w:rPr>
                <w:sz w:val="15"/>
              </w:rPr>
              <w:br/>
            </w:r>
          </w:p>
        </w:tc>
      </w:tr>
    </w:tbl>
    <w:p w14:paraId="0E8059B5" w14:textId="77777777" w:rsidR="00504407" w:rsidRDefault="004452B6" w:rsidP="004452B6">
      <w:pPr>
        <w:jc w:val="both"/>
      </w:pPr>
      <w:r>
        <w:t>Wykonawca oświadcza, że w przypadku korzystania z zasobów podmiotu udostępniającego zasoby będzie dysponował niezbędnymi zasobami na potrzeby realizacji zamówienia oraz przedłoży wymagane zobowiązanie tego podmiotu, zgodnie z art. 118 ustawy Pzp i SWZ.</w:t>
      </w:r>
    </w:p>
    <w:p w14:paraId="6CFE3484" w14:textId="630D887D" w:rsidR="00504407" w:rsidRDefault="004452B6" w:rsidP="004452B6">
      <w:pPr>
        <w:jc w:val="both"/>
      </w:pPr>
      <w:r>
        <w:rPr>
          <w:b/>
        </w:rPr>
        <w:t xml:space="preserve">Ograniczenie dotyczące kluczowych części zamówienia: </w:t>
      </w:r>
      <w:r>
        <w:t xml:space="preserve">Wykonawca </w:t>
      </w:r>
      <w:proofErr w:type="spellStart"/>
      <w:r>
        <w:t>przyjmuje</w:t>
      </w:r>
      <w:proofErr w:type="spellEnd"/>
      <w:r>
        <w:t xml:space="preserve"> do </w:t>
      </w:r>
      <w:proofErr w:type="spellStart"/>
      <w:proofErr w:type="gramStart"/>
      <w:r>
        <w:t>wiadomości</w:t>
      </w:r>
      <w:proofErr w:type="spellEnd"/>
      <w:r>
        <w:t xml:space="preserve">,   </w:t>
      </w:r>
      <w:proofErr w:type="gramEnd"/>
      <w:r>
        <w:t xml:space="preserve">                              </w:t>
      </w:r>
      <w:proofErr w:type="spellStart"/>
      <w:r>
        <w:t>że</w:t>
      </w:r>
      <w:proofErr w:type="spellEnd"/>
      <w:r>
        <w:t xml:space="preserve"> </w:t>
      </w:r>
      <w:proofErr w:type="spellStart"/>
      <w:r>
        <w:t>Zamawiający</w:t>
      </w:r>
      <w:proofErr w:type="spellEnd"/>
      <w:r>
        <w:t xml:space="preserve"> </w:t>
      </w:r>
      <w:proofErr w:type="spellStart"/>
      <w:r>
        <w:t>zastrzegł</w:t>
      </w:r>
      <w:proofErr w:type="spellEnd"/>
      <w:r>
        <w:t xml:space="preserve"> </w:t>
      </w:r>
      <w:proofErr w:type="spellStart"/>
      <w:r>
        <w:t>obowiązek</w:t>
      </w:r>
      <w:proofErr w:type="spellEnd"/>
      <w:r>
        <w:t xml:space="preserve"> </w:t>
      </w:r>
      <w:proofErr w:type="spellStart"/>
      <w:r>
        <w:t>osobistego</w:t>
      </w:r>
      <w:proofErr w:type="spellEnd"/>
      <w:r>
        <w:t xml:space="preserve"> wykonania kluczowych części zamówienia obejmujących roboty związane z wykonaniem sieci kanalizacji sanitarnej grawitacyjnej oraz sieci kanalizacji sanitarnej tłocznej. Wykonawca nie może powoływać się na zdolności techniczne lub zawodowe </w:t>
      </w:r>
      <w:proofErr w:type="spellStart"/>
      <w:r>
        <w:t>podmiotu</w:t>
      </w:r>
      <w:proofErr w:type="spellEnd"/>
      <w:r>
        <w:t xml:space="preserve"> </w:t>
      </w:r>
      <w:proofErr w:type="spellStart"/>
      <w:r>
        <w:t>udostępniającego</w:t>
      </w:r>
      <w:proofErr w:type="spellEnd"/>
      <w:r>
        <w:t xml:space="preserve"> </w:t>
      </w:r>
      <w:proofErr w:type="spellStart"/>
      <w:r>
        <w:t>zasoby</w:t>
      </w:r>
      <w:proofErr w:type="spellEnd"/>
      <w:r>
        <w:t xml:space="preserve">     </w:t>
      </w:r>
      <w:r>
        <w:t xml:space="preserve">w </w:t>
      </w:r>
      <w:proofErr w:type="spellStart"/>
      <w:r>
        <w:t>zakresie</w:t>
      </w:r>
      <w:proofErr w:type="spellEnd"/>
      <w:r>
        <w:t xml:space="preserve"> </w:t>
      </w:r>
      <w:proofErr w:type="spellStart"/>
      <w:r>
        <w:t>doświadczenia</w:t>
      </w:r>
      <w:proofErr w:type="spellEnd"/>
      <w:r>
        <w:t xml:space="preserve"> </w:t>
      </w:r>
      <w:proofErr w:type="spellStart"/>
      <w:r>
        <w:t>dotyczącego</w:t>
      </w:r>
      <w:proofErr w:type="spellEnd"/>
      <w:r>
        <w:t xml:space="preserve"> </w:t>
      </w:r>
      <w:proofErr w:type="spellStart"/>
      <w:r>
        <w:t>tych</w:t>
      </w:r>
      <w:proofErr w:type="spellEnd"/>
      <w:r>
        <w:t xml:space="preserve"> robót, jeżeli skutkowałoby to koniecznością powierzenia temu podmiotowi wykonania zastrzeżonej części zamówienia.</w:t>
      </w:r>
    </w:p>
    <w:p w14:paraId="6F319BE5" w14:textId="77777777" w:rsidR="00504407" w:rsidRDefault="004452B6">
      <w:pPr>
        <w:spacing w:before="140"/>
      </w:pPr>
      <w:r>
        <w:rPr>
          <w:b/>
          <w:sz w:val="22"/>
        </w:rPr>
        <w:t>VIII. PODWYKONAWCY – JEŻELI DOTYCZY</w:t>
      </w:r>
    </w:p>
    <w:p w14:paraId="5D36886A" w14:textId="77777777" w:rsidR="00504407" w:rsidRDefault="004452B6">
      <w:r>
        <w:t>☐</w:t>
      </w:r>
      <w:r>
        <w:t xml:space="preserve"> Wykonawca nie wskazuje podwykonawców na etapie składania oferty.</w:t>
      </w:r>
    </w:p>
    <w:p w14:paraId="101C3DD3" w14:textId="77777777" w:rsidR="00504407" w:rsidRDefault="004452B6">
      <w:r>
        <w:t>☐</w:t>
      </w:r>
      <w:r>
        <w:t xml:space="preserve"> Wykonawca wskazuje podwykonawców: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3400"/>
        <w:gridCol w:w="3400"/>
        <w:gridCol w:w="3400"/>
      </w:tblGrid>
      <w:tr w:rsidR="00504407" w14:paraId="772BD3D0" w14:textId="77777777">
        <w:trPr>
          <w:jc w:val="center"/>
        </w:trPr>
        <w:tc>
          <w:tcPr>
            <w:tcW w:w="3400" w:type="dxa"/>
            <w:shd w:val="clear" w:color="auto" w:fill="D9EAF7"/>
            <w:vAlign w:val="center"/>
          </w:tcPr>
          <w:p w14:paraId="267C9009" w14:textId="77777777" w:rsidR="00504407" w:rsidRDefault="004452B6">
            <w:pPr>
              <w:spacing w:after="0"/>
            </w:pPr>
            <w:r>
              <w:rPr>
                <w:b/>
                <w:sz w:val="16"/>
              </w:rPr>
              <w:t>Lp.</w:t>
            </w:r>
          </w:p>
        </w:tc>
        <w:tc>
          <w:tcPr>
            <w:tcW w:w="3400" w:type="dxa"/>
            <w:shd w:val="clear" w:color="auto" w:fill="D9EAF7"/>
            <w:vAlign w:val="center"/>
          </w:tcPr>
          <w:p w14:paraId="13AE6E95" w14:textId="77777777" w:rsidR="00504407" w:rsidRDefault="004452B6">
            <w:pPr>
              <w:spacing w:after="0"/>
            </w:pPr>
            <w:r>
              <w:rPr>
                <w:b/>
                <w:sz w:val="16"/>
              </w:rPr>
              <w:t>Firma / nazwa podwykonawcy</w:t>
            </w:r>
          </w:p>
        </w:tc>
        <w:tc>
          <w:tcPr>
            <w:tcW w:w="3400" w:type="dxa"/>
            <w:shd w:val="clear" w:color="auto" w:fill="D9EAF7"/>
            <w:vAlign w:val="center"/>
          </w:tcPr>
          <w:p w14:paraId="25D4FE48" w14:textId="77777777" w:rsidR="00504407" w:rsidRDefault="004452B6">
            <w:pPr>
              <w:spacing w:after="0"/>
            </w:pPr>
            <w:r>
              <w:rPr>
                <w:b/>
                <w:sz w:val="16"/>
              </w:rPr>
              <w:t>Zakres części zamówienia powierzanej podwykonawcy</w:t>
            </w:r>
          </w:p>
        </w:tc>
      </w:tr>
      <w:tr w:rsidR="00504407" w14:paraId="7047BF70" w14:textId="77777777">
        <w:trPr>
          <w:jc w:val="center"/>
        </w:trPr>
        <w:tc>
          <w:tcPr>
            <w:tcW w:w="3400" w:type="dxa"/>
            <w:vAlign w:val="center"/>
          </w:tcPr>
          <w:p w14:paraId="6769D396" w14:textId="77777777" w:rsidR="00504407" w:rsidRDefault="004452B6">
            <w:pPr>
              <w:spacing w:after="0"/>
            </w:pPr>
            <w:r>
              <w:rPr>
                <w:sz w:val="16"/>
              </w:rPr>
              <w:br/>
            </w:r>
            <w:r>
              <w:rPr>
                <w:sz w:val="16"/>
              </w:rPr>
              <w:br/>
            </w:r>
          </w:p>
        </w:tc>
        <w:tc>
          <w:tcPr>
            <w:tcW w:w="3400" w:type="dxa"/>
            <w:vAlign w:val="center"/>
          </w:tcPr>
          <w:p w14:paraId="61E7199A" w14:textId="77777777" w:rsidR="00504407" w:rsidRDefault="004452B6">
            <w:pPr>
              <w:spacing w:after="0"/>
            </w:pPr>
            <w:r>
              <w:rPr>
                <w:sz w:val="16"/>
              </w:rPr>
              <w:br/>
            </w:r>
            <w:r>
              <w:rPr>
                <w:sz w:val="16"/>
              </w:rPr>
              <w:br/>
            </w:r>
          </w:p>
        </w:tc>
        <w:tc>
          <w:tcPr>
            <w:tcW w:w="3400" w:type="dxa"/>
            <w:vAlign w:val="center"/>
          </w:tcPr>
          <w:p w14:paraId="79CE094D" w14:textId="77777777" w:rsidR="00504407" w:rsidRDefault="004452B6">
            <w:pPr>
              <w:spacing w:after="0"/>
            </w:pPr>
            <w:r>
              <w:rPr>
                <w:sz w:val="16"/>
              </w:rPr>
              <w:br/>
            </w:r>
            <w:r>
              <w:rPr>
                <w:sz w:val="16"/>
              </w:rPr>
              <w:br/>
            </w:r>
          </w:p>
        </w:tc>
      </w:tr>
    </w:tbl>
    <w:p w14:paraId="0B881E42" w14:textId="77777777" w:rsidR="00504407" w:rsidRDefault="004452B6">
      <w:pPr>
        <w:spacing w:before="140"/>
      </w:pPr>
      <w:r>
        <w:rPr>
          <w:b/>
          <w:sz w:val="22"/>
        </w:rPr>
        <w:t>IX. WYKONAWCY WSPÓLNIE UBIEGAJĄCY SIĘ O ZAMÓWIENIE – JEŻELI DOTYCZY</w:t>
      </w:r>
    </w:p>
    <w:p w14:paraId="7FFD731C" w14:textId="77777777" w:rsidR="00504407" w:rsidRDefault="004452B6">
      <w:r>
        <w:t>☐</w:t>
      </w:r>
      <w:r>
        <w:t xml:space="preserve"> Wykonawca składa ofertę samodzielnie.</w:t>
      </w:r>
    </w:p>
    <w:p w14:paraId="3935EEA9" w14:textId="77777777" w:rsidR="00504407" w:rsidRDefault="004452B6">
      <w:r>
        <w:t>☐</w:t>
      </w:r>
      <w:r>
        <w:t xml:space="preserve"> Wykonawca składa ofertę wspólnie z innymi Wykonawcami.</w:t>
      </w:r>
    </w:p>
    <w:p w14:paraId="65119C0A" w14:textId="7BEC54B1" w:rsidR="00504407" w:rsidRDefault="004452B6" w:rsidP="004452B6">
      <w:pPr>
        <w:jc w:val="both"/>
      </w:pPr>
      <w:r>
        <w:t xml:space="preserve">W przypadku wspólnego ubiegania się o udzielenie zamówienia niniejsze </w:t>
      </w:r>
      <w:proofErr w:type="spellStart"/>
      <w:r>
        <w:t>oświadczenie</w:t>
      </w:r>
      <w:proofErr w:type="spellEnd"/>
      <w:r>
        <w:t xml:space="preserve"> </w:t>
      </w:r>
      <w:proofErr w:type="spellStart"/>
      <w:r>
        <w:t>składa</w:t>
      </w:r>
      <w:proofErr w:type="spellEnd"/>
      <w:r>
        <w:t xml:space="preserve"> </w:t>
      </w:r>
      <w:proofErr w:type="spellStart"/>
      <w:r>
        <w:t>każdy</w:t>
      </w:r>
      <w:proofErr w:type="spellEnd"/>
      <w:r>
        <w:t xml:space="preserve">                             </w:t>
      </w:r>
      <w:r>
        <w:t xml:space="preserve">z </w:t>
      </w:r>
      <w:proofErr w:type="spellStart"/>
      <w:r>
        <w:t>Wykonawców</w:t>
      </w:r>
      <w:proofErr w:type="spellEnd"/>
      <w:r>
        <w:t xml:space="preserve"> </w:t>
      </w:r>
      <w:proofErr w:type="spellStart"/>
      <w:r>
        <w:t>odrębnie</w:t>
      </w:r>
      <w:proofErr w:type="spellEnd"/>
      <w:r>
        <w:t>. Oświadczenie potwierdza brak podstaw wykluczenia oraz spełnianie warunków udziału w postępowaniu w zakresie, w jakim każdy z Wykonawców wykazuje ich spełnianie.</w:t>
      </w:r>
    </w:p>
    <w:p w14:paraId="6F9C12E2" w14:textId="6FB8EDDC" w:rsidR="00504407" w:rsidRDefault="004452B6" w:rsidP="004452B6">
      <w:pPr>
        <w:jc w:val="both"/>
      </w:pPr>
      <w:r>
        <w:t xml:space="preserve">Wykonawcy wspólnie ubiegający się o zamówienie składają również odrębne oświadczenie, o </w:t>
      </w:r>
      <w:proofErr w:type="spellStart"/>
      <w:r>
        <w:t>którym</w:t>
      </w:r>
      <w:proofErr w:type="spellEnd"/>
      <w:r>
        <w:t xml:space="preserve"> </w:t>
      </w:r>
      <w:proofErr w:type="spellStart"/>
      <w:r>
        <w:t>mowa</w:t>
      </w:r>
      <w:proofErr w:type="spellEnd"/>
      <w:r>
        <w:t xml:space="preserve">                    </w:t>
      </w:r>
      <w:r>
        <w:t>w art. 117 ust. 4 ustawy Pzp, wskazujące, które roboty budowlane wykonają poszczególni Wykonawcy.</w:t>
      </w:r>
    </w:p>
    <w:p w14:paraId="518D4D7B" w14:textId="77777777" w:rsidR="00504407" w:rsidRDefault="004452B6">
      <w:pPr>
        <w:spacing w:before="140"/>
      </w:pPr>
      <w:r>
        <w:rPr>
          <w:b/>
          <w:sz w:val="22"/>
        </w:rPr>
        <w:t>X. OŚWIADCZENIE KOŃCOWE</w:t>
      </w:r>
    </w:p>
    <w:p w14:paraId="34E23862" w14:textId="77777777" w:rsidR="00504407" w:rsidRDefault="004452B6" w:rsidP="004452B6">
      <w:pPr>
        <w:jc w:val="both"/>
      </w:pPr>
      <w:r>
        <w:t>Oświadczam/-y, że wszystkie informacje zawarte w niniejszym oświadczeniu są aktualne i zgodne ze stanem faktycznym oraz że jestem/-śmy świadomy/-i odpowiedzialności za złożenie fałszywego oświadczenia.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5100"/>
        <w:gridCol w:w="5100"/>
      </w:tblGrid>
      <w:tr w:rsidR="00504407" w14:paraId="58DCFA7B" w14:textId="77777777">
        <w:trPr>
          <w:jc w:val="center"/>
        </w:trPr>
        <w:tc>
          <w:tcPr>
            <w:tcW w:w="5100" w:type="dxa"/>
            <w:vAlign w:val="center"/>
          </w:tcPr>
          <w:p w14:paraId="6599D321" w14:textId="77777777" w:rsidR="00504407" w:rsidRDefault="004452B6">
            <w:pPr>
              <w:spacing w:after="0"/>
            </w:pPr>
            <w:r>
              <w:rPr>
                <w:b/>
                <w:sz w:val="18"/>
              </w:rPr>
              <w:t>Miejscowość i data</w:t>
            </w:r>
          </w:p>
        </w:tc>
        <w:tc>
          <w:tcPr>
            <w:tcW w:w="5100" w:type="dxa"/>
            <w:vAlign w:val="center"/>
          </w:tcPr>
          <w:p w14:paraId="5945766C" w14:textId="77777777" w:rsidR="00504407" w:rsidRDefault="004452B6">
            <w:pPr>
              <w:spacing w:after="0"/>
            </w:pPr>
            <w:r>
              <w:rPr>
                <w:sz w:val="18"/>
              </w:rPr>
              <w:t>........................................................</w:t>
            </w:r>
          </w:p>
        </w:tc>
      </w:tr>
      <w:tr w:rsidR="00504407" w14:paraId="55E2BB7D" w14:textId="77777777">
        <w:trPr>
          <w:jc w:val="center"/>
        </w:trPr>
        <w:tc>
          <w:tcPr>
            <w:tcW w:w="5100" w:type="dxa"/>
            <w:vAlign w:val="center"/>
          </w:tcPr>
          <w:p w14:paraId="30821414" w14:textId="77777777" w:rsidR="00504407" w:rsidRDefault="004452B6">
            <w:pPr>
              <w:spacing w:after="0"/>
            </w:pPr>
            <w:r>
              <w:rPr>
                <w:b/>
                <w:sz w:val="18"/>
              </w:rPr>
              <w:t xml:space="preserve">Imię i nazwisko osoby/osób uprawnionych do </w:t>
            </w:r>
            <w:r>
              <w:rPr>
                <w:b/>
                <w:sz w:val="18"/>
              </w:rPr>
              <w:lastRenderedPageBreak/>
              <w:t>reprezentowania Wykonawcy</w:t>
            </w:r>
          </w:p>
        </w:tc>
        <w:tc>
          <w:tcPr>
            <w:tcW w:w="5100" w:type="dxa"/>
            <w:vAlign w:val="center"/>
          </w:tcPr>
          <w:p w14:paraId="0949237A" w14:textId="77777777" w:rsidR="00504407" w:rsidRDefault="004452B6">
            <w:pPr>
              <w:spacing w:after="0"/>
            </w:pPr>
            <w:r>
              <w:rPr>
                <w:sz w:val="18"/>
              </w:rPr>
              <w:lastRenderedPageBreak/>
              <w:t>........................................................</w:t>
            </w:r>
          </w:p>
        </w:tc>
      </w:tr>
      <w:tr w:rsidR="00504407" w14:paraId="0C02712F" w14:textId="77777777">
        <w:trPr>
          <w:jc w:val="center"/>
        </w:trPr>
        <w:tc>
          <w:tcPr>
            <w:tcW w:w="5100" w:type="dxa"/>
            <w:vAlign w:val="center"/>
          </w:tcPr>
          <w:p w14:paraId="763F7EC7" w14:textId="77777777" w:rsidR="00504407" w:rsidRDefault="004452B6">
            <w:pPr>
              <w:spacing w:after="0"/>
            </w:pPr>
            <w:r>
              <w:rPr>
                <w:b/>
                <w:sz w:val="18"/>
              </w:rPr>
              <w:t>Podpis / podpis elektroniczny</w:t>
            </w:r>
          </w:p>
        </w:tc>
        <w:tc>
          <w:tcPr>
            <w:tcW w:w="5100" w:type="dxa"/>
            <w:vAlign w:val="center"/>
          </w:tcPr>
          <w:p w14:paraId="7CEF865C" w14:textId="77777777" w:rsidR="00504407" w:rsidRDefault="004452B6">
            <w:pPr>
              <w:spacing w:after="0"/>
            </w:pPr>
            <w:r>
              <w:rPr>
                <w:sz w:val="18"/>
              </w:rPr>
              <w:t>........................................................</w:t>
            </w:r>
          </w:p>
        </w:tc>
      </w:tr>
    </w:tbl>
    <w:p w14:paraId="54BCD1FE" w14:textId="032CE25C" w:rsidR="00504407" w:rsidRDefault="004452B6" w:rsidP="004452B6">
      <w:pPr>
        <w:jc w:val="both"/>
      </w:pPr>
      <w:r>
        <w:rPr>
          <w:b/>
        </w:rPr>
        <w:t xml:space="preserve">Uwaga: </w:t>
      </w:r>
      <w:r>
        <w:t xml:space="preserve">Oświadczenie składane jest wraz z ofertą. W przypadku </w:t>
      </w:r>
      <w:proofErr w:type="spellStart"/>
      <w:r>
        <w:t>wykonawców</w:t>
      </w:r>
      <w:proofErr w:type="spellEnd"/>
      <w:r>
        <w:t xml:space="preserve"> </w:t>
      </w:r>
      <w:proofErr w:type="spellStart"/>
      <w:r>
        <w:t>wspólnie</w:t>
      </w:r>
      <w:proofErr w:type="spellEnd"/>
      <w:r>
        <w:t xml:space="preserve"> </w:t>
      </w:r>
      <w:proofErr w:type="spellStart"/>
      <w:r>
        <w:t>ubiegających</w:t>
      </w:r>
      <w:proofErr w:type="spellEnd"/>
      <w:r>
        <w:t xml:space="preserve">                           </w:t>
      </w:r>
      <w:proofErr w:type="spellStart"/>
      <w:r>
        <w:t>się</w:t>
      </w:r>
      <w:proofErr w:type="spellEnd"/>
      <w:r>
        <w:t xml:space="preserve"> o </w:t>
      </w:r>
      <w:proofErr w:type="spellStart"/>
      <w:r>
        <w:t>zamówienie</w:t>
      </w:r>
      <w:proofErr w:type="spellEnd"/>
      <w:r>
        <w:t xml:space="preserve"> </w:t>
      </w:r>
      <w:proofErr w:type="spellStart"/>
      <w:r>
        <w:t>oświadczenie</w:t>
      </w:r>
      <w:proofErr w:type="spellEnd"/>
      <w:r>
        <w:t xml:space="preserve"> </w:t>
      </w:r>
      <w:proofErr w:type="spellStart"/>
      <w:r>
        <w:t>składa</w:t>
      </w:r>
      <w:proofErr w:type="spellEnd"/>
      <w:r>
        <w:t xml:space="preserve"> każdy z Wykonawców. Oświadczenie składa </w:t>
      </w:r>
      <w:proofErr w:type="spellStart"/>
      <w:r>
        <w:t>się</w:t>
      </w:r>
      <w:proofErr w:type="spellEnd"/>
      <w:r>
        <w:t xml:space="preserve"> </w:t>
      </w:r>
      <w:proofErr w:type="spellStart"/>
      <w:r>
        <w:t>również</w:t>
      </w:r>
      <w:proofErr w:type="spellEnd"/>
      <w:r>
        <w:t xml:space="preserve"> w </w:t>
      </w:r>
      <w:proofErr w:type="spellStart"/>
      <w:r>
        <w:t>odniesieniu</w:t>
      </w:r>
      <w:proofErr w:type="spellEnd"/>
      <w:r>
        <w:t xml:space="preserve">              </w:t>
      </w:r>
      <w:r>
        <w:t xml:space="preserve"> do </w:t>
      </w:r>
      <w:proofErr w:type="spellStart"/>
      <w:r>
        <w:t>podmiotów</w:t>
      </w:r>
      <w:proofErr w:type="spellEnd"/>
      <w:r>
        <w:t xml:space="preserve">, </w:t>
      </w:r>
      <w:proofErr w:type="spellStart"/>
      <w:r>
        <w:t>na</w:t>
      </w:r>
      <w:proofErr w:type="spellEnd"/>
      <w:r>
        <w:t xml:space="preserve"> których zasoby Wykonawca się powołuje, oraz podwykonawców – jeżeli dotyczy, w zakresie określonym w SWZ.</w:t>
      </w:r>
    </w:p>
    <w:sectPr w:rsidR="00504407" w:rsidSect="00034616">
      <w:pgSz w:w="12240" w:h="15840"/>
      <w:pgMar w:top="907" w:right="1020" w:bottom="907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295408250">
    <w:abstractNumId w:val="8"/>
  </w:num>
  <w:num w:numId="2" w16cid:durableId="226570337">
    <w:abstractNumId w:val="6"/>
  </w:num>
  <w:num w:numId="3" w16cid:durableId="1512530937">
    <w:abstractNumId w:val="5"/>
  </w:num>
  <w:num w:numId="4" w16cid:durableId="1919053656">
    <w:abstractNumId w:val="4"/>
  </w:num>
  <w:num w:numId="5" w16cid:durableId="280914683">
    <w:abstractNumId w:val="7"/>
  </w:num>
  <w:num w:numId="6" w16cid:durableId="306012363">
    <w:abstractNumId w:val="3"/>
  </w:num>
  <w:num w:numId="7" w16cid:durableId="1746686571">
    <w:abstractNumId w:val="2"/>
  </w:num>
  <w:num w:numId="8" w16cid:durableId="1126698682">
    <w:abstractNumId w:val="1"/>
  </w:num>
  <w:num w:numId="9" w16cid:durableId="14508593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4452B6"/>
    <w:rsid w:val="00504407"/>
    <w:rsid w:val="009900E6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87717D"/>
  <w14:defaultImageDpi w14:val="300"/>
  <w15:docId w15:val="{6F3A4E72-DE8E-426C-943D-4B3859BC2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pPr>
      <w:spacing w:after="80"/>
    </w:pPr>
    <w:rPr>
      <w:rFonts w:ascii="Arial" w:hAnsi="Arial"/>
      <w:sz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820</Words>
  <Characters>4925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5734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Klaudia Piotrzkowska</cp:lastModifiedBy>
  <cp:revision>2</cp:revision>
  <dcterms:created xsi:type="dcterms:W3CDTF">2013-12-23T23:15:00Z</dcterms:created>
  <dcterms:modified xsi:type="dcterms:W3CDTF">2026-08-31T06:28:00Z</dcterms:modified>
  <cp:category/>
</cp:coreProperties>
</file>