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79B3" w14:textId="3322547D" w:rsidR="00264810" w:rsidRPr="000F3D4B" w:rsidRDefault="006B175F" w:rsidP="00264810">
      <w:pPr>
        <w:jc w:val="right"/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0288" behindDoc="0" locked="0" layoutInCell="1" allowOverlap="1" wp14:anchorId="33F125E2" wp14:editId="24203F78">
            <wp:simplePos x="0" y="0"/>
            <wp:positionH relativeFrom="column">
              <wp:posOffset>-152400</wp:posOffset>
            </wp:positionH>
            <wp:positionV relativeFrom="page">
              <wp:posOffset>215265</wp:posOffset>
            </wp:positionV>
            <wp:extent cx="2329180" cy="481330"/>
            <wp:effectExtent l="0" t="0" r="0" b="0"/>
            <wp:wrapNone/>
            <wp:docPr id="17394229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810" w:rsidRPr="000F3D4B">
        <w:rPr>
          <w:rFonts w:asciiTheme="majorHAnsi" w:hAnsiTheme="majorHAnsi" w:cstheme="majorHAnsi"/>
          <w:b/>
        </w:rPr>
        <w:t>Załącznik nr 1B do SWZ</w:t>
      </w:r>
      <w:r w:rsidR="007B689E">
        <w:rPr>
          <w:rFonts w:asciiTheme="majorHAnsi" w:hAnsiTheme="majorHAnsi" w:cstheme="majorHAnsi"/>
          <w:b/>
        </w:rPr>
        <w:t xml:space="preserve"> </w:t>
      </w:r>
    </w:p>
    <w:p w14:paraId="223BB32D" w14:textId="6B374502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........................................, .............................</w:t>
      </w:r>
      <w:r w:rsidRPr="000F3D4B">
        <w:rPr>
          <w:rFonts w:asciiTheme="majorHAnsi" w:hAnsiTheme="majorHAnsi" w:cstheme="majorHAnsi"/>
        </w:rPr>
        <w:br/>
        <w:t>miejscowość data</w:t>
      </w:r>
    </w:p>
    <w:p w14:paraId="67557E24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br/>
        <w:t>......................................................</w:t>
      </w:r>
      <w:r w:rsidRPr="000F3D4B">
        <w:rPr>
          <w:rFonts w:asciiTheme="majorHAnsi" w:hAnsiTheme="majorHAnsi" w:cstheme="majorHAnsi"/>
        </w:rPr>
        <w:br/>
        <w:t>Nazwa i adres Wykonawcy/Pieczęć</w:t>
      </w:r>
    </w:p>
    <w:p w14:paraId="55D51F24" w14:textId="660D351D" w:rsidR="0060513B" w:rsidRPr="000F3D4B" w:rsidRDefault="00000000" w:rsidP="006B175F">
      <w:pPr>
        <w:pBdr>
          <w:bottom w:val="single" w:sz="4" w:space="1" w:color="auto"/>
        </w:pBdr>
        <w:jc w:val="center"/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  <w:b/>
        </w:rPr>
        <w:br/>
        <w:t>WYKAZ POJAZDÓW PRZEZNACZONYCH DO REALIZACJI ZAMÓWIENIA</w:t>
      </w:r>
      <w:r w:rsidRPr="000F3D4B">
        <w:rPr>
          <w:rFonts w:asciiTheme="majorHAnsi" w:hAnsiTheme="majorHAnsi" w:cstheme="majorHAnsi"/>
          <w:b/>
        </w:rPr>
        <w:br/>
      </w:r>
      <w:r w:rsidRPr="000F3D4B">
        <w:rPr>
          <w:rFonts w:asciiTheme="majorHAnsi" w:hAnsiTheme="majorHAnsi" w:cstheme="majorHAnsi"/>
        </w:rPr>
        <w:t>pn. Dowóz dzieci i uczniów do szkół i placówek oświatowych w roku szkolnym 2026/2027</w:t>
      </w:r>
      <w:r w:rsidRPr="000F3D4B">
        <w:rPr>
          <w:rFonts w:asciiTheme="majorHAnsi" w:hAnsiTheme="majorHAnsi" w:cstheme="majorHAnsi"/>
        </w:rPr>
        <w:br/>
        <w:t>znak postępowania RI.271.</w:t>
      </w:r>
      <w:r w:rsidR="00A8101F">
        <w:rPr>
          <w:rFonts w:asciiTheme="majorHAnsi" w:hAnsiTheme="majorHAnsi" w:cstheme="majorHAnsi"/>
        </w:rPr>
        <w:t>11</w:t>
      </w:r>
      <w:r w:rsidRPr="000F3D4B">
        <w:rPr>
          <w:rFonts w:asciiTheme="majorHAnsi" w:hAnsiTheme="majorHAnsi" w:cstheme="majorHAnsi"/>
        </w:rPr>
        <w:t>.2026U</w:t>
      </w:r>
    </w:p>
    <w:p w14:paraId="6C188FC7" w14:textId="77777777" w:rsidR="0060513B" w:rsidRPr="000F3D4B" w:rsidRDefault="0060513B">
      <w:pPr>
        <w:rPr>
          <w:rFonts w:asciiTheme="majorHAnsi" w:hAnsiTheme="majorHAnsi" w:cstheme="majorHAnsi"/>
        </w:rPr>
      </w:pPr>
    </w:p>
    <w:p w14:paraId="0550AE1F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Oświadczam, że do realizacji przedmiotu zamówienia skieruję następujące pojazdy spełniające wymagania określone w Rozdziale VII ust. 4 lit. b SWZ:</w:t>
      </w:r>
    </w:p>
    <w:tbl>
      <w:tblPr>
        <w:tblStyle w:val="Tabela-Siatka"/>
        <w:tblW w:w="8736" w:type="dxa"/>
        <w:tblLook w:val="04A0" w:firstRow="1" w:lastRow="0" w:firstColumn="1" w:lastColumn="0" w:noHBand="0" w:noVBand="1"/>
      </w:tblPr>
      <w:tblGrid>
        <w:gridCol w:w="562"/>
        <w:gridCol w:w="856"/>
        <w:gridCol w:w="1276"/>
        <w:gridCol w:w="1000"/>
        <w:gridCol w:w="763"/>
        <w:gridCol w:w="1084"/>
        <w:gridCol w:w="1809"/>
        <w:gridCol w:w="1386"/>
      </w:tblGrid>
      <w:tr w:rsidR="0060513B" w:rsidRPr="000F3D4B" w14:paraId="55A5196F" w14:textId="77777777" w:rsidTr="006B175F">
        <w:tc>
          <w:tcPr>
            <w:tcW w:w="562" w:type="dxa"/>
          </w:tcPr>
          <w:p w14:paraId="0334933D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Lp.</w:t>
            </w:r>
          </w:p>
        </w:tc>
        <w:tc>
          <w:tcPr>
            <w:tcW w:w="856" w:type="dxa"/>
          </w:tcPr>
          <w:p w14:paraId="13013293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Marka i model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pojazdu</w:t>
            </w:r>
          </w:p>
        </w:tc>
        <w:tc>
          <w:tcPr>
            <w:tcW w:w="1276" w:type="dxa"/>
          </w:tcPr>
          <w:p w14:paraId="2FFDF9B6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Nr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rejestracyjny</w:t>
            </w:r>
          </w:p>
        </w:tc>
        <w:tc>
          <w:tcPr>
            <w:tcW w:w="1000" w:type="dxa"/>
          </w:tcPr>
          <w:p w14:paraId="3D619076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Rok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produkcji</w:t>
            </w:r>
          </w:p>
        </w:tc>
        <w:tc>
          <w:tcPr>
            <w:tcW w:w="763" w:type="dxa"/>
          </w:tcPr>
          <w:p w14:paraId="62EFD46F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Norma emisji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spalin EURO</w:t>
            </w:r>
          </w:p>
        </w:tc>
        <w:tc>
          <w:tcPr>
            <w:tcW w:w="1084" w:type="dxa"/>
          </w:tcPr>
          <w:p w14:paraId="25B590CD" w14:textId="77777777" w:rsidR="0060513B" w:rsidRPr="00B97BCA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B97BCA">
              <w:rPr>
                <w:rFonts w:asciiTheme="majorHAnsi" w:hAnsiTheme="majorHAnsi" w:cstheme="majorHAnsi"/>
                <w:b/>
                <w:sz w:val="18"/>
              </w:rPr>
              <w:t>Liczba miejsc</w:t>
            </w:r>
            <w:r w:rsidRPr="00B97BCA">
              <w:rPr>
                <w:rFonts w:asciiTheme="majorHAnsi" w:hAnsiTheme="majorHAnsi" w:cstheme="majorHAnsi"/>
                <w:b/>
                <w:sz w:val="18"/>
              </w:rPr>
              <w:br/>
              <w:t>siedzących</w:t>
            </w:r>
          </w:p>
        </w:tc>
        <w:tc>
          <w:tcPr>
            <w:tcW w:w="1809" w:type="dxa"/>
          </w:tcPr>
          <w:p w14:paraId="4180C038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Przystosowanie do przewozu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osób niepełnosprawnych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TAK/NIE</w:t>
            </w:r>
          </w:p>
        </w:tc>
        <w:tc>
          <w:tcPr>
            <w:tcW w:w="1386" w:type="dxa"/>
          </w:tcPr>
          <w:p w14:paraId="035B0395" w14:textId="77777777" w:rsidR="0060513B" w:rsidRPr="000F3D4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b/>
                <w:sz w:val="18"/>
              </w:rPr>
              <w:t>Podstawa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dysponowania</w:t>
            </w:r>
            <w:r w:rsidRPr="000F3D4B">
              <w:rPr>
                <w:rFonts w:asciiTheme="majorHAnsi" w:hAnsiTheme="majorHAnsi" w:cstheme="majorHAnsi"/>
                <w:b/>
                <w:sz w:val="18"/>
              </w:rPr>
              <w:br/>
              <w:t>pojazdem*</w:t>
            </w:r>
          </w:p>
        </w:tc>
      </w:tr>
      <w:tr w:rsidR="0060513B" w:rsidRPr="000F3D4B" w14:paraId="2798116E" w14:textId="77777777" w:rsidTr="00EF563A">
        <w:tc>
          <w:tcPr>
            <w:tcW w:w="562" w:type="dxa"/>
            <w:vAlign w:val="center"/>
          </w:tcPr>
          <w:p w14:paraId="39CD9AE8" w14:textId="77777777" w:rsidR="0060513B" w:rsidRPr="000F3D4B" w:rsidRDefault="00000000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1.</w:t>
            </w:r>
          </w:p>
        </w:tc>
        <w:tc>
          <w:tcPr>
            <w:tcW w:w="856" w:type="dxa"/>
          </w:tcPr>
          <w:p w14:paraId="1FBC791F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1C7F4EA4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5AF89BC7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0E7D15F6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6FC02AB9" w14:textId="6A9AA7BF" w:rsidR="0060513B" w:rsidRPr="00B97BCA" w:rsidRDefault="0060513B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09" w:type="dxa"/>
            <w:vAlign w:val="center"/>
          </w:tcPr>
          <w:p w14:paraId="3A33E96D" w14:textId="68406FAC" w:rsidR="0060513B" w:rsidRPr="00671ED9" w:rsidRDefault="0060513B" w:rsidP="00EF563A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748EDBED" w14:textId="7878C821" w:rsidR="0060513B" w:rsidRPr="000F3D4B" w:rsidRDefault="005A447E" w:rsidP="00EF563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</w:rPr>
              <w:t xml:space="preserve">Bus/ </w:t>
            </w:r>
            <w:r w:rsidRPr="000F3D4B">
              <w:rPr>
                <w:rFonts w:asciiTheme="majorHAnsi" w:hAnsiTheme="majorHAnsi" w:cstheme="majorHAnsi"/>
                <w:sz w:val="20"/>
              </w:rPr>
              <w:t>Autobus</w:t>
            </w:r>
          </w:p>
        </w:tc>
      </w:tr>
      <w:tr w:rsidR="0060513B" w:rsidRPr="000F3D4B" w14:paraId="72274CFB" w14:textId="77777777" w:rsidTr="00EF563A">
        <w:tc>
          <w:tcPr>
            <w:tcW w:w="562" w:type="dxa"/>
            <w:vAlign w:val="center"/>
          </w:tcPr>
          <w:p w14:paraId="0FE16608" w14:textId="77777777" w:rsidR="0060513B" w:rsidRPr="000F3D4B" w:rsidRDefault="00000000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2.</w:t>
            </w:r>
          </w:p>
        </w:tc>
        <w:tc>
          <w:tcPr>
            <w:tcW w:w="856" w:type="dxa"/>
          </w:tcPr>
          <w:p w14:paraId="5513F5CE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79C9C2D0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4C43A3BE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59ED855E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08223CB8" w14:textId="4A222DF7" w:rsidR="0060513B" w:rsidRPr="00B97BCA" w:rsidRDefault="0060513B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09" w:type="dxa"/>
            <w:vAlign w:val="center"/>
          </w:tcPr>
          <w:p w14:paraId="248022F5" w14:textId="0B09059C" w:rsidR="0060513B" w:rsidRPr="00671ED9" w:rsidRDefault="0060513B" w:rsidP="00EF563A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62C9C8C0" w14:textId="5037921F" w:rsidR="0060513B" w:rsidRPr="000F3D4B" w:rsidRDefault="005A447E" w:rsidP="00EF563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</w:rPr>
              <w:t xml:space="preserve">Bus/ </w:t>
            </w:r>
            <w:r w:rsidRPr="000F3D4B">
              <w:rPr>
                <w:rFonts w:asciiTheme="majorHAnsi" w:hAnsiTheme="majorHAnsi" w:cstheme="majorHAnsi"/>
                <w:sz w:val="20"/>
              </w:rPr>
              <w:t>Autobus</w:t>
            </w:r>
          </w:p>
        </w:tc>
      </w:tr>
      <w:tr w:rsidR="0060513B" w:rsidRPr="000F3D4B" w14:paraId="4D818D4C" w14:textId="77777777" w:rsidTr="00EF563A">
        <w:tc>
          <w:tcPr>
            <w:tcW w:w="562" w:type="dxa"/>
            <w:vAlign w:val="center"/>
          </w:tcPr>
          <w:p w14:paraId="68C13437" w14:textId="77777777" w:rsidR="0060513B" w:rsidRPr="000F3D4B" w:rsidRDefault="00000000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3.</w:t>
            </w:r>
          </w:p>
        </w:tc>
        <w:tc>
          <w:tcPr>
            <w:tcW w:w="856" w:type="dxa"/>
          </w:tcPr>
          <w:p w14:paraId="56FD05B5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43D0E7E4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405CE853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47499177" w14:textId="77777777" w:rsidR="0060513B" w:rsidRPr="000F3D4B" w:rsidRDefault="0060513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6C5E6FD9" w14:textId="1C4A45EF" w:rsidR="0060513B" w:rsidRPr="00B97BCA" w:rsidRDefault="0060513B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09" w:type="dxa"/>
            <w:vAlign w:val="center"/>
          </w:tcPr>
          <w:p w14:paraId="7DF5CE11" w14:textId="7428E944" w:rsidR="0060513B" w:rsidRPr="00671ED9" w:rsidRDefault="0060513B" w:rsidP="00EF563A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59EF544A" w14:textId="734C8FB7" w:rsidR="0060513B" w:rsidRPr="005A447E" w:rsidRDefault="005A447E" w:rsidP="00EF563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A447E">
              <w:rPr>
                <w:rFonts w:asciiTheme="majorHAnsi" w:hAnsiTheme="majorHAnsi" w:cstheme="majorHAnsi"/>
                <w:sz w:val="20"/>
                <w:szCs w:val="20"/>
              </w:rPr>
              <w:t xml:space="preserve">Bus/ </w:t>
            </w:r>
            <w:r w:rsidR="00EF563A" w:rsidRPr="005A447E">
              <w:rPr>
                <w:rFonts w:asciiTheme="majorHAnsi" w:hAnsiTheme="majorHAnsi" w:cstheme="majorHAnsi"/>
                <w:sz w:val="20"/>
                <w:szCs w:val="20"/>
              </w:rPr>
              <w:t>Autobus</w:t>
            </w:r>
          </w:p>
        </w:tc>
      </w:tr>
      <w:tr w:rsidR="00EF563A" w:rsidRPr="000F3D4B" w14:paraId="38F73493" w14:textId="77777777" w:rsidTr="00EF563A">
        <w:tc>
          <w:tcPr>
            <w:tcW w:w="562" w:type="dxa"/>
            <w:vAlign w:val="center"/>
          </w:tcPr>
          <w:p w14:paraId="2B5EFFAB" w14:textId="3C1DED95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4.</w:t>
            </w:r>
          </w:p>
        </w:tc>
        <w:tc>
          <w:tcPr>
            <w:tcW w:w="856" w:type="dxa"/>
          </w:tcPr>
          <w:p w14:paraId="76830F29" w14:textId="77777777" w:rsidR="00EF563A" w:rsidRPr="000F3D4B" w:rsidRDefault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1CE996DD" w14:textId="77777777" w:rsidR="00EF563A" w:rsidRPr="000F3D4B" w:rsidRDefault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484D5B00" w14:textId="77777777" w:rsidR="00EF563A" w:rsidRPr="000F3D4B" w:rsidRDefault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5AA8EA1D" w14:textId="77777777" w:rsidR="00EF563A" w:rsidRPr="000F3D4B" w:rsidRDefault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1D2A2F95" w14:textId="68699632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767020D2" w14:textId="6089CD5D" w:rsidR="00EF563A" w:rsidRPr="00671ED9" w:rsidRDefault="00EF563A" w:rsidP="00EF563A">
            <w:pPr>
              <w:jc w:val="center"/>
              <w:rPr>
                <w:rFonts w:asciiTheme="majorHAnsi" w:hAnsiTheme="majorHAnsi" w:cstheme="majorHAnsi"/>
                <w:sz w:val="20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46A8133F" w14:textId="61798586" w:rsidR="00EF563A" w:rsidRPr="005A447E" w:rsidRDefault="00EF563A" w:rsidP="00EF563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A447E">
              <w:rPr>
                <w:rFonts w:asciiTheme="majorHAnsi" w:hAnsiTheme="majorHAnsi" w:cstheme="majorHAnsi"/>
                <w:sz w:val="20"/>
                <w:szCs w:val="20"/>
              </w:rPr>
              <w:t>Autobus</w:t>
            </w:r>
          </w:p>
        </w:tc>
      </w:tr>
      <w:tr w:rsidR="00EF563A" w:rsidRPr="000F3D4B" w14:paraId="1FA715DD" w14:textId="77777777" w:rsidTr="00EF563A">
        <w:tc>
          <w:tcPr>
            <w:tcW w:w="562" w:type="dxa"/>
            <w:vAlign w:val="center"/>
          </w:tcPr>
          <w:p w14:paraId="6C548CF1" w14:textId="4F83D9BB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5.</w:t>
            </w:r>
          </w:p>
        </w:tc>
        <w:tc>
          <w:tcPr>
            <w:tcW w:w="856" w:type="dxa"/>
          </w:tcPr>
          <w:p w14:paraId="02AFDE2F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2FEB6274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742CCA84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75621AA4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4FA50CF9" w14:textId="35B3FB18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09EF8EFE" w14:textId="219845C6" w:rsidR="00EF563A" w:rsidRPr="00671ED9" w:rsidRDefault="00EF563A" w:rsidP="00EF563A">
            <w:pPr>
              <w:jc w:val="center"/>
              <w:rPr>
                <w:rFonts w:asciiTheme="majorHAnsi" w:hAnsiTheme="majorHAnsi" w:cstheme="majorHAnsi"/>
                <w:sz w:val="20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464D5448" w14:textId="0E0461B0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Autobus</w:t>
            </w:r>
          </w:p>
        </w:tc>
      </w:tr>
      <w:tr w:rsidR="00EF563A" w:rsidRPr="000F3D4B" w14:paraId="295EC989" w14:textId="77777777" w:rsidTr="00EF563A">
        <w:tc>
          <w:tcPr>
            <w:tcW w:w="562" w:type="dxa"/>
            <w:vAlign w:val="center"/>
          </w:tcPr>
          <w:p w14:paraId="1A397CA8" w14:textId="34EF379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6.</w:t>
            </w:r>
          </w:p>
        </w:tc>
        <w:tc>
          <w:tcPr>
            <w:tcW w:w="856" w:type="dxa"/>
          </w:tcPr>
          <w:p w14:paraId="2A6FF2F4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23C83DC7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53F6CB8A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3DEB5B94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09250C91" w14:textId="54B49605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09" w:type="dxa"/>
            <w:vAlign w:val="center"/>
          </w:tcPr>
          <w:p w14:paraId="6D5FDB4F" w14:textId="69B9805D" w:rsidR="00EF563A" w:rsidRPr="00671ED9" w:rsidRDefault="00EF563A" w:rsidP="00EF563A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116D4E3A" w14:textId="59246804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Bus</w:t>
            </w:r>
          </w:p>
        </w:tc>
      </w:tr>
      <w:tr w:rsidR="00EF563A" w:rsidRPr="000F3D4B" w14:paraId="3CDE4A1E" w14:textId="77777777" w:rsidTr="00EF563A">
        <w:tc>
          <w:tcPr>
            <w:tcW w:w="562" w:type="dxa"/>
            <w:vAlign w:val="center"/>
          </w:tcPr>
          <w:p w14:paraId="346644AB" w14:textId="6B4430FF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7.</w:t>
            </w:r>
          </w:p>
        </w:tc>
        <w:tc>
          <w:tcPr>
            <w:tcW w:w="856" w:type="dxa"/>
          </w:tcPr>
          <w:p w14:paraId="52651AED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0BC6E8E4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68E130CB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2219BDE8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50971ECF" w14:textId="2EEC108A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09" w:type="dxa"/>
            <w:vAlign w:val="center"/>
          </w:tcPr>
          <w:p w14:paraId="5085C783" w14:textId="0C7E5BE9" w:rsidR="00EF563A" w:rsidRPr="00671ED9" w:rsidRDefault="00EF563A" w:rsidP="00EF563A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1386" w:type="dxa"/>
            <w:vAlign w:val="center"/>
          </w:tcPr>
          <w:p w14:paraId="3743BE0A" w14:textId="64B73B71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Bus</w:t>
            </w:r>
          </w:p>
        </w:tc>
      </w:tr>
      <w:tr w:rsidR="00EF563A" w:rsidRPr="000F3D4B" w14:paraId="38410884" w14:textId="77777777" w:rsidTr="00EF563A">
        <w:tc>
          <w:tcPr>
            <w:tcW w:w="562" w:type="dxa"/>
            <w:vAlign w:val="center"/>
          </w:tcPr>
          <w:p w14:paraId="1CA17C7B" w14:textId="72644A49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8.</w:t>
            </w:r>
          </w:p>
        </w:tc>
        <w:tc>
          <w:tcPr>
            <w:tcW w:w="856" w:type="dxa"/>
          </w:tcPr>
          <w:p w14:paraId="7A314C6D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504DF851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5A3C2C0B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51727C0F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300E3207" w14:textId="314345FE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2BA20392" w14:textId="3B997B78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</w:rPr>
              <w:t>TAK</w:t>
            </w:r>
          </w:p>
        </w:tc>
        <w:tc>
          <w:tcPr>
            <w:tcW w:w="1386" w:type="dxa"/>
            <w:vAlign w:val="center"/>
          </w:tcPr>
          <w:p w14:paraId="016FC764" w14:textId="04DD3295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Bus- Spec-1-Brzeg</w:t>
            </w:r>
          </w:p>
        </w:tc>
      </w:tr>
      <w:tr w:rsidR="00EF563A" w:rsidRPr="000F3D4B" w14:paraId="5071316D" w14:textId="77777777" w:rsidTr="00EF563A">
        <w:tc>
          <w:tcPr>
            <w:tcW w:w="562" w:type="dxa"/>
            <w:vAlign w:val="center"/>
          </w:tcPr>
          <w:p w14:paraId="7F3B76DD" w14:textId="1239B09D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9.</w:t>
            </w:r>
          </w:p>
        </w:tc>
        <w:tc>
          <w:tcPr>
            <w:tcW w:w="856" w:type="dxa"/>
          </w:tcPr>
          <w:p w14:paraId="274BED6E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26E0533A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06E5AFBD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3493AD11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206342FD" w14:textId="7CE0DC2A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1B0DA746" w14:textId="4E6D8C99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</w:rPr>
              <w:t>TAK</w:t>
            </w:r>
          </w:p>
        </w:tc>
        <w:tc>
          <w:tcPr>
            <w:tcW w:w="1386" w:type="dxa"/>
            <w:vAlign w:val="center"/>
          </w:tcPr>
          <w:p w14:paraId="75D6E737" w14:textId="17B6BD69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Bus- Spec-2- Grodków</w:t>
            </w:r>
          </w:p>
        </w:tc>
      </w:tr>
      <w:tr w:rsidR="00EF563A" w:rsidRPr="000F3D4B" w14:paraId="3A312635" w14:textId="77777777" w:rsidTr="00EF563A">
        <w:tc>
          <w:tcPr>
            <w:tcW w:w="562" w:type="dxa"/>
            <w:vAlign w:val="center"/>
          </w:tcPr>
          <w:p w14:paraId="36CE3B7D" w14:textId="604689E8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10.</w:t>
            </w:r>
          </w:p>
        </w:tc>
        <w:tc>
          <w:tcPr>
            <w:tcW w:w="856" w:type="dxa"/>
          </w:tcPr>
          <w:p w14:paraId="20CCF50A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71E1572C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0" w:type="dxa"/>
          </w:tcPr>
          <w:p w14:paraId="6CDA2B51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3" w:type="dxa"/>
          </w:tcPr>
          <w:p w14:paraId="08BCB7D8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4" w:type="dxa"/>
            <w:vAlign w:val="center"/>
          </w:tcPr>
          <w:p w14:paraId="4AE57EDC" w14:textId="596B2E9E" w:rsidR="00EF563A" w:rsidRPr="00B97BCA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09" w:type="dxa"/>
            <w:vAlign w:val="center"/>
          </w:tcPr>
          <w:p w14:paraId="614089E6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86" w:type="dxa"/>
            <w:vAlign w:val="center"/>
          </w:tcPr>
          <w:p w14:paraId="03F71D71" w14:textId="77777777" w:rsidR="00EF563A" w:rsidRPr="000F3D4B" w:rsidRDefault="00EF563A" w:rsidP="00EF563A">
            <w:pPr>
              <w:jc w:val="center"/>
              <w:rPr>
                <w:rFonts w:asciiTheme="majorHAnsi" w:hAnsiTheme="majorHAnsi" w:cstheme="majorHAnsi"/>
              </w:rPr>
            </w:pPr>
            <w:r w:rsidRPr="000F3D4B">
              <w:rPr>
                <w:rFonts w:asciiTheme="majorHAnsi" w:hAnsiTheme="majorHAnsi" w:cstheme="majorHAnsi"/>
                <w:sz w:val="20"/>
              </w:rPr>
              <w:t>Pojazd zastępczy</w:t>
            </w:r>
          </w:p>
        </w:tc>
      </w:tr>
    </w:tbl>
    <w:p w14:paraId="5AC406A2" w14:textId="67652716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  <w:sz w:val="18"/>
        </w:rPr>
        <w:t>*Podstawa dysponowania: własność / leasing / najem / użyczenie / zobowiązanie podmiotu trzeciego</w:t>
      </w:r>
      <w:r w:rsidR="00C94003" w:rsidRPr="000F3D4B">
        <w:rPr>
          <w:rFonts w:asciiTheme="majorHAnsi" w:hAnsiTheme="majorHAnsi" w:cstheme="majorHAnsi"/>
          <w:sz w:val="18"/>
        </w:rPr>
        <w:t xml:space="preserve"> (Zobowiązanie musi zawierać zakres udostępnianych zasobów zgodnie z art. 118 ust. 3 Pzp, zał. Nr 4)</w:t>
      </w:r>
    </w:p>
    <w:p w14:paraId="2D3F4ED8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  <w:b/>
        </w:rPr>
        <w:t>Oświadczam, że:</w:t>
      </w:r>
    </w:p>
    <w:p w14:paraId="70C06DB6" w14:textId="6AC090C1" w:rsidR="0060513B" w:rsidRPr="000F3D4B" w:rsidRDefault="00000000">
      <w:pPr>
        <w:rPr>
          <w:rFonts w:asciiTheme="majorHAnsi" w:hAnsiTheme="majorHAnsi" w:cstheme="majorHAnsi"/>
          <w:strike/>
        </w:rPr>
      </w:pPr>
      <w:r w:rsidRPr="000F3D4B">
        <w:rPr>
          <w:rFonts w:asciiTheme="majorHAnsi" w:hAnsiTheme="majorHAnsi" w:cstheme="majorHAnsi"/>
        </w:rPr>
        <w:t>1. Wszystkie wskazane pojazdy posiadają aktualne badania techniczne, ubezpieczenie OC i NNW oraz są wyposażone w: apteczkę, gaśnicę, koło zapasowe lub zestaw naprawczy, sprawny system ogrzewania i wentylacji</w:t>
      </w:r>
      <w:r w:rsidR="00A8101F">
        <w:rPr>
          <w:rFonts w:asciiTheme="majorHAnsi" w:hAnsiTheme="majorHAnsi" w:cstheme="majorHAnsi"/>
        </w:rPr>
        <w:t xml:space="preserve">. </w:t>
      </w:r>
    </w:p>
    <w:p w14:paraId="213DD6A1" w14:textId="01446F2B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lastRenderedPageBreak/>
        <w:t>2. Pojazdy przeznaczone do przewozu uczniów niepełnosprawnych (Lp.</w:t>
      </w:r>
      <w:r w:rsidR="00EF563A" w:rsidRPr="000F3D4B">
        <w:rPr>
          <w:rFonts w:asciiTheme="majorHAnsi" w:hAnsiTheme="majorHAnsi" w:cstheme="majorHAnsi"/>
        </w:rPr>
        <w:t xml:space="preserve"> 8, 9</w:t>
      </w:r>
      <w:r w:rsidRPr="000F3D4B">
        <w:rPr>
          <w:rFonts w:asciiTheme="majorHAnsi" w:hAnsiTheme="majorHAnsi" w:cstheme="majorHAnsi"/>
        </w:rPr>
        <w:t>) muszą być obsługiwane przez kierowcę oraz opiekuna posiadającego aktualne szkolenie z zakresu udzielania pierwszej pomocy przedmedycznej.</w:t>
      </w:r>
    </w:p>
    <w:p w14:paraId="5C5FAD89" w14:textId="1B14EC95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 xml:space="preserve">3. Wykonawca zobowiązany jest zapewnić, aby w godzinach 07:35-08:00 oraz 12:35-15:20 w ruchu znajdowało się jednocześnie minimum </w:t>
      </w:r>
      <w:r w:rsidR="00EF563A" w:rsidRPr="000F3D4B">
        <w:rPr>
          <w:rFonts w:asciiTheme="majorHAnsi" w:hAnsiTheme="majorHAnsi" w:cstheme="majorHAnsi"/>
        </w:rPr>
        <w:t>9</w:t>
      </w:r>
      <w:r w:rsidRPr="000F3D4B">
        <w:rPr>
          <w:rFonts w:asciiTheme="majorHAnsi" w:hAnsiTheme="majorHAnsi" w:cstheme="majorHAnsi"/>
        </w:rPr>
        <w:t xml:space="preserve"> pojazdów obsługujących wszystkie trasy.</w:t>
      </w:r>
    </w:p>
    <w:p w14:paraId="5D9152CF" w14:textId="6D3731F8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 xml:space="preserve">4. Pojazd wskazany w Lp. </w:t>
      </w:r>
      <w:r w:rsidR="00EF563A" w:rsidRPr="000F3D4B">
        <w:rPr>
          <w:rFonts w:asciiTheme="majorHAnsi" w:hAnsiTheme="majorHAnsi" w:cstheme="majorHAnsi"/>
        </w:rPr>
        <w:t>8, 9</w:t>
      </w:r>
      <w:r w:rsidRPr="000F3D4B">
        <w:rPr>
          <w:rFonts w:asciiTheme="majorHAnsi" w:hAnsiTheme="majorHAnsi" w:cstheme="majorHAnsi"/>
        </w:rPr>
        <w:t xml:space="preserve"> jest przystosowany do przewozu osób niepełnosprawnych zgodnie z art. 2 pkt 11a ustawy Prawo o ruchu drogowym.</w:t>
      </w:r>
    </w:p>
    <w:p w14:paraId="2B22BA93" w14:textId="5115421E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5. Żaden z pojazdów nie jest starszy niż 15 lat licząc od daty pierwszej rejestracji</w:t>
      </w:r>
      <w:r w:rsidR="00C94003" w:rsidRPr="000F3D4B">
        <w:rPr>
          <w:rFonts w:asciiTheme="majorHAnsi" w:hAnsiTheme="majorHAnsi" w:cstheme="majorHAnsi"/>
        </w:rPr>
        <w:t xml:space="preserve"> (tj. nie starszy niż 15 lat licząc od daty pierwszej rejestracji na dzień składania ofert)</w:t>
      </w:r>
      <w:r w:rsidRPr="000F3D4B">
        <w:rPr>
          <w:rFonts w:asciiTheme="majorHAnsi" w:hAnsiTheme="majorHAnsi" w:cstheme="majorHAnsi"/>
        </w:rPr>
        <w:t>.</w:t>
      </w:r>
    </w:p>
    <w:p w14:paraId="6E5C580A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6. Wszystkie pojazdy spełniają normę emisji spalin minimum EURO 4.</w:t>
      </w:r>
    </w:p>
    <w:p w14:paraId="67AA7223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7. W przypadku awarii zapewnię pojazd zastępczy spełniający wymagania SWZ w czasie zadeklarowanym w Formularzu ofertowym.</w:t>
      </w:r>
    </w:p>
    <w:p w14:paraId="10E9A852" w14:textId="1365607A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8. Na wezwanie Zamawiającego, przed podpisaniem umowy, przedłożę:</w:t>
      </w:r>
      <w:r w:rsidRPr="000F3D4B">
        <w:rPr>
          <w:rFonts w:asciiTheme="majorHAnsi" w:hAnsiTheme="majorHAnsi" w:cstheme="majorHAnsi"/>
        </w:rPr>
        <w:br/>
        <w:t>a) Kopie dowodów rejestracyjnych z aktualnym badaniem technicznym,</w:t>
      </w:r>
      <w:r w:rsidRPr="000F3D4B">
        <w:rPr>
          <w:rFonts w:asciiTheme="majorHAnsi" w:hAnsiTheme="majorHAnsi" w:cstheme="majorHAnsi"/>
        </w:rPr>
        <w:br/>
        <w:t>b) Kopie polis OC i NNW,</w:t>
      </w:r>
      <w:r w:rsidRPr="000F3D4B">
        <w:rPr>
          <w:rFonts w:asciiTheme="majorHAnsi" w:hAnsiTheme="majorHAnsi" w:cstheme="majorHAnsi"/>
        </w:rPr>
        <w:br/>
        <w:t>c) Dokumenty potwierdzające podstawę dysponowania, jeśli dotyczy,</w:t>
      </w:r>
      <w:r w:rsidRPr="000F3D4B">
        <w:rPr>
          <w:rFonts w:asciiTheme="majorHAnsi" w:hAnsiTheme="majorHAnsi" w:cstheme="majorHAnsi"/>
        </w:rPr>
        <w:br/>
        <w:t xml:space="preserve">d) Dokumentację fotograficzną pojazdów z Lp. </w:t>
      </w:r>
      <w:r w:rsidRPr="000F3D4B">
        <w:rPr>
          <w:rFonts w:asciiTheme="majorHAnsi" w:hAnsiTheme="majorHAnsi" w:cstheme="majorHAnsi"/>
          <w:strike/>
        </w:rPr>
        <w:t>3, 5, 6</w:t>
      </w:r>
      <w:r w:rsidRPr="000F3D4B">
        <w:rPr>
          <w:rFonts w:asciiTheme="majorHAnsi" w:hAnsiTheme="majorHAnsi" w:cstheme="majorHAnsi"/>
        </w:rPr>
        <w:t xml:space="preserve"> </w:t>
      </w:r>
      <w:r w:rsidR="00EF563A" w:rsidRPr="000F3D4B">
        <w:rPr>
          <w:rFonts w:asciiTheme="majorHAnsi" w:hAnsiTheme="majorHAnsi" w:cstheme="majorHAnsi"/>
        </w:rPr>
        <w:t xml:space="preserve"> 8, 9 </w:t>
      </w:r>
      <w:r w:rsidRPr="000F3D4B">
        <w:rPr>
          <w:rFonts w:asciiTheme="majorHAnsi" w:hAnsiTheme="majorHAnsi" w:cstheme="majorHAnsi"/>
        </w:rPr>
        <w:t>potwierdzającą przystosowanie do przewozu osób niepełnosprawnych.</w:t>
      </w:r>
    </w:p>
    <w:p w14:paraId="6EEB1213" w14:textId="77777777" w:rsidR="0060513B" w:rsidRPr="000F3D4B" w:rsidRDefault="0060513B">
      <w:pPr>
        <w:rPr>
          <w:rFonts w:asciiTheme="majorHAnsi" w:hAnsiTheme="majorHAnsi" w:cstheme="majorHAnsi"/>
        </w:rPr>
      </w:pPr>
    </w:p>
    <w:p w14:paraId="4B215D43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…………….……. (miejscowość), dnia ………….……. r.</w:t>
      </w:r>
    </w:p>
    <w:p w14:paraId="5A039EA4" w14:textId="77777777" w:rsidR="0060513B" w:rsidRPr="000F3D4B" w:rsidRDefault="0060513B">
      <w:pPr>
        <w:rPr>
          <w:rFonts w:asciiTheme="majorHAnsi" w:hAnsiTheme="majorHAnsi" w:cstheme="majorHAnsi"/>
        </w:rPr>
      </w:pPr>
    </w:p>
    <w:p w14:paraId="57E9E879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.................................................................</w:t>
      </w:r>
    </w:p>
    <w:p w14:paraId="43883D34" w14:textId="77777777" w:rsidR="0060513B" w:rsidRPr="000F3D4B" w:rsidRDefault="00000000">
      <w:pPr>
        <w:rPr>
          <w:rFonts w:asciiTheme="majorHAnsi" w:hAnsiTheme="majorHAnsi" w:cstheme="majorHAnsi"/>
        </w:rPr>
      </w:pPr>
      <w:r w:rsidRPr="000F3D4B">
        <w:rPr>
          <w:rFonts w:asciiTheme="majorHAnsi" w:hAnsiTheme="majorHAnsi" w:cstheme="majorHAnsi"/>
        </w:rPr>
        <w:t>Podpis Wykonawcy/osoby upoważnionej</w:t>
      </w:r>
    </w:p>
    <w:p w14:paraId="5CA0C629" w14:textId="77777777" w:rsidR="0060513B" w:rsidRPr="000F3D4B" w:rsidRDefault="0060513B" w:rsidP="00264810">
      <w:pPr>
        <w:jc w:val="center"/>
        <w:rPr>
          <w:rFonts w:asciiTheme="majorHAnsi" w:hAnsiTheme="majorHAnsi" w:cstheme="majorHAnsi"/>
          <w:color w:val="EE0000"/>
          <w:sz w:val="24"/>
          <w:szCs w:val="24"/>
        </w:rPr>
      </w:pPr>
    </w:p>
    <w:p w14:paraId="1EDEFDAB" w14:textId="77777777" w:rsidR="0060513B" w:rsidRPr="000F3D4B" w:rsidRDefault="00000000" w:rsidP="00264810">
      <w:pPr>
        <w:jc w:val="center"/>
        <w:rPr>
          <w:rFonts w:asciiTheme="majorHAnsi" w:hAnsiTheme="majorHAnsi" w:cstheme="majorHAnsi"/>
          <w:color w:val="EE0000"/>
          <w:sz w:val="24"/>
          <w:szCs w:val="24"/>
        </w:rPr>
      </w:pPr>
      <w:r w:rsidRPr="000F3D4B">
        <w:rPr>
          <w:rFonts w:asciiTheme="majorHAnsi" w:hAnsiTheme="majorHAnsi" w:cstheme="majorHAnsi"/>
          <w:color w:val="EE0000"/>
          <w:sz w:val="24"/>
          <w:szCs w:val="24"/>
        </w:rPr>
        <w:t>Plik/dokument należy podpisać kwalifikowanym podpisem elektronicznym lub podpisem zaufanym lub podpisem osobistym.</w:t>
      </w:r>
    </w:p>
    <w:p w14:paraId="4E4ED078" w14:textId="34340897" w:rsidR="0060513B" w:rsidRPr="00EF563A" w:rsidRDefault="0060513B" w:rsidP="00EF563A">
      <w:pPr>
        <w:rPr>
          <w:rFonts w:asciiTheme="majorHAnsi" w:hAnsiTheme="majorHAnsi" w:cstheme="majorHAnsi"/>
          <w:lang w:val="en-US"/>
        </w:rPr>
      </w:pPr>
    </w:p>
    <w:sectPr w:rsidR="0060513B" w:rsidRPr="00EF56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D42975"/>
    <w:multiLevelType w:val="multilevel"/>
    <w:tmpl w:val="2C4A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7623820">
    <w:abstractNumId w:val="8"/>
  </w:num>
  <w:num w:numId="2" w16cid:durableId="1221092773">
    <w:abstractNumId w:val="6"/>
  </w:num>
  <w:num w:numId="3" w16cid:durableId="1059671628">
    <w:abstractNumId w:val="5"/>
  </w:num>
  <w:num w:numId="4" w16cid:durableId="860434466">
    <w:abstractNumId w:val="4"/>
  </w:num>
  <w:num w:numId="5" w16cid:durableId="1404109463">
    <w:abstractNumId w:val="7"/>
  </w:num>
  <w:num w:numId="6" w16cid:durableId="1931546062">
    <w:abstractNumId w:val="3"/>
  </w:num>
  <w:num w:numId="7" w16cid:durableId="1787501550">
    <w:abstractNumId w:val="2"/>
  </w:num>
  <w:num w:numId="8" w16cid:durableId="1618095721">
    <w:abstractNumId w:val="1"/>
  </w:num>
  <w:num w:numId="9" w16cid:durableId="1956671337">
    <w:abstractNumId w:val="0"/>
  </w:num>
  <w:num w:numId="10" w16cid:durableId="1861043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3D4B"/>
    <w:rsid w:val="001258D5"/>
    <w:rsid w:val="0015074B"/>
    <w:rsid w:val="00226468"/>
    <w:rsid w:val="00264810"/>
    <w:rsid w:val="0029639D"/>
    <w:rsid w:val="00314FB8"/>
    <w:rsid w:val="00326F90"/>
    <w:rsid w:val="003E6F58"/>
    <w:rsid w:val="004465F5"/>
    <w:rsid w:val="00450812"/>
    <w:rsid w:val="004515EA"/>
    <w:rsid w:val="004A7EAA"/>
    <w:rsid w:val="005A447E"/>
    <w:rsid w:val="005B69CA"/>
    <w:rsid w:val="0060513B"/>
    <w:rsid w:val="00671ED9"/>
    <w:rsid w:val="006B175F"/>
    <w:rsid w:val="00735A25"/>
    <w:rsid w:val="007B689E"/>
    <w:rsid w:val="00A8101F"/>
    <w:rsid w:val="00AA1D8D"/>
    <w:rsid w:val="00AB4562"/>
    <w:rsid w:val="00B47730"/>
    <w:rsid w:val="00B97BCA"/>
    <w:rsid w:val="00C94003"/>
    <w:rsid w:val="00CB0664"/>
    <w:rsid w:val="00D316B7"/>
    <w:rsid w:val="00D54F56"/>
    <w:rsid w:val="00EF56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8313C"/>
  <w14:defaultImageDpi w14:val="300"/>
  <w15:docId w15:val="{6A191D65-6B02-4CFD-893B-5C6C7287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C9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-semibold">
    <w:name w:val="font-semibold"/>
    <w:basedOn w:val="Domylnaczcionkaakapitu"/>
    <w:rsid w:val="00C94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Inwestycje</cp:lastModifiedBy>
  <cp:revision>3</cp:revision>
  <cp:lastPrinted>2026-06-25T08:53:00Z</cp:lastPrinted>
  <dcterms:created xsi:type="dcterms:W3CDTF">2026-07-08T07:59:00Z</dcterms:created>
  <dcterms:modified xsi:type="dcterms:W3CDTF">2026-07-28T07:21:00Z</dcterms:modified>
  <cp:category/>
</cp:coreProperties>
</file>