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AB8" w:rsidRDefault="00784CA9">
      <w:pPr>
        <w:jc w:val="right"/>
      </w:pPr>
      <w:bookmarkStart w:id="0" w:name="_GoBack"/>
      <w:bookmarkEnd w:id="0"/>
      <w:r>
        <w:rPr>
          <w:b/>
          <w:color w:val="646464"/>
          <w:sz w:val="19"/>
        </w:rPr>
        <w:t>Załącznik nr 3 do SWZ</w:t>
      </w:r>
    </w:p>
    <w:p w:rsidR="004B2AB8" w:rsidRDefault="00784CA9">
      <w:pPr>
        <w:pStyle w:val="Tytu"/>
        <w:jc w:val="center"/>
      </w:pPr>
      <w:r>
        <w:t>FORMULARZ OFERTY</w:t>
      </w:r>
    </w:p>
    <w:p w:rsidR="004B2AB8" w:rsidRDefault="00784CA9">
      <w:pPr>
        <w:jc w:val="center"/>
      </w:pPr>
      <w:r>
        <w:rPr>
          <w:b/>
          <w:color w:val="1F4D78"/>
          <w:sz w:val="26"/>
        </w:rPr>
        <w:t>Dostawa agregatu prądotwórczego</w:t>
      </w:r>
    </w:p>
    <w:p w:rsidR="004B2AB8" w:rsidRDefault="00784CA9">
      <w:pPr>
        <w:jc w:val="center"/>
      </w:pPr>
      <w:r>
        <w:t>Postępowanie nr WIN.271.9.2026</w:t>
      </w:r>
    </w:p>
    <w:p w:rsidR="004B2AB8" w:rsidRDefault="00784CA9">
      <w:pPr>
        <w:pStyle w:val="Nagwek1"/>
      </w:pPr>
      <w:r>
        <w:t>1. Dane Wykonawcy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96"/>
        <w:gridCol w:w="4896"/>
      </w:tblGrid>
      <w:tr w:rsidR="004B2AB8">
        <w:tc>
          <w:tcPr>
            <w:tcW w:w="4896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rPr>
                <w:b/>
              </w:rPr>
              <w:t>Pełna nazwa/firma</w:t>
            </w:r>
          </w:p>
        </w:tc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…………………………………………………………………………………………………………</w:t>
            </w:r>
          </w:p>
        </w:tc>
      </w:tr>
      <w:tr w:rsidR="004B2AB8">
        <w:tc>
          <w:tcPr>
            <w:tcW w:w="4896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rPr>
                <w:b/>
              </w:rPr>
              <w:t>Adres siedziby</w:t>
            </w:r>
          </w:p>
        </w:tc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…………………………………………………………………………………………………………</w:t>
            </w:r>
          </w:p>
        </w:tc>
      </w:tr>
      <w:tr w:rsidR="004B2AB8">
        <w:tc>
          <w:tcPr>
            <w:tcW w:w="4896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rPr>
                <w:b/>
              </w:rPr>
              <w:t>NIP</w:t>
            </w:r>
          </w:p>
        </w:tc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…………………………………………………………………………………………………………</w:t>
            </w:r>
          </w:p>
        </w:tc>
      </w:tr>
      <w:tr w:rsidR="004B2AB8">
        <w:tc>
          <w:tcPr>
            <w:tcW w:w="4896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rPr>
                <w:b/>
              </w:rPr>
              <w:t>REGON</w:t>
            </w:r>
          </w:p>
        </w:tc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…………………………………………………………………………………………………………</w:t>
            </w:r>
          </w:p>
        </w:tc>
      </w:tr>
      <w:tr w:rsidR="004B2AB8">
        <w:tc>
          <w:tcPr>
            <w:tcW w:w="4896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rPr>
                <w:b/>
              </w:rPr>
              <w:t>KRS/CEIDG</w:t>
            </w:r>
          </w:p>
        </w:tc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…………………………………………………………………………………………………………</w:t>
            </w:r>
          </w:p>
        </w:tc>
      </w:tr>
      <w:tr w:rsidR="004B2AB8">
        <w:tc>
          <w:tcPr>
            <w:tcW w:w="4896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rPr>
                <w:b/>
              </w:rPr>
              <w:t>Telefon</w:t>
            </w:r>
          </w:p>
        </w:tc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…………………………………………………………………………………………………………</w:t>
            </w:r>
          </w:p>
        </w:tc>
      </w:tr>
      <w:tr w:rsidR="004B2AB8">
        <w:tc>
          <w:tcPr>
            <w:tcW w:w="4896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rPr>
                <w:b/>
              </w:rPr>
              <w:t>E-mail</w:t>
            </w:r>
          </w:p>
        </w:tc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…………………………………………………………………………………………………………</w:t>
            </w:r>
          </w:p>
        </w:tc>
      </w:tr>
      <w:tr w:rsidR="004B2AB8">
        <w:tc>
          <w:tcPr>
            <w:tcW w:w="4896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rPr>
                <w:b/>
              </w:rPr>
              <w:t xml:space="preserve">Osoba do </w:t>
            </w:r>
            <w:r>
              <w:rPr>
                <w:b/>
              </w:rPr>
              <w:t>kontaktu</w:t>
            </w:r>
          </w:p>
        </w:tc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…………………………………………………………………………………………………………</w:t>
            </w:r>
          </w:p>
        </w:tc>
      </w:tr>
      <w:tr w:rsidR="004B2AB8">
        <w:tc>
          <w:tcPr>
            <w:tcW w:w="4896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rPr>
                <w:b/>
              </w:rPr>
              <w:t>Status w ofercie wspólnej</w:t>
            </w:r>
          </w:p>
        </w:tc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lider / partner / nie dotyczy</w:t>
            </w:r>
          </w:p>
        </w:tc>
      </w:tr>
    </w:tbl>
    <w:p w:rsidR="004B2AB8" w:rsidRDefault="00784CA9">
      <w:r>
        <w:t>W przypadku oferty wspólnej należy podać dane każdego Wykonawcy oraz wskazać pełnomocnika uprawnionego do reprezentowania Wykonawców.</w:t>
      </w:r>
    </w:p>
    <w:p w:rsidR="004B2AB8" w:rsidRDefault="00784CA9">
      <w:pPr>
        <w:pStyle w:val="Nagwek1"/>
      </w:pPr>
      <w:r>
        <w:t>2. Adresat i p</w:t>
      </w:r>
      <w:r>
        <w:t>rzedmiot oferty</w:t>
      </w:r>
    </w:p>
    <w:p w:rsidR="004B2AB8" w:rsidRDefault="00784CA9">
      <w:r>
        <w:t>Miasto i Gmina Mordy</w:t>
      </w:r>
      <w:r>
        <w:br/>
        <w:t>ul. Kilińskiego 9</w:t>
      </w:r>
      <w:r>
        <w:br/>
        <w:t>08-140 Mordy</w:t>
      </w:r>
    </w:p>
    <w:p w:rsidR="004B2AB8" w:rsidRDefault="00784CA9">
      <w:r>
        <w:t>Odpowiadając na ogłoszenie w postępowaniu nr WIN.271.9.2026, oferujemy wykonanie zamówienia pn. „Dostawa agregatu prądotwórczego” w ramach zadania „Podniesienie poziomu cyberbezpieczeństwa</w:t>
      </w:r>
      <w:r>
        <w:t xml:space="preserve"> w Urzędzie Miasta i Gminy w Mordach przez wdrożenie SZBI, podniesienie świadomości pracowników oraz zakup sprzętu i usług zwiększających cyberbezpieczeństwo” w ramach projektu „Cyberbezpieczny Samorząd”, zgodnie z SWZ i jej załącznikami.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96"/>
        <w:gridCol w:w="4896"/>
      </w:tblGrid>
      <w:tr w:rsidR="004B2AB8">
        <w:tc>
          <w:tcPr>
            <w:tcW w:w="4896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rPr>
                <w:b/>
              </w:rPr>
              <w:t>Producent</w:t>
            </w:r>
          </w:p>
        </w:tc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…………………</w:t>
            </w:r>
            <w:r>
              <w:t>………………………………………………………………………………………</w:t>
            </w:r>
          </w:p>
        </w:tc>
      </w:tr>
      <w:tr w:rsidR="004B2AB8">
        <w:tc>
          <w:tcPr>
            <w:tcW w:w="4896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rPr>
                <w:b/>
              </w:rPr>
              <w:lastRenderedPageBreak/>
              <w:t>Nazwa handlowa</w:t>
            </w:r>
          </w:p>
        </w:tc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…………………………………………………………………………………………………………</w:t>
            </w:r>
          </w:p>
        </w:tc>
      </w:tr>
      <w:tr w:rsidR="004B2AB8">
        <w:tc>
          <w:tcPr>
            <w:tcW w:w="4896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rPr>
                <w:b/>
              </w:rPr>
              <w:t>Model</w:t>
            </w:r>
          </w:p>
        </w:tc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…………………………………………………………………………………………………………</w:t>
            </w:r>
          </w:p>
        </w:tc>
      </w:tr>
      <w:tr w:rsidR="004B2AB8">
        <w:tc>
          <w:tcPr>
            <w:tcW w:w="4896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rPr>
                <w:b/>
              </w:rPr>
              <w:t>Typ/wersja</w:t>
            </w:r>
          </w:p>
        </w:tc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…………………………………………………………………………………………………………</w:t>
            </w:r>
          </w:p>
        </w:tc>
      </w:tr>
    </w:tbl>
    <w:p w:rsidR="004B2AB8" w:rsidRDefault="00784CA9">
      <w:r>
        <w:t xml:space="preserve">Podane dane muszą jednoznacznie identyfikować oferowany </w:t>
      </w:r>
      <w:r>
        <w:t>agregat.</w:t>
      </w:r>
    </w:p>
    <w:p w:rsidR="004B2AB8" w:rsidRDefault="00784CA9">
      <w:pPr>
        <w:pStyle w:val="Nagwek1"/>
      </w:pPr>
      <w:r>
        <w:t>3. Cena ofertowa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64"/>
        <w:gridCol w:w="3264"/>
        <w:gridCol w:w="3264"/>
      </w:tblGrid>
      <w:tr w:rsidR="004B2AB8">
        <w:tc>
          <w:tcPr>
            <w:tcW w:w="3264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rPr>
                <w:b/>
              </w:rPr>
              <w:t>Cena netto</w:t>
            </w:r>
          </w:p>
        </w:tc>
        <w:tc>
          <w:tcPr>
            <w:tcW w:w="3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………………………………</w:t>
            </w:r>
          </w:p>
        </w:tc>
        <w:tc>
          <w:tcPr>
            <w:tcW w:w="3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zł</w:t>
            </w:r>
          </w:p>
        </w:tc>
      </w:tr>
      <w:tr w:rsidR="004B2AB8">
        <w:tc>
          <w:tcPr>
            <w:tcW w:w="3264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rPr>
                <w:b/>
              </w:rPr>
              <w:t>Podatek VAT</w:t>
            </w:r>
          </w:p>
        </w:tc>
        <w:tc>
          <w:tcPr>
            <w:tcW w:w="3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………………………………</w:t>
            </w:r>
          </w:p>
        </w:tc>
        <w:tc>
          <w:tcPr>
            <w:tcW w:w="3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zł</w:t>
            </w:r>
          </w:p>
        </w:tc>
      </w:tr>
      <w:tr w:rsidR="004B2AB8">
        <w:tc>
          <w:tcPr>
            <w:tcW w:w="3264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rPr>
                <w:b/>
              </w:rPr>
              <w:t>Cena ofertowa brutto</w:t>
            </w:r>
          </w:p>
        </w:tc>
        <w:tc>
          <w:tcPr>
            <w:tcW w:w="3264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rPr>
                <w:b/>
              </w:rPr>
              <w:t>………………………………</w:t>
            </w:r>
          </w:p>
        </w:tc>
        <w:tc>
          <w:tcPr>
            <w:tcW w:w="3264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rPr>
                <w:b/>
              </w:rPr>
              <w:t>zł</w:t>
            </w:r>
          </w:p>
        </w:tc>
      </w:tr>
    </w:tbl>
    <w:p w:rsidR="004B2AB8" w:rsidRDefault="00784CA9">
      <w:pPr>
        <w:spacing w:after="120"/>
      </w:pPr>
      <w:r>
        <w:rPr>
          <w:b/>
        </w:rPr>
        <w:t xml:space="preserve">Cena brutto słownie: </w:t>
      </w:r>
      <w:r>
        <w:t>……………………………………………………………………………………………………………………………………………………………………………</w:t>
      </w:r>
    </w:p>
    <w:p w:rsidR="004B2AB8" w:rsidRDefault="00784CA9">
      <w:r>
        <w:t xml:space="preserve">Wszystkie wartości należy podać w złotych </w:t>
      </w:r>
      <w:r>
        <w:t>polskich z dokładnością do dwóch miejsc po przecinku. Cena ma charakter ryczałtowy i obejmuje wszystkie koszty prawidłowego wykonania zamówienia.</w:t>
      </w:r>
    </w:p>
    <w:p w:rsidR="004B2AB8" w:rsidRDefault="00784CA9">
      <w:pPr>
        <w:pStyle w:val="Nagwek1"/>
      </w:pPr>
      <w:r>
        <w:t>4. Okres gwarancji – kryterium oceny ofert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96"/>
        <w:gridCol w:w="4896"/>
      </w:tblGrid>
      <w:tr w:rsidR="004B2AB8">
        <w:tc>
          <w:tcPr>
            <w:tcW w:w="4896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rPr>
                <w:b/>
              </w:rPr>
              <w:t>Oferowany okres gwarancji w pełnych miesiącach</w:t>
            </w:r>
          </w:p>
        </w:tc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………… miesięcy</w:t>
            </w:r>
          </w:p>
        </w:tc>
      </w:tr>
    </w:tbl>
    <w:p w:rsidR="004B2AB8" w:rsidRDefault="00784CA9">
      <w:r>
        <w:t>Minimalny okres gwarancji wynosi 36 miesięcy. Do oceny w kryterium „Okres gwarancji” uwzględnia się maksymalnie 60 miesięcy. Jeżeli zaoferowany okres będzie dłuższy niż 60 miesięcy, do punktacji przyjmuje się 60 miesięcy, natomiast do umowy zostanie wpisan</w:t>
      </w:r>
      <w:r>
        <w:t>y okres rzeczywiście zaoferowany. Brak wskazania okresu gwarancji albo wskazanie okresu krótszego niż 36 miesięcy skutkuje odrzuceniem oferty.</w:t>
      </w:r>
    </w:p>
    <w:p w:rsidR="004B2AB8" w:rsidRDefault="00784CA9">
      <w:pPr>
        <w:pStyle w:val="Nagwek1"/>
      </w:pPr>
      <w:r>
        <w:t>5. Obowiązek podatkowy Zamawiającego</w:t>
      </w:r>
    </w:p>
    <w:p w:rsidR="004B2AB8" w:rsidRDefault="00784CA9">
      <w:pPr>
        <w:spacing w:after="80"/>
        <w:ind w:left="360"/>
      </w:pPr>
      <w:r>
        <w:rPr>
          <w:rFonts w:ascii="Arial" w:hAnsi="Arial"/>
        </w:rPr>
        <w:t>☐</w:t>
      </w:r>
      <w:r>
        <w:rPr>
          <w:rFonts w:ascii="Arial" w:hAnsi="Arial"/>
        </w:rPr>
        <w:t xml:space="preserve"> </w:t>
      </w:r>
      <w:r>
        <w:t xml:space="preserve">Oferta nie prowadzi do powstania u Zamawiającego obowiązku podatkowego, o </w:t>
      </w:r>
      <w:r>
        <w:t>którym mowa w art. 225 ust. 1 ustawy Pzp.</w:t>
      </w:r>
    </w:p>
    <w:p w:rsidR="004B2AB8" w:rsidRDefault="00784CA9">
      <w:pPr>
        <w:spacing w:after="80"/>
        <w:ind w:left="360"/>
      </w:pPr>
      <w:r>
        <w:rPr>
          <w:rFonts w:ascii="Arial" w:hAnsi="Arial"/>
        </w:rPr>
        <w:t>☐</w:t>
      </w:r>
      <w:r>
        <w:rPr>
          <w:rFonts w:ascii="Arial" w:hAnsi="Arial"/>
        </w:rPr>
        <w:t xml:space="preserve"> </w:t>
      </w:r>
      <w:r>
        <w:t>Oferta prowadzi do powstania u Zamawiającego obowiązku podatkowego, o którym mowa w art. 225 ust. 1 ustawy Pzp.</w:t>
      </w:r>
    </w:p>
    <w:p w:rsidR="004B2AB8" w:rsidRDefault="00784CA9">
      <w:pPr>
        <w:spacing w:after="120"/>
      </w:pPr>
      <w:r>
        <w:rPr>
          <w:b/>
        </w:rPr>
        <w:t xml:space="preserve">Nazwa (rodzaj) towaru lub usługi: </w:t>
      </w:r>
      <w:r>
        <w:t>……………………………………………………………………………………………………………………………………………………</w:t>
      </w:r>
    </w:p>
    <w:p w:rsidR="004B2AB8" w:rsidRDefault="00784CA9">
      <w:pPr>
        <w:spacing w:after="120"/>
      </w:pPr>
      <w:r>
        <w:rPr>
          <w:b/>
        </w:rPr>
        <w:t>Wartość n</w:t>
      </w:r>
      <w:r>
        <w:rPr>
          <w:b/>
        </w:rPr>
        <w:t xml:space="preserve">etto towaru lub usługi objętego obowiązkiem: </w:t>
      </w:r>
      <w:r>
        <w:t>…………………………………………………………………………………………………………………</w:t>
      </w:r>
    </w:p>
    <w:p w:rsidR="004B2AB8" w:rsidRDefault="00784CA9">
      <w:pPr>
        <w:spacing w:after="120"/>
      </w:pPr>
      <w:r>
        <w:rPr>
          <w:b/>
        </w:rPr>
        <w:t xml:space="preserve">Stawka VAT właściwa według wiedzy Wykonawcy: </w:t>
      </w:r>
      <w:r>
        <w:t>………………………………………………………………………………………………………………………</w:t>
      </w:r>
    </w:p>
    <w:p w:rsidR="004B2AB8" w:rsidRDefault="00784CA9">
      <w:r>
        <w:t>Należy zaznaczyć właściwy wariant; pozostałe pola wypełnia się wyłącznie, je</w:t>
      </w:r>
      <w:r>
        <w:t>żeli dotyczy.</w:t>
      </w:r>
    </w:p>
    <w:p w:rsidR="004B2AB8" w:rsidRDefault="00784CA9">
      <w:pPr>
        <w:pStyle w:val="Nagwek1"/>
      </w:pPr>
      <w:r>
        <w:t>6. Oświadczenia Wykonawcy</w:t>
      </w:r>
    </w:p>
    <w:p w:rsidR="004B2AB8" w:rsidRDefault="00784CA9">
      <w:pPr>
        <w:spacing w:after="80"/>
        <w:ind w:left="360"/>
      </w:pPr>
      <w:r>
        <w:rPr>
          <w:rFonts w:ascii="Arial" w:hAnsi="Arial"/>
        </w:rPr>
        <w:t>☐</w:t>
      </w:r>
      <w:r>
        <w:rPr>
          <w:rFonts w:ascii="Arial" w:hAnsi="Arial"/>
        </w:rPr>
        <w:t xml:space="preserve"> </w:t>
      </w:r>
      <w:r>
        <w:t>Zapoznaliśmy się z SWZ, OPZ i projektem umowy, przyjmujemy ich postanowienia i nie wnosimy zastrzeżeń.</w:t>
      </w:r>
    </w:p>
    <w:p w:rsidR="004B2AB8" w:rsidRDefault="00784CA9">
      <w:pPr>
        <w:spacing w:after="80"/>
        <w:ind w:left="360"/>
      </w:pPr>
      <w:r>
        <w:rPr>
          <w:rFonts w:ascii="Arial" w:hAnsi="Arial"/>
        </w:rPr>
        <w:lastRenderedPageBreak/>
        <w:t>☐</w:t>
      </w:r>
      <w:r>
        <w:rPr>
          <w:rFonts w:ascii="Arial" w:hAnsi="Arial"/>
        </w:rPr>
        <w:t xml:space="preserve"> </w:t>
      </w:r>
      <w:r>
        <w:t>Posiadamy wszystkie informacje niezbędne do przygotowania oferty.</w:t>
      </w:r>
    </w:p>
    <w:p w:rsidR="004B2AB8" w:rsidRDefault="00784CA9">
      <w:pPr>
        <w:spacing w:after="80"/>
        <w:ind w:left="360"/>
      </w:pPr>
      <w:r>
        <w:rPr>
          <w:rFonts w:ascii="Arial" w:hAnsi="Arial"/>
        </w:rPr>
        <w:t>☐</w:t>
      </w:r>
      <w:r>
        <w:rPr>
          <w:rFonts w:ascii="Arial" w:hAnsi="Arial"/>
        </w:rPr>
        <w:t xml:space="preserve"> </w:t>
      </w:r>
      <w:r>
        <w:t>Zrealizujemy przedmiot zamówienia w termi</w:t>
      </w:r>
      <w:r>
        <w:t>nie i na zasadach określonych w SWZ oraz projekcie umowy.</w:t>
      </w:r>
    </w:p>
    <w:p w:rsidR="004B2AB8" w:rsidRDefault="00784CA9">
      <w:pPr>
        <w:spacing w:after="80"/>
        <w:ind w:left="360"/>
      </w:pPr>
      <w:r>
        <w:rPr>
          <w:rFonts w:ascii="Arial" w:hAnsi="Arial"/>
        </w:rPr>
        <w:t>☐</w:t>
      </w:r>
      <w:r>
        <w:rPr>
          <w:rFonts w:ascii="Arial" w:hAnsi="Arial"/>
        </w:rPr>
        <w:t xml:space="preserve"> </w:t>
      </w:r>
      <w:r>
        <w:t>W przypadku wyboru naszej oferty zawrzemy umowę w miejscu i terminie wskazanym przez Zamawiającego.</w:t>
      </w:r>
    </w:p>
    <w:p w:rsidR="004B2AB8" w:rsidRDefault="00784CA9">
      <w:pPr>
        <w:spacing w:after="80"/>
        <w:ind w:left="360"/>
      </w:pPr>
      <w:r>
        <w:rPr>
          <w:rFonts w:ascii="Arial" w:hAnsi="Arial"/>
        </w:rPr>
        <w:t>☐</w:t>
      </w:r>
      <w:r>
        <w:rPr>
          <w:rFonts w:ascii="Arial" w:hAnsi="Arial"/>
        </w:rPr>
        <w:t xml:space="preserve"> </w:t>
      </w:r>
      <w:r>
        <w:t>Pozostajemy związani ofertą do dnia określonego w SWZ.</w:t>
      </w:r>
    </w:p>
    <w:p w:rsidR="004B2AB8" w:rsidRDefault="00784CA9">
      <w:pPr>
        <w:spacing w:after="80"/>
        <w:ind w:left="360"/>
      </w:pPr>
      <w:r>
        <w:rPr>
          <w:rFonts w:ascii="Arial" w:hAnsi="Arial"/>
        </w:rPr>
        <w:t>☐</w:t>
      </w:r>
      <w:r>
        <w:rPr>
          <w:rFonts w:ascii="Arial" w:hAnsi="Arial"/>
        </w:rPr>
        <w:t xml:space="preserve"> </w:t>
      </w:r>
      <w:r>
        <w:t>Cena obejmuje wszystkie koszty niezbę</w:t>
      </w:r>
      <w:r>
        <w:t>dne do prawidłowego wykonania zamówienia.</w:t>
      </w:r>
    </w:p>
    <w:p w:rsidR="004B2AB8" w:rsidRDefault="00784CA9">
      <w:pPr>
        <w:spacing w:after="80"/>
        <w:ind w:left="360"/>
      </w:pPr>
      <w:r>
        <w:rPr>
          <w:rFonts w:ascii="Arial" w:hAnsi="Arial"/>
        </w:rPr>
        <w:t>☐</w:t>
      </w:r>
      <w:r>
        <w:rPr>
          <w:rFonts w:ascii="Arial" w:hAnsi="Arial"/>
        </w:rPr>
        <w:t xml:space="preserve"> </w:t>
      </w:r>
      <w:r>
        <w:t>Złożenie oferty nie stanowi czynu nieuczciwej konkurencji, a cena nie została skalkulowana poniżej kosztów w celu utrudnienia dostępu do rynku innym wykonawcom.</w:t>
      </w:r>
    </w:p>
    <w:p w:rsidR="004B2AB8" w:rsidRDefault="00784CA9">
      <w:pPr>
        <w:pStyle w:val="Nagwek1"/>
      </w:pPr>
      <w:r>
        <w:t>7. Podwykonawstwo</w:t>
      </w:r>
    </w:p>
    <w:p w:rsidR="004B2AB8" w:rsidRDefault="00784CA9">
      <w:pPr>
        <w:spacing w:after="80"/>
        <w:ind w:left="360"/>
      </w:pPr>
      <w:r>
        <w:rPr>
          <w:rFonts w:ascii="Arial" w:hAnsi="Arial"/>
        </w:rPr>
        <w:t>☐</w:t>
      </w:r>
      <w:r>
        <w:rPr>
          <w:rFonts w:ascii="Arial" w:hAnsi="Arial"/>
        </w:rPr>
        <w:t xml:space="preserve"> </w:t>
      </w:r>
      <w:r>
        <w:t>Przedmiot zamówienia wykonamy b</w:t>
      </w:r>
      <w:r>
        <w:t>ez udziału podwykonawców.</w:t>
      </w:r>
    </w:p>
    <w:p w:rsidR="004B2AB8" w:rsidRDefault="00784CA9">
      <w:pPr>
        <w:spacing w:after="80"/>
        <w:ind w:left="360"/>
      </w:pPr>
      <w:r>
        <w:rPr>
          <w:rFonts w:ascii="Arial" w:hAnsi="Arial"/>
        </w:rPr>
        <w:t>☐</w:t>
      </w:r>
      <w:r>
        <w:rPr>
          <w:rFonts w:ascii="Arial" w:hAnsi="Arial"/>
        </w:rPr>
        <w:t xml:space="preserve"> </w:t>
      </w:r>
      <w:r>
        <w:t>Zamierzamy powierzyć podwykonawcom następujące części zamówienia: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64"/>
        <w:gridCol w:w="3264"/>
        <w:gridCol w:w="3264"/>
      </w:tblGrid>
      <w:tr w:rsidR="004B2AB8">
        <w:tc>
          <w:tcPr>
            <w:tcW w:w="3264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rPr>
                <w:b/>
              </w:rPr>
              <w:t>Lp.</w:t>
            </w:r>
          </w:p>
        </w:tc>
        <w:tc>
          <w:tcPr>
            <w:tcW w:w="3264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rPr>
                <w:b/>
              </w:rPr>
              <w:t>Nazwa podwykonawcy, jeżeli jest znana</w:t>
            </w:r>
          </w:p>
        </w:tc>
        <w:tc>
          <w:tcPr>
            <w:tcW w:w="3264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rPr>
                <w:b/>
              </w:rPr>
              <w:t>Zakres części zamówienia</w:t>
            </w:r>
          </w:p>
        </w:tc>
      </w:tr>
      <w:tr w:rsidR="004B2AB8">
        <w:tc>
          <w:tcPr>
            <w:tcW w:w="3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1</w:t>
            </w:r>
          </w:p>
        </w:tc>
        <w:tc>
          <w:tcPr>
            <w:tcW w:w="3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4B2AB8">
            <w:pPr>
              <w:spacing w:after="0" w:line="252" w:lineRule="auto"/>
            </w:pPr>
          </w:p>
        </w:tc>
        <w:tc>
          <w:tcPr>
            <w:tcW w:w="3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4B2AB8">
            <w:pPr>
              <w:spacing w:after="0" w:line="252" w:lineRule="auto"/>
            </w:pPr>
          </w:p>
        </w:tc>
      </w:tr>
      <w:tr w:rsidR="004B2AB8">
        <w:tc>
          <w:tcPr>
            <w:tcW w:w="3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2</w:t>
            </w:r>
          </w:p>
        </w:tc>
        <w:tc>
          <w:tcPr>
            <w:tcW w:w="3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4B2AB8">
            <w:pPr>
              <w:spacing w:after="0" w:line="252" w:lineRule="auto"/>
            </w:pPr>
          </w:p>
        </w:tc>
        <w:tc>
          <w:tcPr>
            <w:tcW w:w="3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4B2AB8">
            <w:pPr>
              <w:spacing w:after="0" w:line="252" w:lineRule="auto"/>
            </w:pPr>
          </w:p>
        </w:tc>
      </w:tr>
      <w:tr w:rsidR="004B2AB8">
        <w:tc>
          <w:tcPr>
            <w:tcW w:w="3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3</w:t>
            </w:r>
          </w:p>
        </w:tc>
        <w:tc>
          <w:tcPr>
            <w:tcW w:w="3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4B2AB8">
            <w:pPr>
              <w:spacing w:after="0" w:line="252" w:lineRule="auto"/>
            </w:pPr>
          </w:p>
        </w:tc>
        <w:tc>
          <w:tcPr>
            <w:tcW w:w="3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4B2AB8">
            <w:pPr>
              <w:spacing w:after="0" w:line="252" w:lineRule="auto"/>
            </w:pPr>
          </w:p>
        </w:tc>
      </w:tr>
    </w:tbl>
    <w:p w:rsidR="004B2AB8" w:rsidRDefault="00784CA9">
      <w:pPr>
        <w:pStyle w:val="Nagwek1"/>
      </w:pPr>
      <w:r>
        <w:t>8. Wykonawcy wspólnie ubiegający się o zamówienie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64"/>
        <w:gridCol w:w="3264"/>
        <w:gridCol w:w="3264"/>
      </w:tblGrid>
      <w:tr w:rsidR="004B2AB8">
        <w:tc>
          <w:tcPr>
            <w:tcW w:w="3264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rPr>
                <w:b/>
              </w:rPr>
              <w:t>Lp.</w:t>
            </w:r>
          </w:p>
        </w:tc>
        <w:tc>
          <w:tcPr>
            <w:tcW w:w="3264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rPr>
                <w:b/>
              </w:rPr>
              <w:t>Nazwa Wykonawcy</w:t>
            </w:r>
          </w:p>
        </w:tc>
        <w:tc>
          <w:tcPr>
            <w:tcW w:w="3264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rPr>
                <w:b/>
              </w:rPr>
              <w:t xml:space="preserve">Część </w:t>
            </w:r>
            <w:r>
              <w:rPr>
                <w:b/>
              </w:rPr>
              <w:t>dostawy wykonywana przez Wykonawcę</w:t>
            </w:r>
          </w:p>
        </w:tc>
      </w:tr>
      <w:tr w:rsidR="004B2AB8">
        <w:tc>
          <w:tcPr>
            <w:tcW w:w="3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1</w:t>
            </w:r>
          </w:p>
        </w:tc>
        <w:tc>
          <w:tcPr>
            <w:tcW w:w="3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4B2AB8">
            <w:pPr>
              <w:spacing w:after="0" w:line="252" w:lineRule="auto"/>
            </w:pPr>
          </w:p>
        </w:tc>
        <w:tc>
          <w:tcPr>
            <w:tcW w:w="3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4B2AB8">
            <w:pPr>
              <w:spacing w:after="0" w:line="252" w:lineRule="auto"/>
            </w:pPr>
          </w:p>
        </w:tc>
      </w:tr>
      <w:tr w:rsidR="004B2AB8">
        <w:tc>
          <w:tcPr>
            <w:tcW w:w="3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2</w:t>
            </w:r>
          </w:p>
        </w:tc>
        <w:tc>
          <w:tcPr>
            <w:tcW w:w="3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4B2AB8">
            <w:pPr>
              <w:spacing w:after="0" w:line="252" w:lineRule="auto"/>
            </w:pPr>
          </w:p>
        </w:tc>
        <w:tc>
          <w:tcPr>
            <w:tcW w:w="3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4B2AB8">
            <w:pPr>
              <w:spacing w:after="0" w:line="252" w:lineRule="auto"/>
            </w:pPr>
          </w:p>
        </w:tc>
      </w:tr>
      <w:tr w:rsidR="004B2AB8">
        <w:tc>
          <w:tcPr>
            <w:tcW w:w="3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3</w:t>
            </w:r>
          </w:p>
        </w:tc>
        <w:tc>
          <w:tcPr>
            <w:tcW w:w="3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4B2AB8">
            <w:pPr>
              <w:spacing w:after="0" w:line="252" w:lineRule="auto"/>
            </w:pPr>
          </w:p>
        </w:tc>
        <w:tc>
          <w:tcPr>
            <w:tcW w:w="3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4B2AB8">
            <w:pPr>
              <w:spacing w:after="0" w:line="252" w:lineRule="auto"/>
            </w:pPr>
          </w:p>
        </w:tc>
      </w:tr>
    </w:tbl>
    <w:p w:rsidR="004B2AB8" w:rsidRDefault="00784CA9">
      <w:r>
        <w:t>Sekcję wypełniają wyłącznie Wykonawcy wspólnie ubiegający się o udzielenie zamówienia.</w:t>
      </w:r>
    </w:p>
    <w:p w:rsidR="004B2AB8" w:rsidRDefault="00784CA9">
      <w:pPr>
        <w:pStyle w:val="Nagwek1"/>
      </w:pPr>
      <w:r>
        <w:t>9. Tajemnica przedsiębiorstwa</w:t>
      </w:r>
    </w:p>
    <w:p w:rsidR="004B2AB8" w:rsidRDefault="00784CA9">
      <w:pPr>
        <w:spacing w:after="80"/>
        <w:ind w:left="360"/>
      </w:pPr>
      <w:r>
        <w:rPr>
          <w:rFonts w:ascii="Arial" w:hAnsi="Arial"/>
        </w:rPr>
        <w:t>☐</w:t>
      </w:r>
      <w:r>
        <w:rPr>
          <w:rFonts w:ascii="Arial" w:hAnsi="Arial"/>
        </w:rPr>
        <w:t xml:space="preserve"> </w:t>
      </w:r>
      <w:r>
        <w:t>Oferta nie zawiera informacji stanowiących tajemnicę przedsiębiorstwa.</w:t>
      </w:r>
    </w:p>
    <w:p w:rsidR="004B2AB8" w:rsidRDefault="00784CA9">
      <w:pPr>
        <w:spacing w:after="80"/>
        <w:ind w:left="360"/>
      </w:pPr>
      <w:r>
        <w:rPr>
          <w:rFonts w:ascii="Arial" w:hAnsi="Arial"/>
        </w:rPr>
        <w:t>☐</w:t>
      </w:r>
      <w:r>
        <w:rPr>
          <w:rFonts w:ascii="Arial" w:hAnsi="Arial"/>
        </w:rPr>
        <w:t xml:space="preserve"> </w:t>
      </w:r>
      <w:r>
        <w:t xml:space="preserve">Zastrzegamy </w:t>
      </w:r>
      <w:r>
        <w:t>wskazane informacje jako tajemnicę przedsiębiorstwa i załączamy uzasadnienie spełnienia ustawowych przesłanek zastrzeżenia.</w:t>
      </w:r>
    </w:p>
    <w:p w:rsidR="004B2AB8" w:rsidRDefault="00784CA9">
      <w:pPr>
        <w:spacing w:after="120"/>
      </w:pPr>
      <w:r>
        <w:rPr>
          <w:b/>
        </w:rPr>
        <w:t xml:space="preserve">Nazwy plików lub dokumentów objętych zastrzeżeniem: </w:t>
      </w:r>
      <w:r>
        <w:t>……………………………………………………………………………………………………………………</w:t>
      </w:r>
    </w:p>
    <w:p w:rsidR="004B2AB8" w:rsidRDefault="00784CA9">
      <w:pPr>
        <w:pStyle w:val="Nagwek1"/>
      </w:pPr>
      <w:r>
        <w:t>10. Dane organizacyjne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96"/>
        <w:gridCol w:w="4896"/>
      </w:tblGrid>
      <w:tr w:rsidR="004B2AB8">
        <w:tc>
          <w:tcPr>
            <w:tcW w:w="4896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rPr>
                <w:b/>
              </w:rPr>
              <w:t>Osoba do kon</w:t>
            </w:r>
            <w:r>
              <w:rPr>
                <w:b/>
              </w:rPr>
              <w:t>taktu</w:t>
            </w:r>
          </w:p>
        </w:tc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…………………………………………………………………………………………………………</w:t>
            </w:r>
          </w:p>
        </w:tc>
      </w:tr>
      <w:tr w:rsidR="004B2AB8">
        <w:tc>
          <w:tcPr>
            <w:tcW w:w="4896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rPr>
                <w:b/>
              </w:rPr>
              <w:lastRenderedPageBreak/>
              <w:t>Telefon</w:t>
            </w:r>
          </w:p>
        </w:tc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…………………………………………………………………………………………………………</w:t>
            </w:r>
          </w:p>
        </w:tc>
      </w:tr>
      <w:tr w:rsidR="004B2AB8">
        <w:tc>
          <w:tcPr>
            <w:tcW w:w="4896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rPr>
                <w:b/>
              </w:rPr>
              <w:t>E-mail</w:t>
            </w:r>
          </w:p>
        </w:tc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…………………………………………………………………………………………………………</w:t>
            </w:r>
          </w:p>
        </w:tc>
      </w:tr>
      <w:tr w:rsidR="004B2AB8">
        <w:tc>
          <w:tcPr>
            <w:tcW w:w="4896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rPr>
                <w:b/>
              </w:rPr>
              <w:t>Rachunek do zwrotu wadium</w:t>
            </w:r>
          </w:p>
        </w:tc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…………………………………………………………………………………………………………</w:t>
            </w:r>
          </w:p>
        </w:tc>
      </w:tr>
    </w:tbl>
    <w:p w:rsidR="004B2AB8" w:rsidRDefault="00784CA9">
      <w:r>
        <w:t xml:space="preserve">Numer rachunku podaje się, jeżeli wadium </w:t>
      </w:r>
      <w:r>
        <w:t>wniesiono w pieniądzu.</w:t>
      </w:r>
    </w:p>
    <w:p w:rsidR="004B2AB8" w:rsidRDefault="00784CA9">
      <w:pPr>
        <w:pStyle w:val="Nagwek1"/>
      </w:pPr>
      <w:r>
        <w:t>11. Status Wykonawcy</w:t>
      </w:r>
    </w:p>
    <w:p w:rsidR="004B2AB8" w:rsidRDefault="00784CA9">
      <w:pPr>
        <w:spacing w:after="80"/>
        <w:ind w:left="360"/>
      </w:pPr>
      <w:r>
        <w:rPr>
          <w:rFonts w:ascii="Arial" w:hAnsi="Arial"/>
        </w:rPr>
        <w:t>☐</w:t>
      </w:r>
      <w:r>
        <w:rPr>
          <w:rFonts w:ascii="Arial" w:hAnsi="Arial"/>
        </w:rPr>
        <w:t xml:space="preserve"> </w:t>
      </w:r>
      <w:r>
        <w:t>mikroprzedsiębiorstwo</w:t>
      </w:r>
    </w:p>
    <w:p w:rsidR="004B2AB8" w:rsidRDefault="00784CA9">
      <w:pPr>
        <w:spacing w:after="80"/>
        <w:ind w:left="360"/>
      </w:pPr>
      <w:r>
        <w:rPr>
          <w:rFonts w:ascii="Arial" w:hAnsi="Arial"/>
        </w:rPr>
        <w:t>☐</w:t>
      </w:r>
      <w:r>
        <w:rPr>
          <w:rFonts w:ascii="Arial" w:hAnsi="Arial"/>
        </w:rPr>
        <w:t xml:space="preserve"> </w:t>
      </w:r>
      <w:r>
        <w:t>małe przedsiębiorstwo</w:t>
      </w:r>
    </w:p>
    <w:p w:rsidR="004B2AB8" w:rsidRDefault="00784CA9">
      <w:pPr>
        <w:spacing w:after="80"/>
        <w:ind w:left="360"/>
      </w:pPr>
      <w:r>
        <w:rPr>
          <w:rFonts w:ascii="Arial" w:hAnsi="Arial"/>
        </w:rPr>
        <w:t>☐</w:t>
      </w:r>
      <w:r>
        <w:rPr>
          <w:rFonts w:ascii="Arial" w:hAnsi="Arial"/>
        </w:rPr>
        <w:t xml:space="preserve"> </w:t>
      </w:r>
      <w:r>
        <w:t>średnie przedsiębiorstwo</w:t>
      </w:r>
    </w:p>
    <w:p w:rsidR="004B2AB8" w:rsidRDefault="00784CA9">
      <w:pPr>
        <w:spacing w:after="80"/>
        <w:ind w:left="360"/>
      </w:pPr>
      <w:r>
        <w:rPr>
          <w:rFonts w:ascii="Arial" w:hAnsi="Arial"/>
        </w:rPr>
        <w:t>☐</w:t>
      </w:r>
      <w:r>
        <w:rPr>
          <w:rFonts w:ascii="Arial" w:hAnsi="Arial"/>
        </w:rPr>
        <w:t xml:space="preserve"> </w:t>
      </w:r>
      <w:r>
        <w:t>jednoosobowa działalność gospodarcza</w:t>
      </w:r>
    </w:p>
    <w:p w:rsidR="004B2AB8" w:rsidRDefault="00784CA9">
      <w:pPr>
        <w:spacing w:after="80"/>
        <w:ind w:left="360"/>
      </w:pPr>
      <w:r>
        <w:rPr>
          <w:rFonts w:ascii="Arial" w:hAnsi="Arial"/>
        </w:rPr>
        <w:t>☐</w:t>
      </w:r>
      <w:r>
        <w:rPr>
          <w:rFonts w:ascii="Arial" w:hAnsi="Arial"/>
        </w:rPr>
        <w:t xml:space="preserve"> </w:t>
      </w:r>
      <w:r>
        <w:t>osoba fizyczna nieprowadząca działalności gospodarczej</w:t>
      </w:r>
    </w:p>
    <w:p w:rsidR="004B2AB8" w:rsidRDefault="00784CA9">
      <w:pPr>
        <w:spacing w:after="80"/>
        <w:ind w:left="360"/>
      </w:pPr>
      <w:r>
        <w:rPr>
          <w:rFonts w:ascii="Arial" w:hAnsi="Arial"/>
        </w:rPr>
        <w:t>☐</w:t>
      </w:r>
      <w:r>
        <w:rPr>
          <w:rFonts w:ascii="Arial" w:hAnsi="Arial"/>
        </w:rPr>
        <w:t xml:space="preserve"> </w:t>
      </w:r>
      <w:r>
        <w:t>inny podmiot: …………………………………………………………………</w:t>
      </w:r>
      <w:r>
        <w:t>…………</w:t>
      </w:r>
    </w:p>
    <w:p w:rsidR="004B2AB8" w:rsidRDefault="00784CA9">
      <w:pPr>
        <w:pStyle w:val="Nagwek1"/>
      </w:pPr>
      <w:r>
        <w:t>12. Oświadczenie dotyczące RODO</w:t>
      </w:r>
    </w:p>
    <w:p w:rsidR="004B2AB8" w:rsidRDefault="00784CA9">
      <w:pPr>
        <w:spacing w:after="80"/>
        <w:ind w:left="360"/>
      </w:pPr>
      <w:r>
        <w:rPr>
          <w:rFonts w:ascii="Arial" w:hAnsi="Arial"/>
        </w:rPr>
        <w:t>☐</w:t>
      </w:r>
      <w:r>
        <w:rPr>
          <w:rFonts w:ascii="Arial" w:hAnsi="Arial"/>
        </w:rPr>
        <w:t xml:space="preserve"> </w:t>
      </w:r>
      <w:r>
        <w:t>Wypełniliśmy obowiązki informacyjne przewidziane w art. 13 lub art. 14 RODO wobec osób fizycznych, od których dane osobowe bezpośrednio lub pośrednio pozyskaliśmy w celu ubiegania się o udzielenie niniejszego zamówien</w:t>
      </w:r>
      <w:r>
        <w:t>ia.</w:t>
      </w:r>
    </w:p>
    <w:p w:rsidR="004B2AB8" w:rsidRDefault="00784CA9">
      <w:r>
        <w:t>Oświadczenia nie składa się, jeżeli Wykonawca nie przekazuje danych osobowych innych niż bezpośrednio jego dotyczące albo zachodzi wyłączenie, o którym mowa w art. 13 ust. 4 lub art. 14 ust. 5 RODO.</w:t>
      </w:r>
    </w:p>
    <w:p w:rsidR="004B2AB8" w:rsidRDefault="00784CA9">
      <w:pPr>
        <w:pStyle w:val="Nagwek1"/>
      </w:pPr>
      <w:r>
        <w:t>13. Załączniki do oferty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96"/>
        <w:gridCol w:w="4896"/>
      </w:tblGrid>
      <w:tr w:rsidR="004B2AB8">
        <w:tc>
          <w:tcPr>
            <w:tcW w:w="4896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rPr>
                <w:b/>
              </w:rPr>
              <w:t>Lp.</w:t>
            </w:r>
          </w:p>
        </w:tc>
        <w:tc>
          <w:tcPr>
            <w:tcW w:w="4896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rPr>
                <w:b/>
              </w:rPr>
              <w:t>Nazwa załącznika</w:t>
            </w:r>
          </w:p>
        </w:tc>
      </w:tr>
      <w:tr w:rsidR="004B2AB8"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1</w:t>
            </w:r>
          </w:p>
        </w:tc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4B2AB8">
            <w:pPr>
              <w:spacing w:after="0" w:line="252" w:lineRule="auto"/>
            </w:pPr>
          </w:p>
        </w:tc>
      </w:tr>
      <w:tr w:rsidR="004B2AB8"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2</w:t>
            </w:r>
          </w:p>
        </w:tc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4B2AB8">
            <w:pPr>
              <w:spacing w:after="0" w:line="252" w:lineRule="auto"/>
            </w:pPr>
          </w:p>
        </w:tc>
      </w:tr>
      <w:tr w:rsidR="004B2AB8"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3</w:t>
            </w:r>
          </w:p>
        </w:tc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4B2AB8">
            <w:pPr>
              <w:spacing w:after="0" w:line="252" w:lineRule="auto"/>
            </w:pPr>
          </w:p>
        </w:tc>
      </w:tr>
      <w:tr w:rsidR="004B2AB8"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4</w:t>
            </w:r>
          </w:p>
        </w:tc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4B2AB8">
            <w:pPr>
              <w:spacing w:after="0" w:line="252" w:lineRule="auto"/>
            </w:pPr>
          </w:p>
        </w:tc>
      </w:tr>
      <w:tr w:rsidR="004B2AB8"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5</w:t>
            </w:r>
          </w:p>
        </w:tc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4B2AB8">
            <w:pPr>
              <w:spacing w:after="0" w:line="252" w:lineRule="auto"/>
            </w:pPr>
          </w:p>
        </w:tc>
      </w:tr>
      <w:tr w:rsidR="004B2AB8"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784CA9">
            <w:pPr>
              <w:spacing w:after="0" w:line="252" w:lineRule="auto"/>
            </w:pPr>
            <w:r>
              <w:t>6</w:t>
            </w:r>
          </w:p>
        </w:tc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B2AB8" w:rsidRDefault="004B2AB8">
            <w:pPr>
              <w:spacing w:after="0" w:line="252" w:lineRule="auto"/>
            </w:pPr>
          </w:p>
        </w:tc>
      </w:tr>
    </w:tbl>
    <w:p w:rsidR="004B2AB8" w:rsidRDefault="004B2AB8"/>
    <w:tbl>
      <w:tblPr>
        <w:tblW w:w="0" w:type="auto"/>
        <w:tblLook w:val="04A0" w:firstRow="1" w:lastRow="0" w:firstColumn="1" w:lastColumn="0" w:noHBand="0" w:noVBand="1"/>
      </w:tblPr>
      <w:tblGrid>
        <w:gridCol w:w="4896"/>
        <w:gridCol w:w="4896"/>
      </w:tblGrid>
      <w:tr w:rsidR="004B2AB8">
        <w:tc>
          <w:tcPr>
            <w:tcW w:w="4896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4B2AB8" w:rsidRDefault="00784CA9">
            <w:pPr>
              <w:spacing w:after="0"/>
              <w:jc w:val="center"/>
            </w:pPr>
            <w:r>
              <w:rPr>
                <w:b/>
              </w:rPr>
              <w:t>Miejscowość i data</w:t>
            </w:r>
          </w:p>
        </w:tc>
        <w:tc>
          <w:tcPr>
            <w:tcW w:w="4896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4B2AB8" w:rsidRDefault="00784CA9">
            <w:pPr>
              <w:spacing w:after="0"/>
              <w:jc w:val="center"/>
            </w:pPr>
            <w:r>
              <w:rPr>
                <w:b/>
              </w:rPr>
              <w:t>Osoba/osoby uprawnione do reprezentacji</w:t>
            </w:r>
          </w:p>
        </w:tc>
      </w:tr>
      <w:tr w:rsidR="004B2AB8"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4B2AB8" w:rsidRDefault="00784CA9">
            <w:pPr>
              <w:spacing w:after="0"/>
              <w:jc w:val="center"/>
            </w:pPr>
            <w:r>
              <w:br/>
              <w:t>……………………………………………………</w:t>
            </w:r>
          </w:p>
        </w:tc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4B2AB8" w:rsidRDefault="00784CA9">
            <w:pPr>
              <w:spacing w:after="0"/>
              <w:jc w:val="center"/>
            </w:pPr>
            <w:r>
              <w:br/>
              <w:t>……………………………………………………</w:t>
            </w:r>
          </w:p>
        </w:tc>
      </w:tr>
      <w:tr w:rsidR="004B2AB8"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4B2AB8" w:rsidRDefault="004B2AB8">
            <w:pPr>
              <w:spacing w:after="0"/>
              <w:jc w:val="center"/>
            </w:pPr>
          </w:p>
        </w:tc>
        <w:tc>
          <w:tcPr>
            <w:tcW w:w="489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4B2AB8" w:rsidRDefault="00784CA9">
            <w:pPr>
              <w:spacing w:after="0"/>
              <w:jc w:val="center"/>
            </w:pPr>
            <w:r>
              <w:t>imię, nazwisko i funkcja</w:t>
            </w:r>
          </w:p>
        </w:tc>
      </w:tr>
    </w:tbl>
    <w:p w:rsidR="004B2AB8" w:rsidRDefault="00784CA9">
      <w:r>
        <w:lastRenderedPageBreak/>
        <w:t xml:space="preserve">RODO – rozporządzenie Parlamentu Europejskiego i Rady (UE) 2016/679 z dnia 27 kwietnia 2016 r. w sprawie </w:t>
      </w:r>
      <w:r>
        <w:t>ochrony osób fizycznych w związku z przetwarzaniem danych osobowych i w sprawie swobodnego przepływu takich danych oraz uchylenia dyrektywy 95/46/WE.</w:t>
      </w:r>
    </w:p>
    <w:sectPr w:rsidR="004B2AB8" w:rsidSect="00034616">
      <w:headerReference w:type="default" r:id="rId8"/>
      <w:footerReference w:type="default" r:id="rId9"/>
      <w:pgSz w:w="12240" w:h="15840"/>
      <w:pgMar w:top="1080" w:right="1224" w:bottom="1080" w:left="1224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CA9" w:rsidRDefault="00784CA9">
      <w:pPr>
        <w:spacing w:after="0" w:line="240" w:lineRule="auto"/>
      </w:pPr>
      <w:r>
        <w:separator/>
      </w:r>
    </w:p>
  </w:endnote>
  <w:endnote w:type="continuationSeparator" w:id="0">
    <w:p w:rsidR="00784CA9" w:rsidRDefault="00784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AB8" w:rsidRDefault="00784CA9">
    <w:pPr>
      <w:pStyle w:val="Stopka"/>
      <w:jc w:val="center"/>
    </w:pPr>
    <w:r>
      <w:rPr>
        <w:color w:val="646464"/>
        <w:sz w:val="16"/>
      </w:rPr>
      <w:t>Projekt „Cyberbezpieczny Samorząd” – FERC, Działanie 2.2 „Wzmocnienie krajowego systemu cyberbezpieczeństwa”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CA9" w:rsidRDefault="00784CA9">
      <w:pPr>
        <w:spacing w:after="0" w:line="240" w:lineRule="auto"/>
      </w:pPr>
      <w:r>
        <w:separator/>
      </w:r>
    </w:p>
  </w:footnote>
  <w:footnote w:type="continuationSeparator" w:id="0">
    <w:p w:rsidR="00784CA9" w:rsidRDefault="00784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AB8" w:rsidRDefault="00784CA9">
    <w:pPr>
      <w:pStyle w:val="Nagwek"/>
      <w:jc w:val="right"/>
    </w:pPr>
    <w:r>
      <w:rPr>
        <w:color w:val="646464"/>
        <w:sz w:val="17"/>
      </w:rPr>
      <w:t>Miasto i Gmina Mordy  |  WIN.271.9.2</w:t>
    </w:r>
    <w:r>
      <w:rPr>
        <w:color w:val="646464"/>
        <w:sz w:val="17"/>
      </w:rPr>
      <w:t>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C7F31"/>
    <w:rsid w:val="0015074B"/>
    <w:rsid w:val="0029639D"/>
    <w:rsid w:val="00326F90"/>
    <w:rsid w:val="004B2AB8"/>
    <w:rsid w:val="00784CA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F6F1B8B4-DAA2-4493-AD14-50F8B31C7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pPr>
      <w:spacing w:after="100" w:line="264" w:lineRule="auto"/>
    </w:pPr>
    <w:rPr>
      <w:rFonts w:ascii="Calibri" w:hAnsi="Calibri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F4D78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keepNext/>
      <w:pBdr>
        <w:bottom w:val="single" w:sz="8" w:space="4" w:color="4F81BD" w:themeColor="accent1"/>
      </w:pBdr>
      <w:spacing w:after="140" w:line="240" w:lineRule="auto"/>
      <w:contextualSpacing/>
    </w:pPr>
    <w:rPr>
      <w:rFonts w:asciiTheme="majorHAnsi" w:eastAsiaTheme="majorEastAsia" w:hAnsiTheme="majorHAnsi" w:cstheme="majorBidi"/>
      <w:b/>
      <w:color w:val="0B2545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9DB1AE-DCF3-46A6-8FBD-ABDF2840A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856</Words>
  <Characters>5139</Characters>
  <Application>Microsoft Office Word</Application>
  <DocSecurity>0</DocSecurity>
  <Lines>42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Formularz oferty – dostawa agregatu prądotwórczego</vt:lpstr>
      <vt:lpstr/>
    </vt:vector>
  </TitlesOfParts>
  <Manager/>
  <Company/>
  <LinksUpToDate>false</LinksUpToDate>
  <CharactersWithSpaces>5984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 – dostawa agregatu prądotwórczego</dc:title>
  <dc:subject>Załącznik nr 3 do SWZ, postępowanie WIN.271.9.2026</dc:subject>
  <dc:creator>Miasto i Gmina Mordy</dc:creator>
  <cp:keywords>WIN.271.9.2026, formularz oferty, agregat prądotwórczy</cp:keywords>
  <dc:description>Wersja poprawiona i ujednolicona ze SWZ, OPZ oraz projektem umowy.</dc:description>
  <cp:lastModifiedBy>HP</cp:lastModifiedBy>
  <cp:revision>2</cp:revision>
  <dcterms:created xsi:type="dcterms:W3CDTF">2026-07-28T08:52:00Z</dcterms:created>
  <dcterms:modified xsi:type="dcterms:W3CDTF">2026-07-28T08:52:00Z</dcterms:modified>
  <cp:category/>
</cp:coreProperties>
</file>