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0D4F" w14:textId="0ACFDE25" w:rsidR="008A445C" w:rsidRDefault="008A445C" w:rsidP="008A445C">
      <w:pPr>
        <w:spacing w:after="0"/>
        <w:jc w:val="right"/>
        <w:rPr>
          <w:rFonts w:eastAsia="Arial"/>
          <w:sz w:val="19"/>
        </w:rPr>
      </w:pPr>
      <w:r>
        <w:rPr>
          <w:rFonts w:eastAsia="Arial"/>
          <w:b/>
          <w:sz w:val="19"/>
        </w:rPr>
        <w:t xml:space="preserve">Zamawiający: </w:t>
      </w:r>
    </w:p>
    <w:p w14:paraId="47B9D482" w14:textId="19B884D6" w:rsidR="00711776" w:rsidRPr="008A445C" w:rsidRDefault="008A445C">
      <w:pPr>
        <w:spacing w:after="0"/>
        <w:jc w:val="right"/>
        <w:rPr>
          <w:b/>
          <w:bCs/>
          <w:lang w:val="pl-PL"/>
        </w:rPr>
      </w:pPr>
      <w:r w:rsidRPr="008A445C">
        <w:rPr>
          <w:rFonts w:eastAsia="Arial"/>
          <w:b/>
          <w:bCs/>
          <w:sz w:val="19"/>
          <w:lang w:val="pl-PL"/>
        </w:rPr>
        <w:t>Z</w:t>
      </w:r>
      <w:r w:rsidRPr="008A445C">
        <w:rPr>
          <w:rFonts w:eastAsia="Arial"/>
          <w:b/>
          <w:bCs/>
          <w:sz w:val="19"/>
          <w:lang w:val="pl-PL"/>
        </w:rPr>
        <w:t>espół Szkolno-Przedszkolny w Abramowie</w:t>
      </w:r>
    </w:p>
    <w:p w14:paraId="3F1A6A73" w14:textId="77777777" w:rsidR="00711776" w:rsidRPr="008A445C" w:rsidRDefault="008A445C">
      <w:pPr>
        <w:spacing w:after="0"/>
        <w:jc w:val="right"/>
        <w:rPr>
          <w:lang w:val="pl-PL"/>
        </w:rPr>
      </w:pPr>
      <w:r w:rsidRPr="008A445C">
        <w:rPr>
          <w:rFonts w:eastAsia="Arial"/>
          <w:sz w:val="19"/>
          <w:lang w:val="pl-PL"/>
        </w:rPr>
        <w:t>ul. Szkolna 31, 21-143 Abramów</w:t>
      </w:r>
    </w:p>
    <w:p w14:paraId="737294D7" w14:textId="77777777" w:rsidR="00711776" w:rsidRDefault="00711776">
      <w:pPr>
        <w:spacing w:after="0" w:line="100" w:lineRule="exact"/>
      </w:pPr>
    </w:p>
    <w:p w14:paraId="0DC4FEDC" w14:textId="77777777" w:rsidR="00711776" w:rsidRDefault="008A445C">
      <w:pPr>
        <w:spacing w:after="20"/>
      </w:pPr>
      <w:r>
        <w:rPr>
          <w:rFonts w:eastAsia="Arial"/>
          <w:b/>
        </w:rPr>
        <w:t>Wykonawca:</w:t>
      </w:r>
    </w:p>
    <w:p w14:paraId="5971F00C" w14:textId="77777777" w:rsidR="00711776" w:rsidRDefault="008A445C">
      <w:pPr>
        <w:spacing w:after="0"/>
      </w:pPr>
      <w:r>
        <w:rPr>
          <w:rFonts w:eastAsia="Arial"/>
        </w:rPr>
        <w:t>............................................................................................................................</w:t>
      </w:r>
    </w:p>
    <w:p w14:paraId="0312EA0F" w14:textId="77777777" w:rsidR="00711776" w:rsidRDefault="008A445C">
      <w:pPr>
        <w:spacing w:after="40"/>
      </w:pPr>
      <w:r>
        <w:rPr>
          <w:rFonts w:eastAsia="Arial"/>
          <w:i/>
          <w:color w:val="464646"/>
          <w:sz w:val="17"/>
        </w:rPr>
        <w:t>(pełna nazwa/firma, adres, w zależności od podmiotu: NIP/PESEL, KRS/CEIDG)</w:t>
      </w:r>
    </w:p>
    <w:p w14:paraId="07A9F1EE" w14:textId="77777777" w:rsidR="00711776" w:rsidRDefault="008A445C">
      <w:pPr>
        <w:spacing w:after="20"/>
      </w:pPr>
      <w:r>
        <w:rPr>
          <w:rFonts w:eastAsia="Arial"/>
          <w:b/>
        </w:rPr>
        <w:t>reprezentowany przez:</w:t>
      </w:r>
    </w:p>
    <w:p w14:paraId="1DB2FEF3" w14:textId="77777777" w:rsidR="00711776" w:rsidRDefault="008A445C">
      <w:pPr>
        <w:spacing w:after="0"/>
      </w:pPr>
      <w:r>
        <w:rPr>
          <w:rFonts w:eastAsia="Arial"/>
        </w:rPr>
        <w:t>............................................................................................................................</w:t>
      </w:r>
    </w:p>
    <w:p w14:paraId="76EB5F52" w14:textId="77777777" w:rsidR="00711776" w:rsidRDefault="008A445C">
      <w:pPr>
        <w:spacing w:after="100"/>
      </w:pPr>
      <w:r>
        <w:rPr>
          <w:rFonts w:eastAsia="Arial"/>
          <w:i/>
          <w:color w:val="464646"/>
          <w:sz w:val="17"/>
        </w:rPr>
        <w:t>(imię, nazwisko, stanowisko/podstawa do reprezentacji)</w:t>
      </w:r>
    </w:p>
    <w:p w14:paraId="3EB4C071" w14:textId="77777777" w:rsidR="00711776" w:rsidRDefault="008A445C">
      <w:pPr>
        <w:keepNext/>
        <w:spacing w:before="120" w:after="40"/>
        <w:jc w:val="center"/>
      </w:pPr>
      <w:r>
        <w:rPr>
          <w:rFonts w:eastAsia="Arial"/>
          <w:b/>
          <w:sz w:val="24"/>
          <w:u w:val="single"/>
        </w:rPr>
        <w:t>OŚWIADCZENIE WYKONAWCY / WYKONAWCY WSPÓLNIE UBIEGAJĄCEGO SIĘ O UDZIELENIE ZAMÓWIENIA</w:t>
      </w:r>
    </w:p>
    <w:p w14:paraId="374783A5" w14:textId="77777777" w:rsidR="00711776" w:rsidRDefault="008A445C">
      <w:pPr>
        <w:keepNext/>
        <w:spacing w:after="140"/>
        <w:jc w:val="center"/>
      </w:pPr>
      <w:r>
        <w:rPr>
          <w:rFonts w:eastAsia="Arial"/>
          <w:b/>
        </w:rPr>
        <w:t>składane na podstawie art. 125 ust. 1 ustawy z dnia 11 września 2019 r. – Prawo zamówień publicznych</w:t>
      </w:r>
    </w:p>
    <w:p w14:paraId="4D922D8D" w14:textId="77777777" w:rsidR="00711776" w:rsidRDefault="008A445C">
      <w:pPr>
        <w:keepNext/>
        <w:pBdr>
          <w:bottom w:val="single" w:sz="4" w:space="1" w:color="808080"/>
        </w:pBdr>
        <w:spacing w:after="160"/>
        <w:jc w:val="center"/>
      </w:pPr>
      <w:r>
        <w:rPr>
          <w:rFonts w:eastAsia="Arial"/>
          <w:b/>
          <w:sz w:val="23"/>
        </w:rPr>
        <w:t>O NIEPODLEGANIU WYKLUCZENIU Z POSTĘPOWANIA</w:t>
      </w:r>
    </w:p>
    <w:p w14:paraId="7BEA678A" w14:textId="77777777" w:rsidR="00711776" w:rsidRDefault="008A445C">
      <w:pPr>
        <w:spacing w:before="40" w:after="120"/>
        <w:jc w:val="both"/>
      </w:pPr>
      <w:r>
        <w:rPr>
          <w:rFonts w:eastAsia="Arial"/>
        </w:rPr>
        <w:t xml:space="preserve">Na potrzeby postępowania o udzielenie zamówienia publicznego pn. </w:t>
      </w:r>
      <w:r>
        <w:rPr>
          <w:rFonts w:eastAsia="Arial"/>
          <w:i/>
        </w:rPr>
        <w:t>„Sukcesywna dostawa artykułów spożywczych dla Zespołu Szkolno-Przedszkolnego w Abramowie w częściach I–IX”</w:t>
      </w:r>
      <w:r>
        <w:rPr>
          <w:rFonts w:eastAsia="Arial"/>
        </w:rPr>
        <w:t>, prowadzonego przez Gminę Abramów działającą przez Zespół Szkolno-Przedszkolny w Abramowie, oświadczam, co następuje:</w:t>
      </w:r>
    </w:p>
    <w:p w14:paraId="6A9319DB" w14:textId="77777777" w:rsidR="00711776" w:rsidRDefault="008A445C">
      <w:pPr>
        <w:numPr>
          <w:ilvl w:val="0"/>
          <w:numId w:val="1"/>
        </w:numPr>
        <w:jc w:val="both"/>
      </w:pPr>
      <w:r>
        <w:rPr>
          <w:rFonts w:eastAsia="Arial"/>
        </w:rPr>
        <w:t>Oświadczam, że na dzień składania ofert nie podlegam wykluczeniu z postępowania na podstawie art. 108 ust. 1 pkt 1–6 ustawy Pzp oraz art. 109 ust. 1 pkt 4, 5 i 7–10 ustawy Pzp.</w:t>
      </w:r>
    </w:p>
    <w:p w14:paraId="2853E929" w14:textId="77777777" w:rsidR="00711776" w:rsidRDefault="008A445C">
      <w:pPr>
        <w:keepNext/>
        <w:numPr>
          <w:ilvl w:val="0"/>
          <w:numId w:val="1"/>
        </w:numPr>
        <w:jc w:val="both"/>
      </w:pPr>
      <w:r>
        <w:rPr>
          <w:rFonts w:eastAsia="Arial"/>
          <w:b/>
        </w:rPr>
        <w:t>Oświadczenie dotyczące posługiwania się certyfikatem wykonawcy zamówień publicznych</w:t>
      </w:r>
    </w:p>
    <w:p w14:paraId="36249460" w14:textId="77777777" w:rsidR="00711776" w:rsidRDefault="008A445C">
      <w:pPr>
        <w:spacing w:after="40"/>
        <w:ind w:left="720"/>
      </w:pPr>
      <w:r>
        <w:rPr>
          <w:rFonts w:eastAsia="Arial"/>
        </w:rPr>
        <w:t>Na podstawie art. 273 ust. 2 ustawy Pzp oświadczam:</w:t>
      </w:r>
    </w:p>
    <w:p w14:paraId="345CEF7B" w14:textId="77777777" w:rsidR="00711776" w:rsidRDefault="008A445C">
      <w:pPr>
        <w:spacing w:after="20"/>
        <w:ind w:left="879"/>
      </w:pPr>
      <w:r>
        <w:rPr>
          <w:rFonts w:eastAsia="Arial"/>
        </w:rPr>
        <w:t>☐</w:t>
      </w:r>
      <w:r>
        <w:rPr>
          <w:rFonts w:eastAsia="Arial"/>
        </w:rPr>
        <w:t xml:space="preserve"> nie będę posługiwał się </w:t>
      </w:r>
      <w:r>
        <w:rPr>
          <w:rFonts w:eastAsia="Arial"/>
        </w:rPr>
        <w:t>certyfikatem, o którym mowa w art. 124 ust. 2 ustawy Pzp;</w:t>
      </w:r>
    </w:p>
    <w:p w14:paraId="6C5C1BE5" w14:textId="77777777" w:rsidR="00711776" w:rsidRDefault="008A445C">
      <w:pPr>
        <w:spacing w:after="20"/>
        <w:ind w:left="879"/>
      </w:pPr>
      <w:r>
        <w:rPr>
          <w:rFonts w:eastAsia="Arial"/>
        </w:rPr>
        <w:t>☐</w:t>
      </w:r>
      <w:r>
        <w:rPr>
          <w:rFonts w:eastAsia="Arial"/>
        </w:rPr>
        <w:t xml:space="preserve"> będę posługiwał się certyfikatem, o którym mowa w art. 124 ust. 2 ustawy Pzp.</w:t>
      </w:r>
    </w:p>
    <w:p w14:paraId="24A714B5" w14:textId="77777777" w:rsidR="00711776" w:rsidRDefault="008A445C">
      <w:pPr>
        <w:spacing w:after="40"/>
        <w:ind w:left="720"/>
      </w:pPr>
      <w:r>
        <w:rPr>
          <w:rFonts w:eastAsia="Arial"/>
          <w:b/>
        </w:rPr>
        <w:t>W przypadku zaznaczenia drugiej odpowiedzi podaję:</w:t>
      </w:r>
    </w:p>
    <w:p w14:paraId="38D2289D" w14:textId="77777777" w:rsidR="00711776" w:rsidRDefault="008A445C">
      <w:pPr>
        <w:spacing w:after="20"/>
        <w:ind w:left="720"/>
      </w:pPr>
      <w:r>
        <w:rPr>
          <w:rFonts w:eastAsia="Arial"/>
          <w:b/>
        </w:rPr>
        <w:t xml:space="preserve">Numer i oznaczenie certyfikatu: </w:t>
      </w:r>
      <w:r>
        <w:rPr>
          <w:rFonts w:eastAsia="Arial"/>
        </w:rPr>
        <w:t>.........................................................................</w:t>
      </w:r>
    </w:p>
    <w:p w14:paraId="716CE619" w14:textId="77777777" w:rsidR="00711776" w:rsidRDefault="008A445C">
      <w:pPr>
        <w:spacing w:after="20"/>
        <w:ind w:left="720"/>
      </w:pPr>
      <w:r>
        <w:rPr>
          <w:rFonts w:eastAsia="Arial"/>
          <w:b/>
        </w:rPr>
        <w:t xml:space="preserve">Nazwa podmiotu certyfikującego, który wydał certyfikat: </w:t>
      </w:r>
      <w:r>
        <w:rPr>
          <w:rFonts w:eastAsia="Arial"/>
        </w:rPr>
        <w:t>...........................................</w:t>
      </w:r>
    </w:p>
    <w:p w14:paraId="79C44FD4" w14:textId="77777777" w:rsidR="00711776" w:rsidRDefault="008A445C">
      <w:pPr>
        <w:spacing w:after="20"/>
        <w:ind w:left="720"/>
      </w:pPr>
      <w:r>
        <w:rPr>
          <w:rFonts w:eastAsia="Arial"/>
          <w:b/>
        </w:rPr>
        <w:t xml:space="preserve">Okres ważności certyfikacji: </w:t>
      </w:r>
      <w:r>
        <w:rPr>
          <w:rFonts w:eastAsia="Arial"/>
        </w:rPr>
        <w:t>od .............................. do ..............................</w:t>
      </w:r>
    </w:p>
    <w:p w14:paraId="7B3776DE" w14:textId="77777777" w:rsidR="00711776" w:rsidRDefault="008A445C">
      <w:pPr>
        <w:spacing w:after="20"/>
        <w:ind w:left="720"/>
      </w:pPr>
      <w:r>
        <w:rPr>
          <w:rFonts w:eastAsia="Arial"/>
          <w:b/>
        </w:rPr>
        <w:t>Zakres podstaw wykluczenia, w odniesieniu do których będę posługiwał się certyfikatem:</w:t>
      </w:r>
    </w:p>
    <w:p w14:paraId="19D8106C" w14:textId="77777777" w:rsidR="00711776" w:rsidRDefault="008A445C">
      <w:pPr>
        <w:spacing w:after="0"/>
        <w:ind w:left="720"/>
      </w:pPr>
      <w:r>
        <w:rPr>
          <w:rFonts w:eastAsia="Arial"/>
        </w:rPr>
        <w:t>................................................................................................................</w:t>
      </w:r>
    </w:p>
    <w:p w14:paraId="10FAB6C2" w14:textId="77777777" w:rsidR="00711776" w:rsidRDefault="008A445C">
      <w:pPr>
        <w:pStyle w:val="FormNote"/>
        <w:ind w:left="720"/>
      </w:pPr>
      <w:r>
        <w:rPr>
          <w:rFonts w:eastAsia="Arial"/>
        </w:rPr>
        <w:t>Uwaga: certyfikat nie zastępuje niniejszego oświadczenia i nie potwierdza braku podstaw wykluczenia określonych w art. 108 ust. 1 pkt 6 ustawy Pzp ani w art. 7 ust. 1 ustawy z dnia 13 kwietnia 2022 r.</w:t>
      </w:r>
    </w:p>
    <w:p w14:paraId="7D41FACD" w14:textId="77777777" w:rsidR="00711776" w:rsidRDefault="008A445C">
      <w:pPr>
        <w:keepNext/>
        <w:numPr>
          <w:ilvl w:val="0"/>
          <w:numId w:val="1"/>
        </w:numPr>
        <w:jc w:val="both"/>
      </w:pPr>
      <w:r>
        <w:rPr>
          <w:rFonts w:eastAsia="Arial"/>
        </w:rPr>
        <w:t xml:space="preserve">Oświadczam, że na dzień składania ofert zachodzą w stosunku do mnie podstawy wykluczenia z postępowania na podstawie art. </w:t>
      </w:r>
      <w:r>
        <w:rPr>
          <w:rFonts w:eastAsia="Arial"/>
          <w:b/>
        </w:rPr>
        <w:t>…………</w:t>
      </w:r>
      <w:r>
        <w:rPr>
          <w:rFonts w:eastAsia="Arial"/>
          <w:i/>
        </w:rPr>
        <w:t xml:space="preserve"> ustawy Pzp (należy wskazać podstawę spośród art. 108 ust. 1 pkt 1, 2 lub 5 albo art. 109 ust. 1 pkt 4, 5 lub 7–10 ustawy Pzp).</w:t>
      </w:r>
    </w:p>
    <w:p w14:paraId="673F91DE" w14:textId="77777777" w:rsidR="00711776" w:rsidRDefault="008A445C">
      <w:pPr>
        <w:spacing w:after="20"/>
        <w:ind w:left="720"/>
        <w:jc w:val="both"/>
      </w:pPr>
      <w:r>
        <w:rPr>
          <w:rFonts w:eastAsia="Arial"/>
        </w:rPr>
        <w:t>W związku z powyższą okolicznością udowadniam Zamawiającemu spełnienie łącznie przesłanek określonych w art. 110 ust. 2 pkt 1–3 ustawy Pzp:</w:t>
      </w:r>
    </w:p>
    <w:p w14:paraId="0CCBD42F" w14:textId="77777777" w:rsidR="00711776" w:rsidRDefault="008A445C">
      <w:pPr>
        <w:spacing w:after="0"/>
        <w:ind w:left="720"/>
      </w:pPr>
      <w:r>
        <w:rPr>
          <w:rFonts w:eastAsia="Arial"/>
        </w:rPr>
        <w:t>................................................................................................................</w:t>
      </w:r>
    </w:p>
    <w:p w14:paraId="0297BD16" w14:textId="77777777" w:rsidR="00711776" w:rsidRDefault="008A445C">
      <w:pPr>
        <w:spacing w:after="0"/>
        <w:ind w:left="720"/>
      </w:pPr>
      <w:r>
        <w:rPr>
          <w:rFonts w:eastAsia="Arial"/>
        </w:rPr>
        <w:t>................................................................................................................</w:t>
      </w:r>
    </w:p>
    <w:p w14:paraId="123D9657" w14:textId="77777777" w:rsidR="00711776" w:rsidRDefault="008A445C">
      <w:pPr>
        <w:pStyle w:val="FormNote"/>
        <w:ind w:left="720"/>
      </w:pPr>
      <w:r>
        <w:rPr>
          <w:rFonts w:eastAsia="Arial"/>
        </w:rPr>
        <w:t>Wypełnić wyłącznie przy powoływaniu się na środki naprawcze z art. 110 ust. 2 ustawy Pzp; w przeciwnym razie wpisać „nie dotyczy”.</w:t>
      </w:r>
    </w:p>
    <w:p w14:paraId="5FBD3490" w14:textId="77777777" w:rsidR="00711776" w:rsidRDefault="008A445C">
      <w:pPr>
        <w:numPr>
          <w:ilvl w:val="0"/>
          <w:numId w:val="1"/>
        </w:numPr>
        <w:jc w:val="both"/>
      </w:pPr>
      <w:r>
        <w:rPr>
          <w:rFonts w:eastAsia="Arial"/>
        </w:rPr>
        <w:t>Oświadczam, że na dzień składania ofert nie zachodzą w stosunku do mnie przesłanki wykluczenia z postępowania określone w art. 7 ust. 1 ustawy z dnia 13 kwietnia 2022 r. o szczególnych rozwiązaniach w zakresie przeciwdziałania wspieraniu agresji na Ukrainę oraz służących ochronie bezpieczeństwa narodowego.</w:t>
      </w:r>
    </w:p>
    <w:p w14:paraId="7896688D" w14:textId="77777777" w:rsidR="00711776" w:rsidRDefault="008A445C">
      <w:pPr>
        <w:spacing w:before="40" w:after="0"/>
        <w:jc w:val="both"/>
      </w:pPr>
      <w:r>
        <w:rPr>
          <w:rFonts w:eastAsia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711776" w:rsidSect="00034616">
      <w:headerReference w:type="default" r:id="rId8"/>
      <w:footerReference w:type="default" r:id="rId9"/>
      <w:pgSz w:w="11906" w:h="16838"/>
      <w:pgMar w:top="1134" w:right="1020" w:bottom="964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039C" w14:textId="77777777" w:rsidR="008A445C" w:rsidRDefault="008A445C">
      <w:pPr>
        <w:spacing w:after="0" w:line="240" w:lineRule="auto"/>
      </w:pPr>
      <w:r>
        <w:separator/>
      </w:r>
    </w:p>
  </w:endnote>
  <w:endnote w:type="continuationSeparator" w:id="0">
    <w:p w14:paraId="52097CA8" w14:textId="77777777" w:rsidR="008A445C" w:rsidRDefault="008A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91FA" w14:textId="77777777" w:rsidR="00711776" w:rsidRDefault="008A445C">
    <w:pPr>
      <w:pStyle w:val="Stopka"/>
      <w:pBdr>
        <w:top w:val="single" w:sz="4" w:space="1" w:color="808080"/>
      </w:pBdr>
      <w:spacing w:before="40" w:after="20"/>
      <w:jc w:val="right"/>
    </w:pPr>
    <w:r>
      <w:rPr>
        <w:rFonts w:eastAsia="Arial"/>
        <w:i/>
        <w:color w:val="464646"/>
        <w:sz w:val="17"/>
      </w:rPr>
      <w:t xml:space="preserve">Strona </w:t>
    </w:r>
    <w:r>
      <w:rPr>
        <w:rFonts w:eastAsia="Arial"/>
        <w:i/>
        <w:color w:val="464646"/>
        <w:sz w:val="17"/>
      </w:rPr>
      <w:fldChar w:fldCharType="begin"/>
    </w:r>
    <w:r>
      <w:rPr>
        <w:rFonts w:eastAsia="Arial"/>
        <w:i/>
        <w:color w:val="464646"/>
        <w:sz w:val="17"/>
      </w:rPr>
      <w:instrText xml:space="preserve"> PAGE </w:instrText>
    </w:r>
    <w:r>
      <w:rPr>
        <w:rFonts w:eastAsia="Arial"/>
        <w:i/>
        <w:color w:val="464646"/>
        <w:sz w:val="17"/>
      </w:rPr>
      <w:fldChar w:fldCharType="separate"/>
    </w:r>
    <w:r>
      <w:rPr>
        <w:rFonts w:eastAsia="Arial"/>
        <w:i/>
        <w:color w:val="464646"/>
        <w:sz w:val="17"/>
      </w:rPr>
      <w:t>1</w:t>
    </w:r>
    <w:r>
      <w:rPr>
        <w:rFonts w:eastAsia="Arial"/>
        <w:i/>
        <w:color w:val="464646"/>
        <w:sz w:val="17"/>
      </w:rPr>
      <w:fldChar w:fldCharType="end"/>
    </w:r>
    <w:r>
      <w:rPr>
        <w:rFonts w:eastAsia="Arial"/>
        <w:i/>
        <w:color w:val="464646"/>
        <w:sz w:val="17"/>
      </w:rPr>
      <w:t xml:space="preserve"> z </w:t>
    </w:r>
    <w:r>
      <w:rPr>
        <w:rFonts w:eastAsia="Arial"/>
        <w:i/>
        <w:color w:val="464646"/>
        <w:sz w:val="17"/>
      </w:rPr>
      <w:fldChar w:fldCharType="begin"/>
    </w:r>
    <w:r>
      <w:rPr>
        <w:rFonts w:eastAsia="Arial"/>
        <w:i/>
        <w:color w:val="464646"/>
        <w:sz w:val="17"/>
      </w:rPr>
      <w:instrText xml:space="preserve"> NUMPAGES </w:instrText>
    </w:r>
    <w:r>
      <w:rPr>
        <w:rFonts w:eastAsia="Arial"/>
        <w:i/>
        <w:color w:val="464646"/>
        <w:sz w:val="17"/>
      </w:rPr>
      <w:fldChar w:fldCharType="separate"/>
    </w:r>
    <w:r>
      <w:rPr>
        <w:rFonts w:eastAsia="Arial"/>
        <w:i/>
        <w:color w:val="464646"/>
        <w:sz w:val="17"/>
      </w:rPr>
      <w:t>2</w:t>
    </w:r>
    <w:r>
      <w:rPr>
        <w:rFonts w:eastAsia="Arial"/>
        <w:i/>
        <w:color w:val="464646"/>
        <w:sz w:val="17"/>
      </w:rPr>
      <w:fldChar w:fldCharType="end"/>
    </w:r>
  </w:p>
  <w:p w14:paraId="07FDE5FC" w14:textId="77777777" w:rsidR="00711776" w:rsidRDefault="008A445C">
    <w:pPr>
      <w:spacing w:after="0" w:line="240" w:lineRule="auto"/>
      <w:jc w:val="center"/>
    </w:pPr>
    <w:r>
      <w:rPr>
        <w:rFonts w:eastAsia="Arial"/>
        <w:i/>
        <w:color w:val="464646"/>
        <w:sz w:val="15"/>
      </w:rPr>
      <w:t>Załącznik nr 4 do SWZ – „Sukcesywna dostawa artykułów spożywczych dla Zespołu Szkolno-Przedszkolnego w Abramowie w częściach I–IX”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885E0" w14:textId="77777777" w:rsidR="008A445C" w:rsidRDefault="008A445C">
      <w:pPr>
        <w:spacing w:after="0" w:line="240" w:lineRule="auto"/>
      </w:pPr>
      <w:r>
        <w:separator/>
      </w:r>
    </w:p>
  </w:footnote>
  <w:footnote w:type="continuationSeparator" w:id="0">
    <w:p w14:paraId="3A9D06C2" w14:textId="77777777" w:rsidR="008A445C" w:rsidRDefault="008A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DC78" w14:textId="77777777" w:rsidR="00711776" w:rsidRDefault="008A445C">
    <w:pPr>
      <w:pStyle w:val="Nagwek"/>
      <w:tabs>
        <w:tab w:val="right" w:pos="9865"/>
      </w:tabs>
    </w:pPr>
    <w:r>
      <w:rPr>
        <w:rFonts w:eastAsia="Arial"/>
        <w:b/>
        <w:i/>
        <w:sz w:val="18"/>
        <w:u w:val="single"/>
      </w:rPr>
      <w:t>DOKUMENT SKŁADANY WRAZ Z OFERTĄ</w:t>
    </w:r>
    <w:r>
      <w:rPr>
        <w:rFonts w:eastAsia="Arial"/>
        <w:sz w:val="18"/>
      </w:rPr>
      <w:tab/>
    </w:r>
    <w:r>
      <w:rPr>
        <w:rFonts w:eastAsia="Arial"/>
        <w:i/>
        <w:sz w:val="18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0B1C61"/>
    <w:multiLevelType w:val="singleLevel"/>
    <w:tmpl w:val="BDF85422"/>
    <w:lvl w:ilvl="0">
      <w:start w:val="1"/>
      <w:numFmt w:val="decimal"/>
      <w:pStyle w:val="Listapunktowana"/>
      <w:lvlText w:val="%1."/>
      <w:lvlJc w:val="right"/>
      <w:pPr>
        <w:tabs>
          <w:tab w:val="num" w:pos="720"/>
        </w:tabs>
        <w:spacing w:after="80" w:line="259" w:lineRule="auto"/>
        <w:ind w:left="720" w:hanging="300"/>
      </w:pPr>
      <w:rPr>
        <w:rFonts w:ascii="Arial" w:eastAsia="Arial" w:hAnsi="Arial" w:cs="Arial"/>
        <w:sz w:val="21"/>
      </w:rPr>
    </w:lvl>
  </w:abstractNum>
  <w:num w:numId="1" w16cid:durableId="14958019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0401A"/>
    <w:rsid w:val="00711776"/>
    <w:rsid w:val="008A445C"/>
    <w:rsid w:val="00AA1D8D"/>
    <w:rsid w:val="00B47730"/>
    <w:rsid w:val="00CB0664"/>
    <w:rsid w:val="00EF30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C85D3"/>
  <w14:defaultImageDpi w14:val="300"/>
  <w15:docId w15:val="{733B223B-E6CF-44A2-9C27-BBD7DC5BE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9" w:lineRule="auto"/>
    </w:pPr>
    <w:rPr>
      <w:rFonts w:ascii="Arial" w:hAnsi="Arial" w:cs="Arial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Note">
    <w:name w:val="Form Note"/>
    <w:basedOn w:val="Normalny"/>
    <w:pPr>
      <w:spacing w:before="40" w:line="240" w:lineRule="auto"/>
    </w:pPr>
    <w:rPr>
      <w:i/>
      <w:color w:val="46464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SWZ – oświadczenie z art. 125 ust. 1 Pzp</dc:title>
  <dc:subject>Sukcesywna dostawa artykułów spożywczych dla Zespołu Szkolno-Przedszkolnego w Abramowie w częściach I–IX</dc:subject>
  <dc:creator>Gmina Abramów</dc:creator>
  <cp:keywords>Pzp; art. 125; oświadczenie; certyfikat wykonawcy</cp:keywords>
  <dc:description>generated by python-docx</dc:description>
  <cp:lastModifiedBy>Sławomir Kozak</cp:lastModifiedBy>
  <cp:revision>3</cp:revision>
  <dcterms:created xsi:type="dcterms:W3CDTF">2026-07-24T06:19:00Z</dcterms:created>
  <dcterms:modified xsi:type="dcterms:W3CDTF">2026-07-24T06:45:00Z</dcterms:modified>
  <cp:category/>
</cp:coreProperties>
</file>